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08F7" w:rsidRPr="007C2DA2" w:rsidRDefault="00F70C29" w:rsidP="007C2DA2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ab/>
      </w:r>
      <w:r>
        <w:rPr>
          <w:rFonts w:ascii="Times New Roman" w:hAnsi="Times New Roman" w:cs="Times New Roman"/>
          <w:sz w:val="24"/>
          <w:szCs w:val="24"/>
          <w:lang w:val="ru-RU"/>
        </w:rPr>
        <w:tab/>
      </w:r>
      <w:r>
        <w:rPr>
          <w:rFonts w:ascii="Times New Roman" w:hAnsi="Times New Roman" w:cs="Times New Roman"/>
          <w:sz w:val="24"/>
          <w:szCs w:val="24"/>
          <w:lang w:val="ru-RU"/>
        </w:rPr>
        <w:tab/>
      </w:r>
      <w:r>
        <w:rPr>
          <w:rFonts w:ascii="Times New Roman" w:hAnsi="Times New Roman" w:cs="Times New Roman"/>
          <w:sz w:val="24"/>
          <w:szCs w:val="24"/>
          <w:lang w:val="ru-RU"/>
        </w:rPr>
        <w:tab/>
      </w:r>
      <w:r>
        <w:rPr>
          <w:rFonts w:ascii="Times New Roman" w:hAnsi="Times New Roman" w:cs="Times New Roman"/>
          <w:sz w:val="24"/>
          <w:szCs w:val="24"/>
          <w:lang w:val="ru-RU"/>
        </w:rPr>
        <w:tab/>
      </w:r>
      <w:r>
        <w:rPr>
          <w:rFonts w:ascii="Times New Roman" w:hAnsi="Times New Roman" w:cs="Times New Roman"/>
          <w:sz w:val="24"/>
          <w:szCs w:val="24"/>
          <w:lang w:val="ru-RU"/>
        </w:rPr>
        <w:tab/>
      </w:r>
      <w:r>
        <w:rPr>
          <w:rFonts w:ascii="Times New Roman" w:hAnsi="Times New Roman" w:cs="Times New Roman"/>
          <w:sz w:val="24"/>
          <w:szCs w:val="24"/>
          <w:lang w:val="ru-RU"/>
        </w:rPr>
        <w:tab/>
        <w:t>Приложение к ООП ООО</w:t>
      </w:r>
      <w:bookmarkStart w:id="0" w:name="_GoBack"/>
      <w:bookmarkEnd w:id="0"/>
    </w:p>
    <w:tbl>
      <w:tblPr>
        <w:tblStyle w:val="aff0"/>
        <w:tblW w:w="929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48"/>
        <w:gridCol w:w="4648"/>
      </w:tblGrid>
      <w:tr w:rsidR="004F4399" w:rsidRPr="00F70C29" w:rsidTr="00A61A5A">
        <w:tc>
          <w:tcPr>
            <w:tcW w:w="4648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6508F7" w:rsidRPr="00E52680" w:rsidRDefault="006508F7" w:rsidP="00E52680">
            <w:pPr>
              <w:pStyle w:val="TableText"/>
              <w:rPr>
                <w:rFonts w:cs="Times New Roman"/>
                <w:sz w:val="22"/>
                <w:lang w:val="ru-RU"/>
              </w:rPr>
            </w:pPr>
            <w:r w:rsidRPr="00E52680">
              <w:rPr>
                <w:rFonts w:eastAsia="Times New Roman" w:cs="Times New Roman"/>
                <w:sz w:val="22"/>
                <w:lang w:val="ru-RU"/>
              </w:rPr>
              <w:t>РАССМОТРЕН</w:t>
            </w:r>
            <w:r w:rsidRPr="00E52680">
              <w:rPr>
                <w:rFonts w:eastAsia="Times New Roman" w:cs="Times New Roman"/>
                <w:sz w:val="22"/>
                <w:lang w:val="ru-RU"/>
              </w:rPr>
              <w:br/>
              <w:t>на заседании педагогического совета</w:t>
            </w:r>
            <w:r w:rsidRPr="00E52680">
              <w:rPr>
                <w:rFonts w:eastAsia="Times New Roman" w:cs="Times New Roman"/>
                <w:sz w:val="22"/>
                <w:lang w:val="ru-RU"/>
              </w:rPr>
              <w:br/>
              <w:t>протокол от «___» _________ 2026 г. № ____</w:t>
            </w:r>
          </w:p>
        </w:tc>
        <w:tc>
          <w:tcPr>
            <w:tcW w:w="4648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6508F7" w:rsidRPr="00E52680" w:rsidRDefault="006508F7" w:rsidP="00E52680">
            <w:pPr>
              <w:pStyle w:val="TableText"/>
              <w:rPr>
                <w:rFonts w:cs="Times New Roman"/>
                <w:sz w:val="22"/>
                <w:lang w:val="ru-RU"/>
              </w:rPr>
            </w:pPr>
            <w:r w:rsidRPr="00E52680">
              <w:rPr>
                <w:rFonts w:eastAsia="Times New Roman" w:cs="Times New Roman"/>
                <w:sz w:val="22"/>
                <w:lang w:val="ru-RU"/>
              </w:rPr>
              <w:t>УТВЕРЖДЕН</w:t>
            </w:r>
            <w:r w:rsidRPr="00E52680">
              <w:rPr>
                <w:rFonts w:eastAsia="Times New Roman" w:cs="Times New Roman"/>
                <w:sz w:val="22"/>
                <w:lang w:val="ru-RU"/>
              </w:rPr>
              <w:br/>
              <w:t>приказом директора</w:t>
            </w:r>
            <w:r w:rsidRPr="00E52680">
              <w:rPr>
                <w:rFonts w:eastAsia="Times New Roman" w:cs="Times New Roman"/>
                <w:sz w:val="22"/>
                <w:lang w:val="ru-RU"/>
              </w:rPr>
              <w:br/>
              <w:t>от «___» _________ 2026 г. № ____</w:t>
            </w:r>
            <w:r w:rsidRPr="00E52680">
              <w:rPr>
                <w:rFonts w:eastAsia="Times New Roman" w:cs="Times New Roman"/>
                <w:sz w:val="22"/>
                <w:lang w:val="ru-RU"/>
              </w:rPr>
              <w:br/>
              <w:t>____________ /И. В. Медина/</w:t>
            </w:r>
          </w:p>
        </w:tc>
      </w:tr>
    </w:tbl>
    <w:p w:rsidR="006508F7" w:rsidRPr="007C2DA2" w:rsidRDefault="006508F7" w:rsidP="007C2DA2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508F7" w:rsidRPr="007C2DA2" w:rsidRDefault="006508F7" w:rsidP="007C2DA2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508F7" w:rsidRPr="007C2DA2" w:rsidRDefault="006508F7" w:rsidP="007C2DA2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508F7" w:rsidRPr="007C2DA2" w:rsidRDefault="006508F7" w:rsidP="007C2DA2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6508F7" w:rsidRPr="007C2DA2" w:rsidRDefault="006508F7" w:rsidP="007C2DA2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6508F7" w:rsidRPr="007C2DA2" w:rsidRDefault="006508F7" w:rsidP="007C2DA2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6508F7" w:rsidRPr="007C2DA2" w:rsidRDefault="006508F7" w:rsidP="007C2DA2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6508F7" w:rsidRPr="007C2DA2" w:rsidRDefault="006508F7" w:rsidP="00E52680">
      <w:pPr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7C2DA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ПЛАН</w:t>
      </w:r>
      <w:r w:rsidRPr="007C2DA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br/>
        <w:t>ВНЕУРОЧНОЙ ДЕЯТЕЛЬНОСТИ</w:t>
      </w:r>
      <w:r w:rsidRPr="007C2DA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br/>
        <w:t>ОСНОВНОГО ОБЩЕГО ОБРАЗОВАНИЯ</w:t>
      </w:r>
    </w:p>
    <w:p w:rsidR="006508F7" w:rsidRPr="007C2DA2" w:rsidRDefault="006508F7" w:rsidP="00E52680">
      <w:pPr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7C2DA2">
        <w:rPr>
          <w:rFonts w:ascii="Times New Roman" w:eastAsia="Times New Roman" w:hAnsi="Times New Roman" w:cs="Times New Roman"/>
          <w:sz w:val="24"/>
          <w:szCs w:val="24"/>
          <w:lang w:val="ru-RU"/>
        </w:rPr>
        <w:t>на 2026/2027 учебный год</w:t>
      </w:r>
    </w:p>
    <w:p w:rsidR="006508F7" w:rsidRPr="007C2DA2" w:rsidRDefault="006508F7" w:rsidP="00E52680">
      <w:pPr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7C2DA2">
        <w:rPr>
          <w:rFonts w:ascii="Times New Roman" w:eastAsia="Times New Roman" w:hAnsi="Times New Roman" w:cs="Times New Roman"/>
          <w:sz w:val="24"/>
          <w:szCs w:val="24"/>
          <w:lang w:val="ru-RU"/>
        </w:rPr>
        <w:t>(5-9 классы)</w:t>
      </w:r>
    </w:p>
    <w:p w:rsidR="006508F7" w:rsidRPr="007C2DA2" w:rsidRDefault="006508F7" w:rsidP="00E52680">
      <w:pPr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6508F7" w:rsidRPr="007C2DA2" w:rsidRDefault="006508F7" w:rsidP="00E52680">
      <w:pPr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6508F7" w:rsidRPr="007C2DA2" w:rsidRDefault="006508F7" w:rsidP="00E5268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7C2DA2">
        <w:rPr>
          <w:rFonts w:ascii="Times New Roman" w:hAnsi="Times New Roman" w:cs="Times New Roman"/>
          <w:sz w:val="24"/>
          <w:szCs w:val="24"/>
          <w:lang w:val="ru-RU"/>
        </w:rPr>
        <w:t>МУНИЦИПАЛЬНОЕ БЮДЖЕТНОЕ</w:t>
      </w:r>
    </w:p>
    <w:p w:rsidR="006508F7" w:rsidRPr="007C2DA2" w:rsidRDefault="006508F7" w:rsidP="00E5268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7C2DA2">
        <w:rPr>
          <w:rFonts w:ascii="Times New Roman" w:hAnsi="Times New Roman" w:cs="Times New Roman"/>
          <w:sz w:val="24"/>
          <w:szCs w:val="24"/>
          <w:lang w:val="ru-RU"/>
        </w:rPr>
        <w:t>ОБЩЕОБРАЗОВАТЕЛЬНОЕ УЧРЕЖДЕНИЕ</w:t>
      </w:r>
    </w:p>
    <w:p w:rsidR="006508F7" w:rsidRPr="007C2DA2" w:rsidRDefault="006508F7" w:rsidP="00E5268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7C2DA2">
        <w:rPr>
          <w:rFonts w:ascii="Times New Roman" w:hAnsi="Times New Roman" w:cs="Times New Roman"/>
          <w:sz w:val="24"/>
          <w:szCs w:val="24"/>
          <w:lang w:val="ru-RU"/>
        </w:rPr>
        <w:t>«СРЕДНЯЯ ОБЩЕОБРАЗОВАТЕЛЬНАЯ ШКОЛА № 30                                                                   ИМЕНИ ГЕРОЯ СОВЕТСКОГО СОЮЗА А. А. АМАТУНИ»</w:t>
      </w:r>
    </w:p>
    <w:p w:rsidR="006508F7" w:rsidRPr="007C2DA2" w:rsidRDefault="006508F7" w:rsidP="00E5268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7C2DA2">
        <w:rPr>
          <w:rFonts w:ascii="Times New Roman" w:hAnsi="Times New Roman" w:cs="Times New Roman"/>
          <w:sz w:val="24"/>
          <w:szCs w:val="24"/>
          <w:lang w:val="ru-RU"/>
        </w:rPr>
        <w:t>МУНИЦИПАЛЬНОГО ОБРАЗОВАНИЯ ГОРОДСКОЙ ОКРУГ СИМФЕРОПОЛЬ</w:t>
      </w:r>
    </w:p>
    <w:p w:rsidR="006508F7" w:rsidRPr="007C2DA2" w:rsidRDefault="006508F7" w:rsidP="00E5268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7C2DA2">
        <w:rPr>
          <w:rFonts w:ascii="Times New Roman" w:hAnsi="Times New Roman" w:cs="Times New Roman"/>
          <w:sz w:val="24"/>
          <w:szCs w:val="24"/>
          <w:lang w:val="ru-RU"/>
        </w:rPr>
        <w:t>РЕСПУБЛИКИ КРЫМ</w:t>
      </w:r>
    </w:p>
    <w:p w:rsidR="006508F7" w:rsidRPr="007C2DA2" w:rsidRDefault="006508F7" w:rsidP="00E52680">
      <w:pPr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6508F7" w:rsidRPr="007C2DA2" w:rsidRDefault="006508F7" w:rsidP="00E52680">
      <w:pPr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6508F7" w:rsidRPr="007C2DA2" w:rsidRDefault="006508F7" w:rsidP="00E52680">
      <w:pPr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6508F7" w:rsidRPr="007C2DA2" w:rsidRDefault="006508F7" w:rsidP="00E52680">
      <w:pPr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6508F7" w:rsidRPr="007C2DA2" w:rsidRDefault="006508F7" w:rsidP="00E52680">
      <w:pPr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6508F7" w:rsidRPr="007C2DA2" w:rsidRDefault="006508F7" w:rsidP="00E52680">
      <w:pPr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6508F7" w:rsidRPr="007C2DA2" w:rsidRDefault="006508F7" w:rsidP="00E52680">
      <w:pPr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6508F7" w:rsidRPr="007C2DA2" w:rsidRDefault="006508F7" w:rsidP="00E52680">
      <w:pPr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7C2DA2">
        <w:rPr>
          <w:rFonts w:ascii="Times New Roman" w:eastAsia="Times New Roman" w:hAnsi="Times New Roman" w:cs="Times New Roman"/>
          <w:sz w:val="24"/>
          <w:szCs w:val="24"/>
          <w:lang w:val="ru-RU"/>
        </w:rPr>
        <w:t>Симферополь • 2026</w:t>
      </w:r>
    </w:p>
    <w:p w:rsidR="009B7062" w:rsidRPr="007C2DA2" w:rsidRDefault="006508F7" w:rsidP="00E52680">
      <w:pPr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7C2DA2">
        <w:rPr>
          <w:rFonts w:ascii="Times New Roman" w:hAnsi="Times New Roman" w:cs="Times New Roman"/>
          <w:sz w:val="24"/>
          <w:szCs w:val="24"/>
          <w:lang w:val="ru-RU"/>
        </w:rPr>
        <w:br w:type="page"/>
      </w:r>
      <w:r w:rsidR="00704013" w:rsidRPr="007C2DA2">
        <w:rPr>
          <w:rFonts w:ascii="Times New Roman" w:hAnsi="Times New Roman" w:cs="Times New Roman"/>
          <w:b/>
          <w:sz w:val="24"/>
          <w:szCs w:val="24"/>
          <w:lang w:val="ru-RU"/>
        </w:rPr>
        <w:lastRenderedPageBreak/>
        <w:t>Пояснительная записка</w:t>
      </w:r>
    </w:p>
    <w:p w:rsidR="009B7062" w:rsidRPr="007C2DA2" w:rsidRDefault="00704013" w:rsidP="007C2DA2">
      <w:pPr>
        <w:pStyle w:val="21"/>
        <w:jc w:val="both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7C2DA2">
        <w:rPr>
          <w:rFonts w:ascii="Times New Roman" w:hAnsi="Times New Roman" w:cs="Times New Roman"/>
          <w:color w:val="auto"/>
          <w:sz w:val="24"/>
          <w:szCs w:val="24"/>
          <w:lang w:val="ru-RU"/>
        </w:rPr>
        <w:t>1. Общие положения</w:t>
      </w:r>
    </w:p>
    <w:p w:rsidR="009B7062" w:rsidRPr="007C2DA2" w:rsidRDefault="00704013" w:rsidP="007C2DA2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C2DA2">
        <w:rPr>
          <w:rFonts w:ascii="Times New Roman" w:hAnsi="Times New Roman" w:cs="Times New Roman"/>
          <w:sz w:val="24"/>
          <w:szCs w:val="24"/>
          <w:lang w:val="ru-RU"/>
        </w:rPr>
        <w:t>Настоящий план определяет организационный механизм реализации внеурочной деятельности в составе ООП ООО</w:t>
      </w:r>
      <w:r w:rsidR="002F4A28" w:rsidRPr="007C2DA2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2F4A28" w:rsidRPr="007C2DA2">
        <w:rPr>
          <w:rFonts w:ascii="Times New Roman" w:eastAsia="Times New Roman" w:hAnsi="Times New Roman" w:cs="Times New Roman"/>
          <w:sz w:val="24"/>
          <w:szCs w:val="24"/>
          <w:lang w:val="ru-RU"/>
        </w:rPr>
        <w:t>и применяется вместе с рабочими программами курсов, календарным планом воспитательной работы и расписанием</w:t>
      </w:r>
      <w:r w:rsidRPr="007C2DA2">
        <w:rPr>
          <w:rFonts w:ascii="Times New Roman" w:hAnsi="Times New Roman" w:cs="Times New Roman"/>
          <w:sz w:val="24"/>
          <w:szCs w:val="24"/>
          <w:lang w:val="ru-RU"/>
        </w:rPr>
        <w:t>. План не устанавливает автоматического посещения каждым обучающимся всего объёма, предусмотренного школой.</w:t>
      </w:r>
    </w:p>
    <w:p w:rsidR="009B7062" w:rsidRPr="007C2DA2" w:rsidRDefault="00704013" w:rsidP="007C2DA2">
      <w:pPr>
        <w:pStyle w:val="21"/>
        <w:jc w:val="both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7C2DA2">
        <w:rPr>
          <w:rFonts w:ascii="Times New Roman" w:hAnsi="Times New Roman" w:cs="Times New Roman"/>
          <w:color w:val="auto"/>
          <w:sz w:val="24"/>
          <w:szCs w:val="24"/>
          <w:lang w:val="ru-RU"/>
        </w:rPr>
        <w:t>2. Нормативные правовые и методические основания</w:t>
      </w:r>
    </w:p>
    <w:p w:rsidR="007014E2" w:rsidRPr="007C2DA2" w:rsidRDefault="00704013" w:rsidP="007C2DA2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C2DA2">
        <w:rPr>
          <w:rFonts w:ascii="Times New Roman" w:hAnsi="Times New Roman" w:cs="Times New Roman"/>
          <w:sz w:val="24"/>
          <w:szCs w:val="24"/>
          <w:lang w:val="ru-RU"/>
        </w:rPr>
        <w:t>Обязательные требования применяются на основании нормативных правовых актов</w:t>
      </w:r>
    </w:p>
    <w:p w:rsidR="007014E2" w:rsidRPr="007C2DA2" w:rsidRDefault="007014E2" w:rsidP="007C2DA2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C2DA2">
        <w:rPr>
          <w:rFonts w:ascii="Times New Roman" w:hAnsi="Times New Roman" w:cs="Times New Roman"/>
          <w:sz w:val="24"/>
          <w:szCs w:val="24"/>
          <w:lang w:val="ru-RU"/>
        </w:rPr>
        <w:t>Конституция Российской Федерации (с учетом действующих поправок).</w:t>
      </w:r>
    </w:p>
    <w:p w:rsidR="007014E2" w:rsidRPr="007C2DA2" w:rsidRDefault="007014E2" w:rsidP="007C2DA2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C2DA2">
        <w:rPr>
          <w:rFonts w:ascii="Times New Roman" w:hAnsi="Times New Roman" w:cs="Times New Roman"/>
          <w:sz w:val="24"/>
          <w:szCs w:val="24"/>
          <w:lang w:val="ru-RU"/>
        </w:rPr>
        <w:t>Федеральный закон от 29.12.2012 № 273-ФЗ «Об образовании в Российской Федерации» (редакция, действующая на 01.09.2026, подлежит контрольной проверке перед утверждением).</w:t>
      </w:r>
    </w:p>
    <w:p w:rsidR="007014E2" w:rsidRPr="007C2DA2" w:rsidRDefault="007014E2" w:rsidP="007C2DA2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C2DA2">
        <w:rPr>
          <w:rFonts w:ascii="Times New Roman" w:hAnsi="Times New Roman" w:cs="Times New Roman"/>
          <w:sz w:val="24"/>
          <w:szCs w:val="24"/>
          <w:lang w:val="ru-RU"/>
        </w:rPr>
        <w:t>Федеральный закон от 24.07.1998 № 124-ФЗ «Об основных гарантиях прав ребёнка в Российской Федерации».</w:t>
      </w:r>
    </w:p>
    <w:p w:rsidR="007014E2" w:rsidRPr="007C2DA2" w:rsidRDefault="007014E2" w:rsidP="007C2DA2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C2DA2">
        <w:rPr>
          <w:rFonts w:ascii="Times New Roman" w:hAnsi="Times New Roman" w:cs="Times New Roman"/>
          <w:sz w:val="24"/>
          <w:szCs w:val="24"/>
          <w:lang w:val="ru-RU"/>
        </w:rPr>
        <w:t>Федеральный закон от 24.11.1995 № 181-ФЗ «О социальной защите инвалидов в Российской Федерации».</w:t>
      </w:r>
    </w:p>
    <w:p w:rsidR="007014E2" w:rsidRPr="007C2DA2" w:rsidRDefault="007014E2" w:rsidP="007C2DA2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C2DA2">
        <w:rPr>
          <w:rFonts w:ascii="Times New Roman" w:hAnsi="Times New Roman" w:cs="Times New Roman"/>
          <w:sz w:val="24"/>
          <w:szCs w:val="24"/>
          <w:lang w:val="ru-RU"/>
        </w:rPr>
        <w:t>Федеральный закон от 27.07.2006 № 152-ФЗ «О персональных данных».</w:t>
      </w:r>
    </w:p>
    <w:p w:rsidR="007014E2" w:rsidRPr="007C2DA2" w:rsidRDefault="007014E2" w:rsidP="007C2DA2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C2DA2">
        <w:rPr>
          <w:rFonts w:ascii="Times New Roman" w:hAnsi="Times New Roman" w:cs="Times New Roman"/>
          <w:sz w:val="24"/>
          <w:szCs w:val="24"/>
          <w:lang w:val="ru-RU"/>
        </w:rPr>
        <w:t>ФГОС ООО, утвержденный приказом Минпросвещения России от 31.05.2021 № 287, с изменениями, действующими на 01.09.2026.</w:t>
      </w:r>
    </w:p>
    <w:p w:rsidR="007014E2" w:rsidRPr="007C2DA2" w:rsidRDefault="007014E2" w:rsidP="007C2DA2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C2DA2">
        <w:rPr>
          <w:rFonts w:ascii="Times New Roman" w:hAnsi="Times New Roman" w:cs="Times New Roman"/>
          <w:sz w:val="24"/>
          <w:szCs w:val="24"/>
          <w:lang w:val="ru-RU"/>
        </w:rPr>
        <w:t>ФОП ООО, утвержденная приказом Минпросвещения России от 18.05.2023 № 370, в редакции на 01.09.2026; учтены подтвержденные приказы об изменениях, включая от 27.12.2023 № 1028, от 01.02.2024 № 62, от 19.03.2024 № 171, от 09.10.2024 № 704, от 08.10.2025 № 729 и от 10.11.2025 № 808. Применимость каждой позиции к ООО проверяется по официальному тексту.</w:t>
      </w:r>
    </w:p>
    <w:p w:rsidR="007014E2" w:rsidRPr="007C2DA2" w:rsidRDefault="007014E2" w:rsidP="007C2DA2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C2DA2">
        <w:rPr>
          <w:rFonts w:ascii="Times New Roman" w:hAnsi="Times New Roman" w:cs="Times New Roman"/>
          <w:sz w:val="24"/>
          <w:szCs w:val="24"/>
          <w:lang w:val="ru-RU"/>
        </w:rPr>
        <w:t>Порядок организации и осуществления образовательной деятельности по основным общеобразовательным программам, приказ Минпросвещения России от 22.03.2021 № 115, в действующей редакции.</w:t>
      </w:r>
    </w:p>
    <w:p w:rsidR="007014E2" w:rsidRPr="007C2DA2" w:rsidRDefault="007014E2" w:rsidP="007C2DA2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C2DA2">
        <w:rPr>
          <w:rFonts w:ascii="Times New Roman" w:hAnsi="Times New Roman" w:cs="Times New Roman"/>
          <w:sz w:val="24"/>
          <w:szCs w:val="24"/>
          <w:lang w:val="ru-RU"/>
        </w:rPr>
        <w:t>Порядок осуществления мероприятий по профессиональной ориентации обучающихся по программам ООО и СОО, приказ Минпросвещения России от 31.08.2023 № 650.</w:t>
      </w:r>
    </w:p>
    <w:p w:rsidR="007014E2" w:rsidRPr="007C2DA2" w:rsidRDefault="007014E2" w:rsidP="007C2DA2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C2DA2">
        <w:rPr>
          <w:rFonts w:ascii="Times New Roman" w:hAnsi="Times New Roman" w:cs="Times New Roman"/>
          <w:sz w:val="24"/>
          <w:szCs w:val="24"/>
          <w:lang w:val="ru-RU"/>
        </w:rPr>
        <w:t>СП 2.4.2.4283-26, утвержденные постановлением Главного государственного санитарного врача РФ от 02.06.2026 № 19, применяемые с 01.09.2026.</w:t>
      </w:r>
    </w:p>
    <w:p w:rsidR="007014E2" w:rsidRPr="007C2DA2" w:rsidRDefault="007014E2" w:rsidP="007C2DA2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C2DA2">
        <w:rPr>
          <w:rFonts w:ascii="Times New Roman" w:hAnsi="Times New Roman" w:cs="Times New Roman"/>
          <w:sz w:val="24"/>
          <w:szCs w:val="24"/>
          <w:lang w:val="ru-RU"/>
        </w:rPr>
        <w:t>СанПиН 1.2.3685-21, утвержденные постановлением Главного государственного санитарного врача РФ от 28.01.2021 № 2, в редакции на 01.09.2026.</w:t>
      </w:r>
    </w:p>
    <w:p w:rsidR="007014E2" w:rsidRPr="007C2DA2" w:rsidRDefault="007014E2" w:rsidP="007C2DA2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C2DA2">
        <w:rPr>
          <w:rFonts w:ascii="Times New Roman" w:hAnsi="Times New Roman" w:cs="Times New Roman"/>
          <w:sz w:val="24"/>
          <w:szCs w:val="24"/>
          <w:lang w:val="ru-RU"/>
        </w:rPr>
        <w:t>СанПиН 2.3/2.4.4282-26, утвержденные постановлением Главного государственного санитарного врача РФ от 02.06.2026 (в применимой части питания).</w:t>
      </w:r>
    </w:p>
    <w:p w:rsidR="007014E2" w:rsidRPr="007C2DA2" w:rsidRDefault="007014E2" w:rsidP="007C2DA2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C2DA2">
        <w:rPr>
          <w:rFonts w:ascii="Times New Roman" w:hAnsi="Times New Roman" w:cs="Times New Roman"/>
          <w:sz w:val="24"/>
          <w:szCs w:val="24"/>
          <w:lang w:val="ru-RU"/>
        </w:rPr>
        <w:t>СП 2.1.4284-26, утвержденные постановлением Главного государственного санитарного врача РФ от 02.06.2026 (в применимой части эксплуатации помещений и оборудования).</w:t>
      </w:r>
    </w:p>
    <w:p w:rsidR="00612544" w:rsidRPr="007C2DA2" w:rsidRDefault="00612544" w:rsidP="007C2DA2">
      <w:pPr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7014E2" w:rsidRPr="007C2DA2" w:rsidRDefault="00612544" w:rsidP="007C2DA2">
      <w:pPr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7C2DA2">
        <w:rPr>
          <w:rFonts w:ascii="Times New Roman" w:hAnsi="Times New Roman" w:cs="Times New Roman"/>
          <w:b/>
          <w:sz w:val="24"/>
          <w:szCs w:val="24"/>
          <w:lang w:val="ru-RU"/>
        </w:rPr>
        <w:t xml:space="preserve">2.1 </w:t>
      </w:r>
      <w:r w:rsidR="00704013" w:rsidRPr="007C2DA2">
        <w:rPr>
          <w:rFonts w:ascii="Times New Roman" w:hAnsi="Times New Roman" w:cs="Times New Roman"/>
          <w:b/>
          <w:sz w:val="24"/>
          <w:szCs w:val="24"/>
          <w:lang w:val="ru-RU"/>
        </w:rPr>
        <w:t xml:space="preserve">Стратегические документы </w:t>
      </w:r>
      <w:r w:rsidR="007014E2" w:rsidRPr="007C2DA2">
        <w:rPr>
          <w:rFonts w:ascii="Times New Roman" w:hAnsi="Times New Roman" w:cs="Times New Roman"/>
          <w:b/>
          <w:sz w:val="24"/>
          <w:szCs w:val="24"/>
          <w:lang w:val="ru-RU"/>
        </w:rPr>
        <w:t xml:space="preserve"> задают приоритеты</w:t>
      </w:r>
    </w:p>
    <w:p w:rsidR="007014E2" w:rsidRPr="007C2DA2" w:rsidRDefault="007014E2" w:rsidP="007C2DA2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C2DA2">
        <w:rPr>
          <w:rFonts w:ascii="Times New Roman" w:hAnsi="Times New Roman" w:cs="Times New Roman"/>
          <w:sz w:val="24"/>
          <w:szCs w:val="24"/>
          <w:lang w:val="ru-RU"/>
        </w:rPr>
        <w:lastRenderedPageBreak/>
        <w:t>Указ Президента РФ от 09.11.2022 № 809 о традиционных российских духовно-нравственных ценностях.</w:t>
      </w:r>
    </w:p>
    <w:p w:rsidR="007014E2" w:rsidRPr="007C2DA2" w:rsidRDefault="007014E2" w:rsidP="007C2DA2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C2DA2">
        <w:rPr>
          <w:rFonts w:ascii="Times New Roman" w:hAnsi="Times New Roman" w:cs="Times New Roman"/>
          <w:sz w:val="24"/>
          <w:szCs w:val="24"/>
          <w:lang w:val="ru-RU"/>
        </w:rPr>
        <w:t>Указ Президента РФ от 07.05.2024 № 309 о национальных целях развития до 2030 года и на перспективу до 2036 года.</w:t>
      </w:r>
    </w:p>
    <w:p w:rsidR="007014E2" w:rsidRPr="007C2DA2" w:rsidRDefault="007014E2" w:rsidP="007C2DA2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C2DA2">
        <w:rPr>
          <w:rFonts w:ascii="Times New Roman" w:hAnsi="Times New Roman" w:cs="Times New Roman"/>
          <w:sz w:val="24"/>
          <w:szCs w:val="24"/>
          <w:lang w:val="ru-RU"/>
        </w:rPr>
        <w:t>Указ Президента РФ от 08.05.2024 № 314 об Основах государственной политики в области исторического просвещения.</w:t>
      </w:r>
    </w:p>
    <w:p w:rsidR="007014E2" w:rsidRPr="007C2DA2" w:rsidRDefault="007014E2" w:rsidP="007C2DA2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C2DA2">
        <w:rPr>
          <w:rFonts w:ascii="Times New Roman" w:hAnsi="Times New Roman" w:cs="Times New Roman"/>
          <w:sz w:val="24"/>
          <w:szCs w:val="24"/>
          <w:lang w:val="ru-RU"/>
        </w:rPr>
        <w:t>Стратегия повышения финансовой грамотности и формирования финансовой культуры до 2030 года, распоряжение Правительства РФ от 24.10.2023 № 2958-р.</w:t>
      </w:r>
    </w:p>
    <w:p w:rsidR="007014E2" w:rsidRPr="007C2DA2" w:rsidRDefault="007014E2" w:rsidP="007C2DA2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C2DA2">
        <w:rPr>
          <w:rFonts w:ascii="Times New Roman" w:hAnsi="Times New Roman" w:cs="Times New Roman"/>
          <w:sz w:val="24"/>
          <w:szCs w:val="24"/>
          <w:lang w:val="ru-RU"/>
        </w:rPr>
        <w:t>Комплексный план повышения качества математического и естественно-научного образования до 2030 года, распоряжение Правительства РФ от 19.11.2024 № 3333-р.</w:t>
      </w:r>
    </w:p>
    <w:p w:rsidR="007014E2" w:rsidRPr="007C2DA2" w:rsidRDefault="007014E2" w:rsidP="007C2DA2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C2DA2">
        <w:rPr>
          <w:rFonts w:ascii="Times New Roman" w:hAnsi="Times New Roman" w:cs="Times New Roman"/>
          <w:sz w:val="24"/>
          <w:szCs w:val="24"/>
          <w:lang w:val="ru-RU"/>
        </w:rPr>
        <w:t>Концепция исторического просвещения в образовательных организациях, одобрена коллегией Минпросвещения России 15.04.2026, протокол № 1. Статус: концептуальный (стратегико-методический) документ, не нормативный правовой акт.</w:t>
      </w:r>
    </w:p>
    <w:p w:rsidR="009B7062" w:rsidRPr="007C2DA2" w:rsidRDefault="00704013" w:rsidP="007C2DA2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C2DA2">
        <w:rPr>
          <w:rFonts w:ascii="Times New Roman" w:hAnsi="Times New Roman" w:cs="Times New Roman"/>
          <w:sz w:val="24"/>
          <w:szCs w:val="24"/>
          <w:lang w:val="ru-RU"/>
        </w:rPr>
        <w:t>Письмо и рекомендации  используются как методические ориентиры и не создают новых обяза</w:t>
      </w:r>
      <w:r w:rsidR="007014E2" w:rsidRPr="007C2DA2">
        <w:rPr>
          <w:rFonts w:ascii="Times New Roman" w:hAnsi="Times New Roman" w:cs="Times New Roman"/>
          <w:sz w:val="24"/>
          <w:szCs w:val="24"/>
          <w:lang w:val="ru-RU"/>
        </w:rPr>
        <w:t>тельных требований сами по себе</w:t>
      </w:r>
    </w:p>
    <w:p w:rsidR="007014E2" w:rsidRPr="007C2DA2" w:rsidRDefault="007014E2" w:rsidP="007C2DA2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C2DA2">
        <w:rPr>
          <w:rFonts w:ascii="Times New Roman" w:hAnsi="Times New Roman" w:cs="Times New Roman"/>
          <w:sz w:val="24"/>
          <w:szCs w:val="24"/>
          <w:lang w:val="ru-RU"/>
        </w:rPr>
        <w:t>Письмо Минпросвещения России от 09.07.2026 № ОК-1984/03 «О направлении методического письма». Статус: информационно-методический документ, не НПА; реквизиты требуют контрольной сверки по официальной копии письма.</w:t>
      </w:r>
    </w:p>
    <w:p w:rsidR="007014E2" w:rsidRPr="007C2DA2" w:rsidRDefault="007014E2" w:rsidP="007C2DA2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C2DA2">
        <w:rPr>
          <w:rFonts w:ascii="Times New Roman" w:hAnsi="Times New Roman" w:cs="Times New Roman"/>
          <w:sz w:val="24"/>
          <w:szCs w:val="24"/>
          <w:lang w:val="ru-RU"/>
        </w:rPr>
        <w:t>Методические рекомендации для общеобразовательных организаций по организации внеурочной деятельности обучающихся. Москва, 2026 (опубликованы на портале «Единое содержание общего образования» 16.07.2026). Статус: методические рекомендации, не НПА.</w:t>
      </w:r>
    </w:p>
    <w:p w:rsidR="009B7062" w:rsidRPr="007C2DA2" w:rsidRDefault="00704013" w:rsidP="007C2DA2">
      <w:pPr>
        <w:pStyle w:val="21"/>
        <w:jc w:val="both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7C2DA2">
        <w:rPr>
          <w:rFonts w:ascii="Times New Roman" w:hAnsi="Times New Roman" w:cs="Times New Roman"/>
          <w:color w:val="auto"/>
          <w:sz w:val="24"/>
          <w:szCs w:val="24"/>
          <w:lang w:val="ru-RU"/>
        </w:rPr>
        <w:t>3. Место плана внеурочной деятельности в структуре ООП ООО</w:t>
      </w:r>
    </w:p>
    <w:p w:rsidR="009B7062" w:rsidRPr="007C2DA2" w:rsidRDefault="00704013" w:rsidP="007C2DA2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C2DA2">
        <w:rPr>
          <w:rFonts w:ascii="Times New Roman" w:hAnsi="Times New Roman" w:cs="Times New Roman"/>
          <w:sz w:val="24"/>
          <w:szCs w:val="24"/>
          <w:lang w:val="ru-RU"/>
        </w:rPr>
        <w:t xml:space="preserve">План является организационным механизмом реализации ООП ООО; рабочие программы курсов входят в содержательный раздел, а план </w:t>
      </w:r>
      <w:r w:rsidR="00B40BC8" w:rsidRPr="007C2DA2">
        <w:rPr>
          <w:rFonts w:ascii="Times New Roman" w:hAnsi="Times New Roman" w:cs="Times New Roman"/>
          <w:sz w:val="24"/>
          <w:szCs w:val="24"/>
          <w:lang w:val="ru-RU"/>
        </w:rPr>
        <w:t>— в организационный раздел ООП</w:t>
      </w:r>
      <w:r w:rsidRPr="007C2DA2">
        <w:rPr>
          <w:rFonts w:ascii="Times New Roman" w:hAnsi="Times New Roman" w:cs="Times New Roman"/>
          <w:sz w:val="24"/>
          <w:szCs w:val="24"/>
          <w:lang w:val="ru-RU"/>
        </w:rPr>
        <w:t>. Внеурочная деятельность направлена на личностные, метапредметные и при необходимости предметные результаты и проводится в формах, отличных от урока.</w:t>
      </w:r>
    </w:p>
    <w:p w:rsidR="009B7062" w:rsidRPr="007C2DA2" w:rsidRDefault="00704013" w:rsidP="007C2DA2">
      <w:pPr>
        <w:pStyle w:val="21"/>
        <w:jc w:val="both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7C2DA2">
        <w:rPr>
          <w:rFonts w:ascii="Times New Roman" w:hAnsi="Times New Roman" w:cs="Times New Roman"/>
          <w:color w:val="auto"/>
          <w:sz w:val="24"/>
          <w:szCs w:val="24"/>
          <w:lang w:val="ru-RU"/>
        </w:rPr>
        <w:t>4. Цель и задачи</w:t>
      </w:r>
    </w:p>
    <w:p w:rsidR="009B7062" w:rsidRPr="007C2DA2" w:rsidRDefault="00704013" w:rsidP="007C2DA2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C2DA2">
        <w:rPr>
          <w:rFonts w:ascii="Times New Roman" w:hAnsi="Times New Roman" w:cs="Times New Roman"/>
          <w:sz w:val="24"/>
          <w:szCs w:val="24"/>
          <w:lang w:val="ru-RU"/>
        </w:rPr>
        <w:t>Цель — создание вариативной образовательной среды для развития личности, функциональной грамотности, гражданской идентичности, безопасного поведения, проектных и исследовательских компетенций. Задачи: обеспечить выбор; связать содержание с ООП без дублирования уроков; использовать региональную проблематику; поддержать профориентацию; организовать социальные, творческие и спортивные практики.</w:t>
      </w:r>
    </w:p>
    <w:p w:rsidR="009B7062" w:rsidRPr="007C2DA2" w:rsidRDefault="00704013" w:rsidP="007C2DA2">
      <w:pPr>
        <w:pStyle w:val="21"/>
        <w:jc w:val="both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7C2DA2">
        <w:rPr>
          <w:rFonts w:ascii="Times New Roman" w:hAnsi="Times New Roman" w:cs="Times New Roman"/>
          <w:color w:val="auto"/>
          <w:sz w:val="24"/>
          <w:szCs w:val="24"/>
          <w:lang w:val="ru-RU"/>
        </w:rPr>
        <w:t>5. Особенности организации в 5–9 классах</w:t>
      </w:r>
    </w:p>
    <w:p w:rsidR="009B7062" w:rsidRPr="007C2DA2" w:rsidRDefault="00704013" w:rsidP="007C2DA2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C2DA2">
        <w:rPr>
          <w:rFonts w:ascii="Times New Roman" w:hAnsi="Times New Roman" w:cs="Times New Roman"/>
          <w:sz w:val="24"/>
          <w:szCs w:val="24"/>
          <w:lang w:val="ru-RU"/>
        </w:rPr>
        <w:t xml:space="preserve">Организация учитывает возраст, образовательные потребности, состояние здоровья, условия школы и выбор участников образовательных отношений. Рекомендуемый общий объём — не более 10 часов в неделю; суммарный объём на уровне ООО — </w:t>
      </w:r>
      <w:r w:rsidR="00B40BC8" w:rsidRPr="007C2DA2">
        <w:rPr>
          <w:rFonts w:ascii="Times New Roman" w:hAnsi="Times New Roman" w:cs="Times New Roman"/>
          <w:sz w:val="24"/>
          <w:szCs w:val="24"/>
          <w:lang w:val="ru-RU"/>
        </w:rPr>
        <w:t>не более 1700 часов за пять лет.</w:t>
      </w:r>
      <w:r w:rsidRPr="007C2DA2">
        <w:rPr>
          <w:rFonts w:ascii="Times New Roman" w:hAnsi="Times New Roman" w:cs="Times New Roman"/>
          <w:sz w:val="24"/>
          <w:szCs w:val="24"/>
          <w:lang w:val="ru-RU"/>
        </w:rPr>
        <w:t xml:space="preserve"> Эти пределы не означают обязанность каждого обучающегося посещать все часы.</w:t>
      </w:r>
    </w:p>
    <w:p w:rsidR="009B7062" w:rsidRPr="007C2DA2" w:rsidRDefault="00704013" w:rsidP="007C2DA2">
      <w:pPr>
        <w:pStyle w:val="21"/>
        <w:jc w:val="both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7C2DA2">
        <w:rPr>
          <w:rFonts w:ascii="Times New Roman" w:hAnsi="Times New Roman" w:cs="Times New Roman"/>
          <w:color w:val="auto"/>
          <w:sz w:val="24"/>
          <w:szCs w:val="24"/>
          <w:lang w:val="ru-RU"/>
        </w:rPr>
        <w:lastRenderedPageBreak/>
        <w:t>6. Принципы формирования плана</w:t>
      </w:r>
    </w:p>
    <w:p w:rsidR="009B7062" w:rsidRPr="007C2DA2" w:rsidRDefault="00704013" w:rsidP="007C2DA2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C2DA2">
        <w:rPr>
          <w:rFonts w:ascii="Times New Roman" w:hAnsi="Times New Roman" w:cs="Times New Roman"/>
          <w:sz w:val="24"/>
          <w:szCs w:val="24"/>
          <w:lang w:val="ru-RU"/>
        </w:rPr>
        <w:t>Принципы: законность; вариативность; доступность; преемственность; учет выбора; практическая направленность; баланс направлений; отсутствие дублирования уроков и дополнительных программ; охрана здоровья; измеримость результатов; недопустимость двойного учёта часов.</w:t>
      </w:r>
    </w:p>
    <w:p w:rsidR="009B7062" w:rsidRPr="007C2DA2" w:rsidRDefault="00704013" w:rsidP="007C2DA2">
      <w:pPr>
        <w:pStyle w:val="21"/>
        <w:jc w:val="both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7C2DA2">
        <w:rPr>
          <w:rFonts w:ascii="Times New Roman" w:hAnsi="Times New Roman" w:cs="Times New Roman"/>
          <w:color w:val="auto"/>
          <w:sz w:val="24"/>
          <w:szCs w:val="24"/>
          <w:lang w:val="ru-RU"/>
        </w:rPr>
        <w:t>8. Учёт мнения обучающихся и родителей</w:t>
      </w:r>
    </w:p>
    <w:p w:rsidR="009B7062" w:rsidRPr="007C2DA2" w:rsidRDefault="00704013" w:rsidP="007C2DA2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C2DA2">
        <w:rPr>
          <w:rFonts w:ascii="Times New Roman" w:hAnsi="Times New Roman" w:cs="Times New Roman"/>
          <w:sz w:val="24"/>
          <w:szCs w:val="24"/>
          <w:lang w:val="ru-RU"/>
        </w:rPr>
        <w:t>Мнение учитывается заявлениями о выборе, электронным или бумажным опросом, обсуждением на классных и родительских собраниях. Школа предлагает реальный выбор не менее чем из двух доступных позиций в вариативных слотах, публикует аннотации и порядок изменения выбора. Выбор не освобождает школу от реализации внеурочной деятельности как части ООП.</w:t>
      </w:r>
    </w:p>
    <w:p w:rsidR="009B7062" w:rsidRPr="007C2DA2" w:rsidRDefault="00704013" w:rsidP="007C2DA2">
      <w:pPr>
        <w:pStyle w:val="21"/>
        <w:jc w:val="both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7C2DA2">
        <w:rPr>
          <w:rFonts w:ascii="Times New Roman" w:hAnsi="Times New Roman" w:cs="Times New Roman"/>
          <w:color w:val="auto"/>
          <w:sz w:val="24"/>
          <w:szCs w:val="24"/>
          <w:lang w:val="ru-RU"/>
        </w:rPr>
        <w:t>9. Федерально рекомендуемая, нормативно обусловленная и вариативная части</w:t>
      </w:r>
    </w:p>
    <w:p w:rsidR="009B7062" w:rsidRPr="007C2DA2" w:rsidRDefault="00704013" w:rsidP="007C2DA2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C2DA2">
        <w:rPr>
          <w:rFonts w:ascii="Times New Roman" w:hAnsi="Times New Roman" w:cs="Times New Roman"/>
          <w:sz w:val="24"/>
          <w:szCs w:val="24"/>
          <w:lang w:val="ru-RU"/>
        </w:rPr>
        <w:t>Статусы элементов не смешиваются. «Разговоры о важном» и «Россия — мои горизонты» включены как федерально рекомендуемые курсы с учётом действующей ФОП ООО и методических документов. Учебные сборы в 8 классе связаны с практическим освоением содержания ОБЗР и учитываются отдельно. Остальные курсы — вариативные либо формы-практики по решению школы.</w:t>
      </w:r>
    </w:p>
    <w:p w:rsidR="009B7062" w:rsidRPr="007C2DA2" w:rsidRDefault="00704013" w:rsidP="007C2DA2">
      <w:pPr>
        <w:pStyle w:val="21"/>
        <w:jc w:val="both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7C2DA2">
        <w:rPr>
          <w:rFonts w:ascii="Times New Roman" w:hAnsi="Times New Roman" w:cs="Times New Roman"/>
          <w:color w:val="auto"/>
          <w:sz w:val="24"/>
          <w:szCs w:val="24"/>
          <w:lang w:val="ru-RU"/>
        </w:rPr>
        <w:t>10. Направления развития личности и виды деятельности</w:t>
      </w:r>
    </w:p>
    <w:p w:rsidR="009B7062" w:rsidRPr="007C2DA2" w:rsidRDefault="00704013" w:rsidP="007C2DA2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C2DA2">
        <w:rPr>
          <w:rFonts w:ascii="Times New Roman" w:hAnsi="Times New Roman" w:cs="Times New Roman"/>
          <w:sz w:val="24"/>
          <w:szCs w:val="24"/>
          <w:lang w:val="ru-RU"/>
        </w:rPr>
        <w:t>В документе используется классификация духовно-нравственного, социального, общеинтеллектуального, общекультурного и спортивно-оздоровительного содержания, применяемая м</w:t>
      </w:r>
      <w:r w:rsidR="004265E5" w:rsidRPr="007C2DA2">
        <w:rPr>
          <w:rFonts w:ascii="Times New Roman" w:hAnsi="Times New Roman" w:cs="Times New Roman"/>
          <w:sz w:val="24"/>
          <w:szCs w:val="24"/>
          <w:lang w:val="ru-RU"/>
        </w:rPr>
        <w:t>етодическими рекомендациями</w:t>
      </w:r>
      <w:r w:rsidRPr="007C2DA2">
        <w:rPr>
          <w:rFonts w:ascii="Times New Roman" w:hAnsi="Times New Roman" w:cs="Times New Roman"/>
          <w:sz w:val="24"/>
          <w:szCs w:val="24"/>
          <w:lang w:val="ru-RU"/>
        </w:rPr>
        <w:t>. Она дополнена указанием конкретных видов деятельности; при расхождении терминологии приорит</w:t>
      </w:r>
      <w:r w:rsidR="004265E5" w:rsidRPr="007C2DA2">
        <w:rPr>
          <w:rFonts w:ascii="Times New Roman" w:hAnsi="Times New Roman" w:cs="Times New Roman"/>
          <w:sz w:val="24"/>
          <w:szCs w:val="24"/>
          <w:lang w:val="ru-RU"/>
        </w:rPr>
        <w:t>ет имеет действующая ФОП ООО</w:t>
      </w:r>
      <w:r w:rsidRPr="007C2DA2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4F4399" w:rsidRPr="007C2DA2" w:rsidRDefault="004F4399" w:rsidP="007C2DA2">
      <w:pPr>
        <w:pStyle w:val="21"/>
        <w:jc w:val="both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7C2DA2">
        <w:rPr>
          <w:rFonts w:ascii="Times New Roman" w:hAnsi="Times New Roman" w:cs="Times New Roman"/>
          <w:color w:val="auto"/>
          <w:sz w:val="24"/>
          <w:szCs w:val="24"/>
          <w:lang w:val="ru-RU"/>
        </w:rPr>
        <w:t>10.1. Предметно ориентированная внеурочная деятельность</w:t>
      </w:r>
    </w:p>
    <w:p w:rsidR="004F4399" w:rsidRPr="00E52680" w:rsidRDefault="004F4399" w:rsidP="007C2DA2">
      <w:pPr>
        <w:jc w:val="both"/>
        <w:rPr>
          <w:rFonts w:ascii="Times New Roman" w:hAnsi="Times New Roman" w:cs="Times New Roman"/>
          <w:bCs/>
          <w:i/>
          <w:sz w:val="24"/>
          <w:szCs w:val="24"/>
          <w:shd w:val="clear" w:color="auto" w:fill="FFFFFF"/>
          <w:lang w:val="ru-RU"/>
        </w:rPr>
      </w:pPr>
      <w:r w:rsidRPr="007C2DA2">
        <w:rPr>
          <w:rFonts w:ascii="Times New Roman" w:hAnsi="Times New Roman" w:cs="Times New Roman"/>
          <w:sz w:val="24"/>
          <w:szCs w:val="24"/>
          <w:lang w:val="ru-RU"/>
        </w:rPr>
        <w:t>Не менее одной трети реализуемых рабочих программ связано с предметной направленностью. Занятия имеют практический, исследовательский и межпредметный характер.</w:t>
      </w:r>
      <w:r w:rsidR="00D86F9E" w:rsidRPr="007C2DA2">
        <w:rPr>
          <w:rFonts w:ascii="Times New Roman" w:hAnsi="Times New Roman" w:cs="Times New Roman"/>
          <w:sz w:val="24"/>
          <w:szCs w:val="24"/>
          <w:lang w:val="ru-RU"/>
        </w:rPr>
        <w:t xml:space="preserve"> Предусмотрены такие курсы как </w:t>
      </w:r>
      <w:r w:rsidR="007C2DA2" w:rsidRPr="00E52680">
        <w:rPr>
          <w:rFonts w:ascii="Times New Roman" w:hAnsi="Times New Roman" w:cs="Times New Roman"/>
          <w:bCs/>
          <w:i/>
          <w:sz w:val="24"/>
          <w:szCs w:val="24"/>
          <w:shd w:val="clear" w:color="auto" w:fill="FFFFFF"/>
          <w:lang w:val="ru-RU"/>
        </w:rPr>
        <w:t xml:space="preserve">«Трудные вопросы физики», </w:t>
      </w:r>
      <w:r w:rsidR="007C2DA2" w:rsidRPr="00E52680">
        <w:rPr>
          <w:rFonts w:ascii="Times New Roman" w:hAnsi="Times New Roman" w:cs="Times New Roman"/>
          <w:i/>
          <w:sz w:val="24"/>
          <w:szCs w:val="24"/>
          <w:lang w:val="ru-RU"/>
        </w:rPr>
        <w:t xml:space="preserve">«Занимательный английский», «Химия в экспериментах и задачах», </w:t>
      </w:r>
      <w:r w:rsidR="007C2DA2" w:rsidRPr="00E52680">
        <w:rPr>
          <w:rFonts w:ascii="Times New Roman" w:hAnsi="Times New Roman" w:cs="Times New Roman"/>
          <w:bCs/>
          <w:i/>
          <w:sz w:val="24"/>
          <w:szCs w:val="24"/>
          <w:shd w:val="clear" w:color="auto" w:fill="FFFFFF"/>
          <w:lang w:val="ru-RU"/>
        </w:rPr>
        <w:t xml:space="preserve">«Сложные вопросы географии», «Сложные вопросы математики», «За страницами учебника «Физики», «Увлекательный английский», «ОГЭ на отлично!», «Шаги к успеху. </w:t>
      </w:r>
      <w:r w:rsidR="007C2DA2" w:rsidRPr="004E46CE">
        <w:rPr>
          <w:rFonts w:ascii="Times New Roman" w:hAnsi="Times New Roman" w:cs="Times New Roman"/>
          <w:bCs/>
          <w:i/>
          <w:sz w:val="24"/>
          <w:szCs w:val="24"/>
          <w:shd w:val="clear" w:color="auto" w:fill="FFFFFF"/>
          <w:lang w:val="ru-RU"/>
        </w:rPr>
        <w:t>Биология ОГЭ»</w:t>
      </w:r>
      <w:r w:rsidR="00E52680" w:rsidRPr="00E52680">
        <w:rPr>
          <w:rFonts w:ascii="Times New Roman" w:hAnsi="Times New Roman" w:cs="Times New Roman"/>
          <w:bCs/>
          <w:i/>
          <w:sz w:val="24"/>
          <w:szCs w:val="24"/>
          <w:shd w:val="clear" w:color="auto" w:fill="FFFFFF"/>
          <w:lang w:val="ru-RU"/>
        </w:rPr>
        <w:t xml:space="preserve">, </w:t>
      </w:r>
      <w:r w:rsidR="00E52680" w:rsidRPr="004E46CE">
        <w:rPr>
          <w:rFonts w:ascii="Times New Roman" w:hAnsi="Times New Roman" w:cs="Times New Roman"/>
          <w:bCs/>
          <w:i/>
          <w:sz w:val="24"/>
          <w:szCs w:val="24"/>
          <w:shd w:val="clear" w:color="auto" w:fill="FFFFFF"/>
          <w:lang w:val="ru-RU"/>
        </w:rPr>
        <w:t>«Трудные вопросы математики»</w:t>
      </w:r>
    </w:p>
    <w:p w:rsidR="004F4399" w:rsidRPr="007C2DA2" w:rsidRDefault="004F4399" w:rsidP="007C2DA2">
      <w:pPr>
        <w:pStyle w:val="21"/>
        <w:jc w:val="both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7C2DA2">
        <w:rPr>
          <w:rFonts w:ascii="Times New Roman" w:hAnsi="Times New Roman" w:cs="Times New Roman"/>
          <w:color w:val="auto"/>
          <w:sz w:val="24"/>
          <w:szCs w:val="24"/>
          <w:lang w:val="ru-RU"/>
        </w:rPr>
        <w:t>10.2. Естественно-научное направление</w:t>
      </w:r>
    </w:p>
    <w:p w:rsidR="004F4399" w:rsidRPr="00E52680" w:rsidRDefault="004F4399" w:rsidP="007C2DA2">
      <w:pPr>
        <w:jc w:val="both"/>
        <w:rPr>
          <w:rFonts w:ascii="Times New Roman" w:hAnsi="Times New Roman" w:cs="Times New Roman"/>
          <w:i/>
          <w:sz w:val="24"/>
          <w:szCs w:val="24"/>
          <w:lang w:val="ru-RU"/>
        </w:rPr>
      </w:pPr>
      <w:r w:rsidRPr="007C2DA2">
        <w:rPr>
          <w:rFonts w:ascii="Times New Roman" w:hAnsi="Times New Roman" w:cs="Times New Roman"/>
          <w:sz w:val="24"/>
          <w:szCs w:val="24"/>
          <w:lang w:val="ru-RU"/>
        </w:rPr>
        <w:t>Поддерживается в объёме, необходимом для функциональной грамотности и баланса плана: практические исследования окружающей среды, безопасная работа с данными и научное объяснение явлений.</w:t>
      </w:r>
      <w:r w:rsidR="007C2DA2" w:rsidRPr="007C2DA2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7C2DA2" w:rsidRPr="00E52680">
        <w:rPr>
          <w:rFonts w:ascii="Times New Roman" w:hAnsi="Times New Roman" w:cs="Times New Roman"/>
          <w:i/>
          <w:sz w:val="24"/>
          <w:szCs w:val="24"/>
          <w:lang w:val="ru-RU"/>
        </w:rPr>
        <w:t xml:space="preserve">«Нескучная информатика», </w:t>
      </w:r>
      <w:r w:rsidR="007C2DA2" w:rsidRPr="00E52680">
        <w:rPr>
          <w:rFonts w:ascii="Times New Roman" w:hAnsi="Times New Roman" w:cs="Times New Roman"/>
          <w:b/>
          <w:bCs/>
          <w:i/>
          <w:sz w:val="24"/>
          <w:szCs w:val="24"/>
          <w:shd w:val="clear" w:color="auto" w:fill="FFFFFF"/>
          <w:lang w:val="ru-RU"/>
        </w:rPr>
        <w:t>«</w:t>
      </w:r>
      <w:r w:rsidR="007C2DA2" w:rsidRPr="00E52680">
        <w:rPr>
          <w:rStyle w:val="af6"/>
          <w:rFonts w:ascii="Times New Roman" w:hAnsi="Times New Roman" w:cs="Times New Roman"/>
          <w:b w:val="0"/>
          <w:i/>
          <w:sz w:val="24"/>
          <w:szCs w:val="24"/>
          <w:bdr w:val="none" w:sz="0" w:space="0" w:color="auto" w:frame="1"/>
          <w:shd w:val="clear" w:color="auto" w:fill="FFFFFF"/>
          <w:lang w:val="ru-RU"/>
        </w:rPr>
        <w:t>Основы информационной культуры школьников: учимся быть убедительными и защищенными</w:t>
      </w:r>
      <w:r w:rsidR="007C2DA2" w:rsidRPr="00E52680">
        <w:rPr>
          <w:rFonts w:ascii="Times New Roman" w:hAnsi="Times New Roman" w:cs="Times New Roman"/>
          <w:b/>
          <w:bCs/>
          <w:i/>
          <w:sz w:val="24"/>
          <w:szCs w:val="24"/>
          <w:shd w:val="clear" w:color="auto" w:fill="FFFFFF"/>
          <w:lang w:val="ru-RU"/>
        </w:rPr>
        <w:t>»</w:t>
      </w:r>
      <w:r w:rsidR="00E52680" w:rsidRPr="00E52680">
        <w:rPr>
          <w:rFonts w:ascii="Times New Roman" w:hAnsi="Times New Roman" w:cs="Times New Roman"/>
          <w:b/>
          <w:bCs/>
          <w:i/>
          <w:sz w:val="24"/>
          <w:szCs w:val="24"/>
          <w:shd w:val="clear" w:color="auto" w:fill="FFFFFF"/>
          <w:lang w:val="ru-RU"/>
        </w:rPr>
        <w:t xml:space="preserve">, </w:t>
      </w:r>
      <w:r w:rsidR="00E52680" w:rsidRPr="00E52680">
        <w:rPr>
          <w:rFonts w:ascii="Times New Roman" w:hAnsi="Times New Roman" w:cs="Times New Roman"/>
          <w:bCs/>
          <w:i/>
          <w:sz w:val="24"/>
          <w:szCs w:val="24"/>
          <w:shd w:val="clear" w:color="auto" w:fill="FFFFFF"/>
          <w:lang w:val="ru-RU"/>
        </w:rPr>
        <w:t>«Практикум по решению физических задач»</w:t>
      </w:r>
    </w:p>
    <w:p w:rsidR="004F4399" w:rsidRPr="007C2DA2" w:rsidRDefault="004F4399" w:rsidP="007C2DA2">
      <w:pPr>
        <w:pStyle w:val="21"/>
        <w:jc w:val="both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7C2DA2">
        <w:rPr>
          <w:rFonts w:ascii="Times New Roman" w:hAnsi="Times New Roman" w:cs="Times New Roman"/>
          <w:color w:val="auto"/>
          <w:sz w:val="24"/>
          <w:szCs w:val="24"/>
          <w:lang w:val="ru-RU"/>
        </w:rPr>
        <w:lastRenderedPageBreak/>
        <w:t>10.3. Социально-гуманитарное направление</w:t>
      </w:r>
    </w:p>
    <w:p w:rsidR="004F4399" w:rsidRPr="00E52680" w:rsidRDefault="004F4399" w:rsidP="007C2DA2">
      <w:pPr>
        <w:jc w:val="both"/>
        <w:rPr>
          <w:rFonts w:ascii="Times New Roman" w:hAnsi="Times New Roman" w:cs="Times New Roman"/>
          <w:i/>
          <w:sz w:val="24"/>
          <w:szCs w:val="24"/>
          <w:lang w:val="ru-RU"/>
        </w:rPr>
      </w:pPr>
      <w:r w:rsidRPr="007C2DA2">
        <w:rPr>
          <w:rFonts w:ascii="Times New Roman" w:hAnsi="Times New Roman" w:cs="Times New Roman"/>
          <w:sz w:val="24"/>
          <w:szCs w:val="24"/>
          <w:lang w:val="ru-RU"/>
        </w:rPr>
        <w:t>Приоритет реализуется через историческое просвещение, краеведение, литературу, обществознание, лидерство, самоуправление, финансовую и информационную культуру, медиаграмотнос</w:t>
      </w:r>
      <w:r w:rsidR="00D86F9E" w:rsidRPr="007C2DA2">
        <w:rPr>
          <w:rFonts w:ascii="Times New Roman" w:hAnsi="Times New Roman" w:cs="Times New Roman"/>
          <w:sz w:val="24"/>
          <w:szCs w:val="24"/>
          <w:lang w:val="ru-RU"/>
        </w:rPr>
        <w:t>ть и социальное проектирование</w:t>
      </w:r>
      <w:r w:rsidRPr="007C2DA2">
        <w:rPr>
          <w:rFonts w:ascii="Times New Roman" w:hAnsi="Times New Roman" w:cs="Times New Roman"/>
          <w:sz w:val="24"/>
          <w:szCs w:val="24"/>
          <w:lang w:val="ru-RU"/>
        </w:rPr>
        <w:t>.</w:t>
      </w:r>
      <w:r w:rsidR="00D86F9E" w:rsidRPr="007C2DA2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7C2DA2" w:rsidRPr="00E52680">
        <w:rPr>
          <w:rFonts w:ascii="Times New Roman" w:hAnsi="Times New Roman" w:cs="Times New Roman"/>
          <w:bCs/>
          <w:i/>
          <w:sz w:val="24"/>
          <w:szCs w:val="24"/>
          <w:shd w:val="clear" w:color="auto" w:fill="FFFFFF"/>
          <w:lang w:val="ru-RU"/>
        </w:rPr>
        <w:t xml:space="preserve">«Сложные вопросы обществознания», </w:t>
      </w:r>
      <w:r w:rsidR="007C2DA2" w:rsidRPr="00E52680">
        <w:rPr>
          <w:rFonts w:ascii="Times New Roman" w:hAnsi="Times New Roman" w:cs="Times New Roman"/>
          <w:i/>
          <w:sz w:val="24"/>
          <w:szCs w:val="24"/>
          <w:lang w:val="ru-RU"/>
        </w:rPr>
        <w:t>«Основы финансовой грамотности. Финансовая культура»</w:t>
      </w:r>
    </w:p>
    <w:p w:rsidR="004F4399" w:rsidRPr="007C2DA2" w:rsidRDefault="004F4399" w:rsidP="007C2DA2">
      <w:pPr>
        <w:pStyle w:val="21"/>
        <w:jc w:val="both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7C2DA2">
        <w:rPr>
          <w:rFonts w:ascii="Times New Roman" w:hAnsi="Times New Roman" w:cs="Times New Roman"/>
          <w:color w:val="auto"/>
          <w:sz w:val="24"/>
          <w:szCs w:val="24"/>
          <w:lang w:val="ru-RU"/>
        </w:rPr>
        <w:t>10.4. Историческое просвещение</w:t>
      </w:r>
    </w:p>
    <w:p w:rsidR="004F4399" w:rsidRPr="00E52680" w:rsidRDefault="004F4399" w:rsidP="007C2DA2">
      <w:pPr>
        <w:jc w:val="both"/>
        <w:rPr>
          <w:rFonts w:ascii="Times New Roman" w:hAnsi="Times New Roman" w:cs="Times New Roman"/>
          <w:i/>
          <w:sz w:val="24"/>
          <w:szCs w:val="24"/>
          <w:lang w:val="ru-RU"/>
        </w:rPr>
      </w:pPr>
      <w:r w:rsidRPr="007C2DA2">
        <w:rPr>
          <w:rFonts w:ascii="Times New Roman" w:hAnsi="Times New Roman" w:cs="Times New Roman"/>
          <w:sz w:val="24"/>
          <w:szCs w:val="24"/>
          <w:lang w:val="ru-RU"/>
        </w:rPr>
        <w:t>Историческое просвещение осуществляется через проверяемые источники, региональное краеведение, музейные занятия, проекты памяти и анализ достижений со</w:t>
      </w:r>
      <w:r w:rsidR="00E52680">
        <w:rPr>
          <w:rFonts w:ascii="Times New Roman" w:hAnsi="Times New Roman" w:cs="Times New Roman"/>
          <w:sz w:val="24"/>
          <w:szCs w:val="24"/>
          <w:lang w:val="ru-RU"/>
        </w:rPr>
        <w:t>отечественников</w:t>
      </w:r>
      <w:r w:rsidRPr="007C2DA2">
        <w:rPr>
          <w:rFonts w:ascii="Times New Roman" w:hAnsi="Times New Roman" w:cs="Times New Roman"/>
          <w:sz w:val="24"/>
          <w:szCs w:val="24"/>
          <w:lang w:val="ru-RU"/>
        </w:rPr>
        <w:t>. Содержание не подменяет урок истории.</w:t>
      </w:r>
      <w:r w:rsidR="00D86F9E" w:rsidRPr="007C2DA2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D86F9E" w:rsidRPr="00E52680">
        <w:rPr>
          <w:rFonts w:ascii="Times New Roman" w:hAnsi="Times New Roman" w:cs="Times New Roman"/>
          <w:i/>
          <w:sz w:val="24"/>
          <w:szCs w:val="24"/>
          <w:lang w:val="ru-RU"/>
        </w:rPr>
        <w:t>«Великие достижения соотечественников», «Мой Симферополь в истории Отечества»</w:t>
      </w:r>
      <w:r w:rsidR="007C2DA2" w:rsidRPr="00E52680">
        <w:rPr>
          <w:rFonts w:ascii="Times New Roman" w:hAnsi="Times New Roman" w:cs="Times New Roman"/>
          <w:i/>
          <w:sz w:val="24"/>
          <w:szCs w:val="24"/>
          <w:lang w:val="ru-RU"/>
        </w:rPr>
        <w:t>, «История государства Российского»</w:t>
      </w:r>
    </w:p>
    <w:p w:rsidR="004F4399" w:rsidRPr="007C2DA2" w:rsidRDefault="004F4399" w:rsidP="007C2DA2">
      <w:pPr>
        <w:pStyle w:val="21"/>
        <w:jc w:val="both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7C2DA2">
        <w:rPr>
          <w:rFonts w:ascii="Times New Roman" w:hAnsi="Times New Roman" w:cs="Times New Roman"/>
          <w:color w:val="auto"/>
          <w:sz w:val="24"/>
          <w:szCs w:val="24"/>
          <w:lang w:val="ru-RU"/>
        </w:rPr>
        <w:t>10.5. Формирование функциональной грамотности</w:t>
      </w:r>
    </w:p>
    <w:p w:rsidR="004F4399" w:rsidRPr="00E52680" w:rsidRDefault="004F4399" w:rsidP="007C2DA2">
      <w:pPr>
        <w:jc w:val="both"/>
        <w:rPr>
          <w:rFonts w:ascii="Times New Roman" w:hAnsi="Times New Roman" w:cs="Times New Roman"/>
          <w:b/>
          <w:i/>
          <w:sz w:val="24"/>
          <w:szCs w:val="24"/>
          <w:lang w:val="ru-RU"/>
        </w:rPr>
      </w:pPr>
      <w:r w:rsidRPr="007C2DA2">
        <w:rPr>
          <w:rFonts w:ascii="Times New Roman" w:hAnsi="Times New Roman" w:cs="Times New Roman"/>
          <w:sz w:val="24"/>
          <w:szCs w:val="24"/>
          <w:lang w:val="ru-RU"/>
        </w:rPr>
        <w:t>Читательская, математическая, естественно-научная и финансовая грамотность формируются через решение жизненных задач, анализ данных, эксперименты, работу с текстами, бюджетирование проектов и безопасное использование информации.</w:t>
      </w:r>
      <w:r w:rsidR="00D86F9E" w:rsidRPr="007C2DA2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D86F9E" w:rsidRPr="00E52680">
        <w:rPr>
          <w:rFonts w:ascii="Times New Roman" w:hAnsi="Times New Roman" w:cs="Times New Roman"/>
          <w:i/>
          <w:sz w:val="24"/>
          <w:szCs w:val="24"/>
          <w:lang w:val="ru-RU"/>
        </w:rPr>
        <w:t>«</w:t>
      </w:r>
      <w:r w:rsidR="00D86F9E" w:rsidRPr="00E52680">
        <w:rPr>
          <w:rFonts w:ascii="Times New Roman" w:hAnsi="Times New Roman" w:cs="Times New Roman"/>
          <w:bCs/>
          <w:i/>
          <w:sz w:val="24"/>
          <w:szCs w:val="24"/>
          <w:shd w:val="clear" w:color="auto" w:fill="FFFFFF"/>
          <w:lang w:val="ru-RU"/>
        </w:rPr>
        <w:t>Математика: магия и стройность чисел</w:t>
      </w:r>
      <w:r w:rsidR="00D86F9E" w:rsidRPr="00E52680">
        <w:rPr>
          <w:rFonts w:ascii="Times New Roman" w:hAnsi="Times New Roman" w:cs="Times New Roman"/>
          <w:i/>
          <w:sz w:val="24"/>
          <w:szCs w:val="24"/>
          <w:lang w:val="ru-RU"/>
        </w:rPr>
        <w:t xml:space="preserve">», </w:t>
      </w:r>
      <w:r w:rsidR="007C2DA2" w:rsidRPr="00E52680">
        <w:rPr>
          <w:rFonts w:ascii="Times New Roman" w:hAnsi="Times New Roman" w:cs="Times New Roman"/>
          <w:i/>
          <w:sz w:val="24"/>
          <w:szCs w:val="24"/>
          <w:lang w:val="ru-RU"/>
        </w:rPr>
        <w:t>«Искусственный интелект»</w:t>
      </w:r>
    </w:p>
    <w:p w:rsidR="004F4399" w:rsidRPr="007C2DA2" w:rsidRDefault="004F4399" w:rsidP="007C2DA2">
      <w:pPr>
        <w:pStyle w:val="21"/>
        <w:jc w:val="both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7C2DA2">
        <w:rPr>
          <w:rFonts w:ascii="Times New Roman" w:hAnsi="Times New Roman" w:cs="Times New Roman"/>
          <w:color w:val="auto"/>
          <w:sz w:val="24"/>
          <w:szCs w:val="24"/>
          <w:lang w:val="ru-RU"/>
        </w:rPr>
        <w:t>10.6. Профориентационная деятельность</w:t>
      </w:r>
    </w:p>
    <w:p w:rsidR="004F4399" w:rsidRPr="007C2DA2" w:rsidRDefault="004F4399" w:rsidP="007C2DA2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C2DA2">
        <w:rPr>
          <w:rFonts w:ascii="Times New Roman" w:hAnsi="Times New Roman" w:cs="Times New Roman"/>
          <w:sz w:val="24"/>
          <w:szCs w:val="24"/>
          <w:lang w:val="ru-RU"/>
        </w:rPr>
        <w:t>В 6–9 классах предусматривается курс «Россия — мои горизонты» и практики: экскурсии, мастерские, встречи, профессиональные пробы и индивидуальная рефлексия [9], [21]. Результат фиксируется в профориентационном портфолио.</w:t>
      </w:r>
      <w:r w:rsidR="00D86F9E" w:rsidRPr="007C2DA2">
        <w:rPr>
          <w:rFonts w:ascii="Times New Roman" w:hAnsi="Times New Roman" w:cs="Times New Roman"/>
          <w:sz w:val="24"/>
          <w:szCs w:val="24"/>
          <w:lang w:val="ru-RU"/>
        </w:rPr>
        <w:t xml:space="preserve"> «Дорога в будущее»</w:t>
      </w:r>
      <w:r w:rsidR="007C2DA2" w:rsidRPr="007C2DA2">
        <w:rPr>
          <w:rFonts w:ascii="Times New Roman" w:hAnsi="Times New Roman" w:cs="Times New Roman"/>
          <w:sz w:val="24"/>
          <w:szCs w:val="24"/>
          <w:lang w:val="ru-RU"/>
        </w:rPr>
        <w:t xml:space="preserve">, «Основы строевой подготовки», </w:t>
      </w:r>
      <w:r w:rsidR="007C2DA2" w:rsidRPr="004E46CE">
        <w:rPr>
          <w:rFonts w:ascii="Times New Roman" w:hAnsi="Times New Roman" w:cs="Times New Roman"/>
          <w:sz w:val="24"/>
          <w:szCs w:val="24"/>
          <w:lang w:val="ru-RU"/>
        </w:rPr>
        <w:t>Знакомство с оружием</w:t>
      </w:r>
    </w:p>
    <w:p w:rsidR="004F4399" w:rsidRPr="007C2DA2" w:rsidRDefault="004F4399" w:rsidP="007C2DA2">
      <w:pPr>
        <w:pStyle w:val="21"/>
        <w:jc w:val="both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7C2DA2">
        <w:rPr>
          <w:rFonts w:ascii="Times New Roman" w:hAnsi="Times New Roman" w:cs="Times New Roman"/>
          <w:color w:val="auto"/>
          <w:sz w:val="24"/>
          <w:szCs w:val="24"/>
          <w:lang w:val="ru-RU"/>
        </w:rPr>
        <w:t>10.7. Проектная, исследовательская и социальная деятельность</w:t>
      </w:r>
    </w:p>
    <w:p w:rsidR="00D86F9E" w:rsidRPr="00E52680" w:rsidRDefault="004F4399" w:rsidP="007C2DA2">
      <w:pPr>
        <w:jc w:val="both"/>
        <w:rPr>
          <w:rFonts w:ascii="Times New Roman" w:hAnsi="Times New Roman" w:cs="Times New Roman"/>
          <w:i/>
          <w:sz w:val="24"/>
          <w:szCs w:val="24"/>
          <w:lang w:val="ru-RU"/>
        </w:rPr>
      </w:pPr>
      <w:r w:rsidRPr="007C2DA2">
        <w:rPr>
          <w:rFonts w:ascii="Times New Roman" w:hAnsi="Times New Roman" w:cs="Times New Roman"/>
          <w:sz w:val="24"/>
          <w:szCs w:val="24"/>
          <w:lang w:val="ru-RU"/>
        </w:rPr>
        <w:t>Проекты реализуются по полному циклу: проблема — цель — план — продукт — презентация — рефлексия. Для 8–9 классов возможно «</w:t>
      </w:r>
      <w:r w:rsidRPr="00E52680">
        <w:rPr>
          <w:rFonts w:ascii="Times New Roman" w:hAnsi="Times New Roman" w:cs="Times New Roman"/>
          <w:i/>
          <w:sz w:val="24"/>
          <w:szCs w:val="24"/>
          <w:lang w:val="ru-RU"/>
        </w:rPr>
        <w:t>Обучение служением. Первые»</w:t>
      </w:r>
      <w:r w:rsidRPr="007C2DA2">
        <w:rPr>
          <w:rFonts w:ascii="Times New Roman" w:hAnsi="Times New Roman" w:cs="Times New Roman"/>
          <w:sz w:val="24"/>
          <w:szCs w:val="24"/>
          <w:lang w:val="ru-RU"/>
        </w:rPr>
        <w:t xml:space="preserve"> в партнерстве с организациями-заказчиками социальных инициатив.</w:t>
      </w:r>
      <w:r w:rsidR="00D86F9E" w:rsidRPr="007C2DA2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D86F9E" w:rsidRPr="00E52680">
        <w:rPr>
          <w:rFonts w:ascii="Times New Roman" w:hAnsi="Times New Roman" w:cs="Times New Roman"/>
          <w:i/>
          <w:sz w:val="24"/>
          <w:szCs w:val="24"/>
          <w:lang w:val="ru-RU"/>
        </w:rPr>
        <w:t>«Биология. Проектно-исследовательская деятельность», «География. Проектно-исследовательская деятельность»</w:t>
      </w:r>
      <w:r w:rsidR="007C2DA2" w:rsidRPr="00E52680">
        <w:rPr>
          <w:rFonts w:ascii="Times New Roman" w:hAnsi="Times New Roman" w:cs="Times New Roman"/>
          <w:i/>
          <w:sz w:val="24"/>
          <w:szCs w:val="24"/>
          <w:lang w:val="ru-RU"/>
        </w:rPr>
        <w:t xml:space="preserve">, </w:t>
      </w:r>
      <w:r w:rsidR="007C2DA2" w:rsidRPr="00E52680">
        <w:rPr>
          <w:rFonts w:ascii="Times New Roman" w:hAnsi="Times New Roman" w:cs="Times New Roman"/>
          <w:bCs/>
          <w:i/>
          <w:sz w:val="24"/>
          <w:szCs w:val="24"/>
          <w:shd w:val="clear" w:color="auto" w:fill="FFFFFF"/>
          <w:lang w:val="ru-RU"/>
        </w:rPr>
        <w:t>«Мир визуально-пространственных искусств»</w:t>
      </w:r>
    </w:p>
    <w:p w:rsidR="004F4399" w:rsidRPr="007C2DA2" w:rsidRDefault="004F4399" w:rsidP="007C2DA2">
      <w:pPr>
        <w:pStyle w:val="21"/>
        <w:jc w:val="both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7C2DA2">
        <w:rPr>
          <w:rFonts w:ascii="Times New Roman" w:hAnsi="Times New Roman" w:cs="Times New Roman"/>
          <w:color w:val="auto"/>
          <w:sz w:val="24"/>
          <w:szCs w:val="24"/>
          <w:lang w:val="ru-RU"/>
        </w:rPr>
        <w:t>10.</w:t>
      </w:r>
      <w:r w:rsidR="00E52680">
        <w:rPr>
          <w:rFonts w:ascii="Times New Roman" w:hAnsi="Times New Roman" w:cs="Times New Roman"/>
          <w:color w:val="auto"/>
          <w:sz w:val="24"/>
          <w:szCs w:val="24"/>
          <w:lang w:val="ru-RU"/>
        </w:rPr>
        <w:t>8</w:t>
      </w:r>
      <w:r w:rsidRPr="007C2DA2">
        <w:rPr>
          <w:rFonts w:ascii="Times New Roman" w:hAnsi="Times New Roman" w:cs="Times New Roman"/>
          <w:color w:val="auto"/>
          <w:sz w:val="24"/>
          <w:szCs w:val="24"/>
          <w:lang w:val="ru-RU"/>
        </w:rPr>
        <w:t>. Спортивно-оздоровительная и творческая деятельность</w:t>
      </w:r>
    </w:p>
    <w:p w:rsidR="004F4399" w:rsidRPr="007C2DA2" w:rsidRDefault="004F4399" w:rsidP="007C2DA2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C2DA2">
        <w:rPr>
          <w:rFonts w:ascii="Times New Roman" w:hAnsi="Times New Roman" w:cs="Times New Roman"/>
          <w:sz w:val="24"/>
          <w:szCs w:val="24"/>
          <w:lang w:val="ru-RU"/>
        </w:rPr>
        <w:t>Предусматриваются школьный спортивный клуб</w:t>
      </w:r>
      <w:r w:rsidR="00D86F9E" w:rsidRPr="007C2DA2">
        <w:rPr>
          <w:rFonts w:ascii="Times New Roman" w:hAnsi="Times New Roman" w:cs="Times New Roman"/>
          <w:sz w:val="24"/>
          <w:szCs w:val="24"/>
          <w:lang w:val="ru-RU"/>
        </w:rPr>
        <w:t xml:space="preserve"> «Русь»</w:t>
      </w:r>
      <w:r w:rsidRPr="007C2DA2">
        <w:rPr>
          <w:rFonts w:ascii="Times New Roman" w:hAnsi="Times New Roman" w:cs="Times New Roman"/>
          <w:sz w:val="24"/>
          <w:szCs w:val="24"/>
          <w:lang w:val="ru-RU"/>
        </w:rPr>
        <w:t>,</w:t>
      </w:r>
      <w:r w:rsidR="007C2DA2" w:rsidRPr="007C2DA2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7C2DA2" w:rsidRPr="00E52680">
        <w:rPr>
          <w:rFonts w:ascii="Times New Roman" w:hAnsi="Times New Roman" w:cs="Times New Roman"/>
          <w:i/>
          <w:sz w:val="24"/>
          <w:szCs w:val="24"/>
          <w:lang w:val="ru-RU"/>
        </w:rPr>
        <w:t xml:space="preserve">«Занимательные спортивные игры», «Ступенька ГТО», </w:t>
      </w:r>
      <w:r w:rsidR="00D86F9E" w:rsidRPr="00E52680">
        <w:rPr>
          <w:rFonts w:ascii="Times New Roman" w:hAnsi="Times New Roman" w:cs="Times New Roman"/>
          <w:i/>
          <w:sz w:val="24"/>
          <w:szCs w:val="24"/>
          <w:lang w:val="ru-RU"/>
        </w:rPr>
        <w:t>«Бейсбол»</w:t>
      </w:r>
      <w:r w:rsidRPr="007C2DA2">
        <w:rPr>
          <w:rFonts w:ascii="Times New Roman" w:hAnsi="Times New Roman" w:cs="Times New Roman"/>
          <w:sz w:val="24"/>
          <w:szCs w:val="24"/>
          <w:lang w:val="ru-RU"/>
        </w:rPr>
        <w:t xml:space="preserve"> соревнования, театральные</w:t>
      </w:r>
      <w:r w:rsidR="00D86F9E" w:rsidRPr="007C2DA2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D86F9E" w:rsidRPr="00E52680">
        <w:rPr>
          <w:rFonts w:ascii="Times New Roman" w:hAnsi="Times New Roman" w:cs="Times New Roman"/>
          <w:i/>
          <w:sz w:val="24"/>
          <w:szCs w:val="24"/>
          <w:lang w:val="ru-RU"/>
        </w:rPr>
        <w:t>«Театр «Арлекин»</w:t>
      </w:r>
      <w:r w:rsidRPr="00E52680">
        <w:rPr>
          <w:rFonts w:ascii="Times New Roman" w:hAnsi="Times New Roman" w:cs="Times New Roman"/>
          <w:i/>
          <w:sz w:val="24"/>
          <w:szCs w:val="24"/>
          <w:lang w:val="ru-RU"/>
        </w:rPr>
        <w:t>,</w:t>
      </w:r>
      <w:r w:rsidRPr="007C2DA2">
        <w:rPr>
          <w:rFonts w:ascii="Times New Roman" w:hAnsi="Times New Roman" w:cs="Times New Roman"/>
          <w:sz w:val="24"/>
          <w:szCs w:val="24"/>
          <w:lang w:val="ru-RU"/>
        </w:rPr>
        <w:t xml:space="preserve"> художественные, литературные и музейные практики. Нагрузка и допуск к отдельным видам активности определяются с учетом возраста, здоровья и документально подтвержденных ограничений.</w:t>
      </w:r>
    </w:p>
    <w:p w:rsidR="00430888" w:rsidRPr="007C2DA2" w:rsidRDefault="00430888" w:rsidP="007C2DA2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9B7062" w:rsidRPr="007C2DA2" w:rsidRDefault="005E5D6C" w:rsidP="007C2DA2">
      <w:pPr>
        <w:pStyle w:val="21"/>
        <w:jc w:val="both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7C2DA2">
        <w:rPr>
          <w:rFonts w:ascii="Times New Roman" w:hAnsi="Times New Roman" w:cs="Times New Roman"/>
          <w:color w:val="auto"/>
          <w:sz w:val="24"/>
          <w:szCs w:val="24"/>
          <w:lang w:val="ru-RU"/>
        </w:rPr>
        <w:lastRenderedPageBreak/>
        <w:t>11</w:t>
      </w:r>
      <w:r w:rsidR="00704013" w:rsidRPr="007C2DA2">
        <w:rPr>
          <w:rFonts w:ascii="Times New Roman" w:hAnsi="Times New Roman" w:cs="Times New Roman"/>
          <w:color w:val="auto"/>
          <w:sz w:val="24"/>
          <w:szCs w:val="24"/>
          <w:lang w:val="ru-RU"/>
        </w:rPr>
        <w:t>. Формы организации занятий</w:t>
      </w:r>
    </w:p>
    <w:p w:rsidR="009B7062" w:rsidRPr="007C2DA2" w:rsidRDefault="00704013" w:rsidP="007C2DA2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C2DA2">
        <w:rPr>
          <w:rFonts w:ascii="Times New Roman" w:hAnsi="Times New Roman" w:cs="Times New Roman"/>
          <w:sz w:val="24"/>
          <w:szCs w:val="24"/>
          <w:lang w:val="ru-RU"/>
        </w:rPr>
        <w:t>Курсы, клубы, лаборатории, мастерские, студии, исследования, экскурсии, походы, конференции, проектные сессии, профессиональные пробы, социальные практики, соревнования, сетевые и каникулярные интенсивы. Регулярные занятия и иные формы учитываются раздельно.</w:t>
      </w:r>
    </w:p>
    <w:p w:rsidR="009B7062" w:rsidRPr="007C2DA2" w:rsidRDefault="005E5D6C" w:rsidP="007C2DA2">
      <w:pPr>
        <w:pStyle w:val="21"/>
        <w:jc w:val="both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7C2DA2">
        <w:rPr>
          <w:rFonts w:ascii="Times New Roman" w:hAnsi="Times New Roman" w:cs="Times New Roman"/>
          <w:color w:val="auto"/>
          <w:sz w:val="24"/>
          <w:szCs w:val="24"/>
          <w:lang w:val="ru-RU"/>
        </w:rPr>
        <w:t>12</w:t>
      </w:r>
      <w:r w:rsidR="00704013" w:rsidRPr="007C2DA2">
        <w:rPr>
          <w:rFonts w:ascii="Times New Roman" w:hAnsi="Times New Roman" w:cs="Times New Roman"/>
          <w:color w:val="auto"/>
          <w:sz w:val="24"/>
          <w:szCs w:val="24"/>
          <w:lang w:val="ru-RU"/>
        </w:rPr>
        <w:t>. Порядок выбора курсов</w:t>
      </w:r>
    </w:p>
    <w:p w:rsidR="009B7062" w:rsidRPr="007C2DA2" w:rsidRDefault="00704013" w:rsidP="007C2DA2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C2DA2">
        <w:rPr>
          <w:rFonts w:ascii="Times New Roman" w:hAnsi="Times New Roman" w:cs="Times New Roman"/>
          <w:sz w:val="24"/>
          <w:szCs w:val="24"/>
          <w:lang w:val="ru-RU"/>
        </w:rPr>
        <w:t xml:space="preserve">Школа утверждает перечень и аннотации, собирает выбор, комплектует группы, уведомляет о зачислении. Изменение выбора допускается по заявлению в сроки, установленные локальным актом, при наличии мест и без нарушения образовательной логики программы. </w:t>
      </w:r>
    </w:p>
    <w:p w:rsidR="009B7062" w:rsidRPr="007C2DA2" w:rsidRDefault="005E5D6C" w:rsidP="007C2DA2">
      <w:pPr>
        <w:pStyle w:val="21"/>
        <w:jc w:val="both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7C2DA2">
        <w:rPr>
          <w:rFonts w:ascii="Times New Roman" w:hAnsi="Times New Roman" w:cs="Times New Roman"/>
          <w:color w:val="auto"/>
          <w:sz w:val="24"/>
          <w:szCs w:val="24"/>
          <w:lang w:val="ru-RU"/>
        </w:rPr>
        <w:t>13</w:t>
      </w:r>
      <w:r w:rsidR="00704013" w:rsidRPr="007C2DA2">
        <w:rPr>
          <w:rFonts w:ascii="Times New Roman" w:hAnsi="Times New Roman" w:cs="Times New Roman"/>
          <w:color w:val="auto"/>
          <w:sz w:val="24"/>
          <w:szCs w:val="24"/>
          <w:lang w:val="ru-RU"/>
        </w:rPr>
        <w:t>. Объём и распределение часов</w:t>
      </w:r>
    </w:p>
    <w:p w:rsidR="009B7062" w:rsidRPr="007C2DA2" w:rsidRDefault="00704013" w:rsidP="007C2DA2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C2DA2">
        <w:rPr>
          <w:rFonts w:ascii="Times New Roman" w:hAnsi="Times New Roman" w:cs="Times New Roman"/>
          <w:sz w:val="24"/>
          <w:szCs w:val="24"/>
          <w:lang w:val="ru-RU"/>
        </w:rPr>
        <w:t>Расчёт выполнен условно на 34 недели. Все годовые объёмы подлежат пересчёту в соответствии с календарным учебным графиком образовательной организации на 2026/2027 учебный год. План задаёт максимальный маршрут 7 регулярных часов в неделю; фактическая индивидуальная нагрузка зависит от выбора.</w:t>
      </w:r>
    </w:p>
    <w:p w:rsidR="009B7062" w:rsidRPr="007C2DA2" w:rsidRDefault="005E5D6C" w:rsidP="007C2DA2">
      <w:pPr>
        <w:pStyle w:val="21"/>
        <w:jc w:val="both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7C2DA2">
        <w:rPr>
          <w:rFonts w:ascii="Times New Roman" w:hAnsi="Times New Roman" w:cs="Times New Roman"/>
          <w:color w:val="auto"/>
          <w:sz w:val="24"/>
          <w:szCs w:val="24"/>
          <w:lang w:val="ru-RU"/>
        </w:rPr>
        <w:t>14</w:t>
      </w:r>
      <w:r w:rsidR="00704013" w:rsidRPr="007C2DA2">
        <w:rPr>
          <w:rFonts w:ascii="Times New Roman" w:hAnsi="Times New Roman" w:cs="Times New Roman"/>
          <w:color w:val="auto"/>
          <w:sz w:val="24"/>
          <w:szCs w:val="24"/>
          <w:lang w:val="ru-RU"/>
        </w:rPr>
        <w:t>. Режим занятий и санитарные требования</w:t>
      </w:r>
    </w:p>
    <w:p w:rsidR="009B7062" w:rsidRPr="007C2DA2" w:rsidRDefault="005E5D6C" w:rsidP="007C2DA2">
      <w:pPr>
        <w:pStyle w:val="31"/>
        <w:jc w:val="both"/>
        <w:rPr>
          <w:rFonts w:ascii="Times New Roman" w:hAnsi="Times New Roman" w:cs="Times New Roman"/>
          <w:color w:val="auto"/>
          <w:szCs w:val="24"/>
          <w:lang w:val="ru-RU"/>
        </w:rPr>
      </w:pPr>
      <w:r w:rsidRPr="007C2DA2">
        <w:rPr>
          <w:rFonts w:ascii="Times New Roman" w:hAnsi="Times New Roman" w:cs="Times New Roman"/>
          <w:color w:val="auto"/>
          <w:szCs w:val="24"/>
          <w:lang w:val="ru-RU"/>
        </w:rPr>
        <w:t>14</w:t>
      </w:r>
      <w:r w:rsidR="00704013" w:rsidRPr="007C2DA2">
        <w:rPr>
          <w:rFonts w:ascii="Times New Roman" w:hAnsi="Times New Roman" w:cs="Times New Roman"/>
          <w:color w:val="auto"/>
          <w:szCs w:val="24"/>
          <w:lang w:val="ru-RU"/>
        </w:rPr>
        <w:t>.1. Применяемые правила</w:t>
      </w:r>
    </w:p>
    <w:p w:rsidR="009B7062" w:rsidRPr="007C2DA2" w:rsidRDefault="00704013" w:rsidP="007C2DA2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C2DA2">
        <w:rPr>
          <w:rFonts w:ascii="Times New Roman" w:hAnsi="Times New Roman" w:cs="Times New Roman"/>
          <w:sz w:val="24"/>
          <w:szCs w:val="24"/>
          <w:lang w:val="ru-RU"/>
        </w:rPr>
        <w:t>С 1 сентября 2026 года организация внеурочной деятельности осуществляетс</w:t>
      </w:r>
      <w:r w:rsidR="00545D29" w:rsidRPr="007C2DA2">
        <w:rPr>
          <w:rFonts w:ascii="Times New Roman" w:hAnsi="Times New Roman" w:cs="Times New Roman"/>
          <w:sz w:val="24"/>
          <w:szCs w:val="24"/>
          <w:lang w:val="ru-RU"/>
        </w:rPr>
        <w:t>я с учётом СП 2.4.2.4283-26</w:t>
      </w:r>
      <w:r w:rsidRPr="007C2DA2">
        <w:rPr>
          <w:rFonts w:ascii="Times New Roman" w:hAnsi="Times New Roman" w:cs="Times New Roman"/>
          <w:sz w:val="24"/>
          <w:szCs w:val="24"/>
          <w:lang w:val="ru-RU"/>
        </w:rPr>
        <w:t>, гигиенических но</w:t>
      </w:r>
      <w:r w:rsidR="00545D29" w:rsidRPr="007C2DA2">
        <w:rPr>
          <w:rFonts w:ascii="Times New Roman" w:hAnsi="Times New Roman" w:cs="Times New Roman"/>
          <w:sz w:val="24"/>
          <w:szCs w:val="24"/>
          <w:lang w:val="ru-RU"/>
        </w:rPr>
        <w:t>рмативов СанПиН 1.2.3685-21</w:t>
      </w:r>
      <w:r w:rsidRPr="007C2DA2">
        <w:rPr>
          <w:rFonts w:ascii="Times New Roman" w:hAnsi="Times New Roman" w:cs="Times New Roman"/>
          <w:sz w:val="24"/>
          <w:szCs w:val="24"/>
          <w:lang w:val="ru-RU"/>
        </w:rPr>
        <w:t>, требований к пит</w:t>
      </w:r>
      <w:r w:rsidR="00545D29" w:rsidRPr="007C2DA2">
        <w:rPr>
          <w:rFonts w:ascii="Times New Roman" w:hAnsi="Times New Roman" w:cs="Times New Roman"/>
          <w:sz w:val="24"/>
          <w:szCs w:val="24"/>
          <w:lang w:val="ru-RU"/>
        </w:rPr>
        <w:t>анию СанПиН 2.3/2.4.4282-26</w:t>
      </w:r>
      <w:r w:rsidRPr="007C2DA2">
        <w:rPr>
          <w:rFonts w:ascii="Times New Roman" w:hAnsi="Times New Roman" w:cs="Times New Roman"/>
          <w:sz w:val="24"/>
          <w:szCs w:val="24"/>
          <w:lang w:val="ru-RU"/>
        </w:rPr>
        <w:t xml:space="preserve"> и требований к эксплуатац</w:t>
      </w:r>
      <w:r w:rsidR="00545D29" w:rsidRPr="007C2DA2">
        <w:rPr>
          <w:rFonts w:ascii="Times New Roman" w:hAnsi="Times New Roman" w:cs="Times New Roman"/>
          <w:sz w:val="24"/>
          <w:szCs w:val="24"/>
          <w:lang w:val="ru-RU"/>
        </w:rPr>
        <w:t>ии помещений СП 2.1.4284-26</w:t>
      </w:r>
      <w:r w:rsidRPr="007C2DA2">
        <w:rPr>
          <w:rFonts w:ascii="Times New Roman" w:hAnsi="Times New Roman" w:cs="Times New Roman"/>
          <w:sz w:val="24"/>
          <w:szCs w:val="24"/>
          <w:lang w:val="ru-RU"/>
        </w:rPr>
        <w:t>. СП 2.4.3648-20 после указанной даты в настоящем плане не применяется. Требования относятся ко всему периоду пребывания ребёнка в школе, включая регулярные курсы, практикумы, экскурсии, интенсивы, соревнования и сетевые мероприятия.</w:t>
      </w:r>
    </w:p>
    <w:p w:rsidR="009B7062" w:rsidRPr="007C2DA2" w:rsidRDefault="005E5D6C" w:rsidP="007C2DA2">
      <w:pPr>
        <w:pStyle w:val="31"/>
        <w:jc w:val="both"/>
        <w:rPr>
          <w:rFonts w:ascii="Times New Roman" w:hAnsi="Times New Roman" w:cs="Times New Roman"/>
          <w:color w:val="auto"/>
          <w:szCs w:val="24"/>
          <w:lang w:val="ru-RU"/>
        </w:rPr>
      </w:pPr>
      <w:r w:rsidRPr="007C2DA2">
        <w:rPr>
          <w:rFonts w:ascii="Times New Roman" w:hAnsi="Times New Roman" w:cs="Times New Roman"/>
          <w:color w:val="auto"/>
          <w:szCs w:val="24"/>
          <w:lang w:val="ru-RU"/>
        </w:rPr>
        <w:t>14</w:t>
      </w:r>
      <w:r w:rsidR="00704013" w:rsidRPr="007C2DA2">
        <w:rPr>
          <w:rFonts w:ascii="Times New Roman" w:hAnsi="Times New Roman" w:cs="Times New Roman"/>
          <w:color w:val="auto"/>
          <w:szCs w:val="24"/>
          <w:lang w:val="ru-RU"/>
        </w:rPr>
        <w:t>.2. Составление расписания</w:t>
      </w:r>
    </w:p>
    <w:p w:rsidR="009B7062" w:rsidRPr="007C2DA2" w:rsidRDefault="00704013" w:rsidP="007C2DA2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C2DA2">
        <w:rPr>
          <w:rFonts w:ascii="Times New Roman" w:hAnsi="Times New Roman" w:cs="Times New Roman"/>
          <w:sz w:val="24"/>
          <w:szCs w:val="24"/>
          <w:lang w:val="ru-RU"/>
        </w:rPr>
        <w:t>Расписание внеурочной деятельности утверждается отдельно от расписания уроков либо оформляется в общем документе с однозначным визуальным разграничением. До утверждения заместитель директора сопоставляет по каждому обучающемуся уроки, внеурочные курсы, коррекционные занятия, дополнительное образование и иные организованные школой нагрузки. Занятия распределяются равномерно в течение недели с учётом возраста, трудности учебного дня, времени питания, дороги и восстановления. Не допускаются скрытое увеличение учебной нагрузки, проведение подряд нескольких преимущественно статических или экранных занятий и включение одного часа одновременно в разные программы.</w:t>
      </w:r>
    </w:p>
    <w:p w:rsidR="009B7062" w:rsidRPr="007C2DA2" w:rsidRDefault="005E5D6C" w:rsidP="007C2DA2">
      <w:pPr>
        <w:pStyle w:val="31"/>
        <w:jc w:val="both"/>
        <w:rPr>
          <w:rFonts w:ascii="Times New Roman" w:hAnsi="Times New Roman" w:cs="Times New Roman"/>
          <w:color w:val="auto"/>
          <w:szCs w:val="24"/>
          <w:lang w:val="ru-RU"/>
        </w:rPr>
      </w:pPr>
      <w:r w:rsidRPr="007C2DA2">
        <w:rPr>
          <w:rFonts w:ascii="Times New Roman" w:hAnsi="Times New Roman" w:cs="Times New Roman"/>
          <w:color w:val="auto"/>
          <w:szCs w:val="24"/>
          <w:lang w:val="ru-RU"/>
        </w:rPr>
        <w:t>14</w:t>
      </w:r>
      <w:r w:rsidR="00704013" w:rsidRPr="007C2DA2">
        <w:rPr>
          <w:rFonts w:ascii="Times New Roman" w:hAnsi="Times New Roman" w:cs="Times New Roman"/>
          <w:color w:val="auto"/>
          <w:szCs w:val="24"/>
          <w:lang w:val="ru-RU"/>
        </w:rPr>
        <w:t>.3. Перерыв после уроков</w:t>
      </w:r>
    </w:p>
    <w:p w:rsidR="009B7062" w:rsidRPr="007C2DA2" w:rsidRDefault="00704013" w:rsidP="007C2DA2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C2DA2">
        <w:rPr>
          <w:rFonts w:ascii="Times New Roman" w:hAnsi="Times New Roman" w:cs="Times New Roman"/>
          <w:sz w:val="24"/>
          <w:szCs w:val="24"/>
          <w:lang w:val="ru-RU"/>
        </w:rPr>
        <w:t xml:space="preserve">Между окончанием урочной и началом внеурочной деятельности предусматривается перерыв не менее 30 минут (п. 27, подп. 16 СП 2.4.2.4283-26). В этот период обеспечиваются отдых, проветривание помещения, возможность приёма пищи и двигательной активности; время </w:t>
      </w:r>
      <w:r w:rsidRPr="007C2DA2">
        <w:rPr>
          <w:rFonts w:ascii="Times New Roman" w:hAnsi="Times New Roman" w:cs="Times New Roman"/>
          <w:sz w:val="24"/>
          <w:szCs w:val="24"/>
          <w:lang w:val="ru-RU"/>
        </w:rPr>
        <w:lastRenderedPageBreak/>
        <w:t>безопасного перехода в другое здание или к площадке планируется дополнительно. Особый режим обучающегося, образование которого организовано по СИПР, определяется его индивидуальным распорядком и созданными специальными условиями.</w:t>
      </w:r>
    </w:p>
    <w:p w:rsidR="009B7062" w:rsidRPr="007C2DA2" w:rsidRDefault="005E5D6C" w:rsidP="007C2DA2">
      <w:pPr>
        <w:pStyle w:val="31"/>
        <w:jc w:val="both"/>
        <w:rPr>
          <w:rFonts w:ascii="Times New Roman" w:hAnsi="Times New Roman" w:cs="Times New Roman"/>
          <w:color w:val="auto"/>
          <w:szCs w:val="24"/>
          <w:lang w:val="ru-RU"/>
        </w:rPr>
      </w:pPr>
      <w:r w:rsidRPr="007C2DA2">
        <w:rPr>
          <w:rFonts w:ascii="Times New Roman" w:hAnsi="Times New Roman" w:cs="Times New Roman"/>
          <w:color w:val="auto"/>
          <w:szCs w:val="24"/>
          <w:lang w:val="ru-RU"/>
        </w:rPr>
        <w:t>14</w:t>
      </w:r>
      <w:r w:rsidR="00704013" w:rsidRPr="007C2DA2">
        <w:rPr>
          <w:rFonts w:ascii="Times New Roman" w:hAnsi="Times New Roman" w:cs="Times New Roman"/>
          <w:color w:val="auto"/>
          <w:szCs w:val="24"/>
          <w:lang w:val="ru-RU"/>
        </w:rPr>
        <w:t>.4. Продолжительность занятий и перерывов</w:t>
      </w:r>
    </w:p>
    <w:p w:rsidR="009B7062" w:rsidRPr="007C2DA2" w:rsidRDefault="00704013" w:rsidP="007C2DA2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C2DA2">
        <w:rPr>
          <w:rFonts w:ascii="Times New Roman" w:hAnsi="Times New Roman" w:cs="Times New Roman"/>
          <w:sz w:val="24"/>
          <w:szCs w:val="24"/>
          <w:lang w:val="ru-RU"/>
        </w:rPr>
        <w:t>Продолжительность одного регулярного занятия для 5–9 классов устанавливается локальным расписанием, как правило, не более 45 минут. После каждого занятия предусматривается перерыв; при двух последовательных занятиях обеспечивается расширенный перерыв с двигательной активностью. Для лабораторных работ, походов, экскурсий, соревнований и проектных интенсивов продолжительность определяется программой и инструктажем, однако обязательны чередование этапов, перерывы, доступ к питьевой воде, санитарно-бытовым помещениям и возможность отдыха. Продолжительное мероприятие не учитывается как непрерывное занятие.</w:t>
      </w:r>
    </w:p>
    <w:p w:rsidR="009B7062" w:rsidRPr="007C2DA2" w:rsidRDefault="005E5D6C" w:rsidP="007C2DA2">
      <w:pPr>
        <w:pStyle w:val="31"/>
        <w:jc w:val="both"/>
        <w:rPr>
          <w:rFonts w:ascii="Times New Roman" w:hAnsi="Times New Roman" w:cs="Times New Roman"/>
          <w:color w:val="auto"/>
          <w:szCs w:val="24"/>
          <w:lang w:val="ru-RU"/>
        </w:rPr>
      </w:pPr>
      <w:r w:rsidRPr="007C2DA2">
        <w:rPr>
          <w:rFonts w:ascii="Times New Roman" w:hAnsi="Times New Roman" w:cs="Times New Roman"/>
          <w:color w:val="auto"/>
          <w:szCs w:val="24"/>
          <w:lang w:val="ru-RU"/>
        </w:rPr>
        <w:t>14</w:t>
      </w:r>
      <w:r w:rsidR="00704013" w:rsidRPr="007C2DA2">
        <w:rPr>
          <w:rFonts w:ascii="Times New Roman" w:hAnsi="Times New Roman" w:cs="Times New Roman"/>
          <w:color w:val="auto"/>
          <w:szCs w:val="24"/>
          <w:lang w:val="ru-RU"/>
        </w:rPr>
        <w:t>.5. Двигательная активность и смена деятельности</w:t>
      </w:r>
    </w:p>
    <w:p w:rsidR="009B7062" w:rsidRPr="007C2DA2" w:rsidRDefault="00704013" w:rsidP="007C2DA2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C2DA2">
        <w:rPr>
          <w:rFonts w:ascii="Times New Roman" w:hAnsi="Times New Roman" w:cs="Times New Roman"/>
          <w:sz w:val="24"/>
          <w:szCs w:val="24"/>
          <w:lang w:val="ru-RU"/>
        </w:rPr>
        <w:t>Педагог включает динамические паузы, смену рабочей позы и видов деятельности, практические и коммуникативные этапы. После уроков преимущество отдаётся формам, отличным от урока: лаборатории, мастерской, проекту, игре, обсуждению, экскурсии, творческой или спортивной практике. При спортивных мероприятиях учитываются подготовленность ребёнка, состояние здоровья, погодные условия, безопасность площадки и документально подтверждённые ограничения; медицинские противопоказания школа самостоятельно не устанавливает.</w:t>
      </w:r>
    </w:p>
    <w:p w:rsidR="009B7062" w:rsidRPr="007C2DA2" w:rsidRDefault="005E5D6C" w:rsidP="007C2DA2">
      <w:pPr>
        <w:pStyle w:val="31"/>
        <w:jc w:val="both"/>
        <w:rPr>
          <w:rFonts w:ascii="Times New Roman" w:hAnsi="Times New Roman" w:cs="Times New Roman"/>
          <w:color w:val="auto"/>
          <w:szCs w:val="24"/>
          <w:lang w:val="ru-RU"/>
        </w:rPr>
      </w:pPr>
      <w:r w:rsidRPr="007C2DA2">
        <w:rPr>
          <w:rFonts w:ascii="Times New Roman" w:hAnsi="Times New Roman" w:cs="Times New Roman"/>
          <w:color w:val="auto"/>
          <w:szCs w:val="24"/>
          <w:lang w:val="ru-RU"/>
        </w:rPr>
        <w:t>14</w:t>
      </w:r>
      <w:r w:rsidR="00704013" w:rsidRPr="007C2DA2">
        <w:rPr>
          <w:rFonts w:ascii="Times New Roman" w:hAnsi="Times New Roman" w:cs="Times New Roman"/>
          <w:color w:val="auto"/>
          <w:szCs w:val="24"/>
          <w:lang w:val="ru-RU"/>
        </w:rPr>
        <w:t>.6. Электронные средства обучения</w:t>
      </w:r>
    </w:p>
    <w:p w:rsidR="009B7062" w:rsidRPr="007C2DA2" w:rsidRDefault="00704013" w:rsidP="007C2DA2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C2DA2">
        <w:rPr>
          <w:rFonts w:ascii="Times New Roman" w:hAnsi="Times New Roman" w:cs="Times New Roman"/>
          <w:sz w:val="24"/>
          <w:szCs w:val="24"/>
          <w:lang w:val="ru-RU"/>
        </w:rPr>
        <w:t>Использование компьютеров, интерактивных панелей, планшетов и иных ЭСО планируется в пределах возрастных гигиенических нормативов СанПиН 1.2.3685-21. Педагог заранее фиксирует экранные этапы в программе занятия, чередует их с неэкранной деятельностью, проводит гимнастику для глаз, контролирует расстояние до экрана, отсутствие бликов и исправность оборудования. Личные смартфоны не используются как единственный обязательный инструмент. При превышении допустимой экранной части содержание переносится на печатный, практический, устный или двигательный формат.</w:t>
      </w:r>
    </w:p>
    <w:p w:rsidR="009B7062" w:rsidRPr="007C2DA2" w:rsidRDefault="005E5D6C" w:rsidP="007C2DA2">
      <w:pPr>
        <w:pStyle w:val="31"/>
        <w:jc w:val="both"/>
        <w:rPr>
          <w:rFonts w:ascii="Times New Roman" w:hAnsi="Times New Roman" w:cs="Times New Roman"/>
          <w:color w:val="auto"/>
          <w:szCs w:val="24"/>
          <w:lang w:val="ru-RU"/>
        </w:rPr>
      </w:pPr>
      <w:r w:rsidRPr="007C2DA2">
        <w:rPr>
          <w:rFonts w:ascii="Times New Roman" w:hAnsi="Times New Roman" w:cs="Times New Roman"/>
          <w:color w:val="auto"/>
          <w:szCs w:val="24"/>
          <w:lang w:val="ru-RU"/>
        </w:rPr>
        <w:t>14</w:t>
      </w:r>
      <w:r w:rsidR="00704013" w:rsidRPr="007C2DA2">
        <w:rPr>
          <w:rFonts w:ascii="Times New Roman" w:hAnsi="Times New Roman" w:cs="Times New Roman"/>
          <w:color w:val="auto"/>
          <w:szCs w:val="24"/>
          <w:lang w:val="ru-RU"/>
        </w:rPr>
        <w:t>.7. Помещения, микроклимат и оборудование</w:t>
      </w:r>
    </w:p>
    <w:p w:rsidR="009B7062" w:rsidRPr="007C2DA2" w:rsidRDefault="00704013" w:rsidP="007C2DA2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C2DA2">
        <w:rPr>
          <w:rFonts w:ascii="Times New Roman" w:hAnsi="Times New Roman" w:cs="Times New Roman"/>
          <w:sz w:val="24"/>
          <w:szCs w:val="24"/>
          <w:lang w:val="ru-RU"/>
        </w:rPr>
        <w:t>До занятия проверяются безопасность помещения и оборудования, соответствие мебели росту обучающихся, освещённость рабочего места, отсутствие слепящего света, возможность проветривания и соблюдение воздушно-теплового режима. Проветривание проводится с учётом погоды и режима использования помещения; сквозное проветривание в присутствии детей не допускается. В лабораториях, мастерских, спортивных и компьютерных помещениях выполняются специальные требования безопасности, проводится инструктаж и обеспечиваются средства защиты, предусмотренные видом деятельности. Основные организационные требования к помещениям, водоснабжению, освещению, воздухообмену и содержанию закр</w:t>
      </w:r>
      <w:r w:rsidR="00545D29" w:rsidRPr="007C2DA2">
        <w:rPr>
          <w:rFonts w:ascii="Times New Roman" w:hAnsi="Times New Roman" w:cs="Times New Roman"/>
          <w:sz w:val="24"/>
          <w:szCs w:val="24"/>
          <w:lang w:val="ru-RU"/>
        </w:rPr>
        <w:t xml:space="preserve">еплены в пп. 18–20 и 22 СП </w:t>
      </w:r>
      <w:r w:rsidRPr="007C2DA2">
        <w:rPr>
          <w:rFonts w:ascii="Times New Roman" w:hAnsi="Times New Roman" w:cs="Times New Roman"/>
          <w:sz w:val="24"/>
          <w:szCs w:val="24"/>
          <w:lang w:val="ru-RU"/>
        </w:rPr>
        <w:t>и применимых ги</w:t>
      </w:r>
      <w:r w:rsidR="00545D29" w:rsidRPr="007C2DA2">
        <w:rPr>
          <w:rFonts w:ascii="Times New Roman" w:hAnsi="Times New Roman" w:cs="Times New Roman"/>
          <w:sz w:val="24"/>
          <w:szCs w:val="24"/>
          <w:lang w:val="ru-RU"/>
        </w:rPr>
        <w:t>гиенических нормативах</w:t>
      </w:r>
      <w:r w:rsidRPr="007C2DA2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9B7062" w:rsidRPr="007C2DA2" w:rsidRDefault="005E5D6C" w:rsidP="007C2DA2">
      <w:pPr>
        <w:pStyle w:val="31"/>
        <w:jc w:val="both"/>
        <w:rPr>
          <w:rFonts w:ascii="Times New Roman" w:hAnsi="Times New Roman" w:cs="Times New Roman"/>
          <w:color w:val="auto"/>
          <w:szCs w:val="24"/>
          <w:lang w:val="ru-RU"/>
        </w:rPr>
      </w:pPr>
      <w:r w:rsidRPr="007C2DA2">
        <w:rPr>
          <w:rFonts w:ascii="Times New Roman" w:hAnsi="Times New Roman" w:cs="Times New Roman"/>
          <w:color w:val="auto"/>
          <w:szCs w:val="24"/>
          <w:lang w:val="ru-RU"/>
        </w:rPr>
        <w:lastRenderedPageBreak/>
        <w:t>14</w:t>
      </w:r>
      <w:r w:rsidR="00704013" w:rsidRPr="007C2DA2">
        <w:rPr>
          <w:rFonts w:ascii="Times New Roman" w:hAnsi="Times New Roman" w:cs="Times New Roman"/>
          <w:color w:val="auto"/>
          <w:szCs w:val="24"/>
          <w:lang w:val="ru-RU"/>
        </w:rPr>
        <w:t>.8. Питьевой режим и питание</w:t>
      </w:r>
    </w:p>
    <w:p w:rsidR="009B7062" w:rsidRPr="007C2DA2" w:rsidRDefault="00704013" w:rsidP="007C2DA2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C2DA2">
        <w:rPr>
          <w:rFonts w:ascii="Times New Roman" w:hAnsi="Times New Roman" w:cs="Times New Roman"/>
          <w:sz w:val="24"/>
          <w:szCs w:val="24"/>
          <w:lang w:val="ru-RU"/>
        </w:rPr>
        <w:t>Обучающимся обеспечивается свободный доступ к безопасной питьевой воде. Если внеурочная деятельность продолжается после уроков, расписание согласуется с режимом питания; ребёнок не должен направляться на длительное мероприятие без предусмотренной возможности приёма пищи. Питание организуетс</w:t>
      </w:r>
      <w:r w:rsidR="00545D29" w:rsidRPr="007C2DA2">
        <w:rPr>
          <w:rFonts w:ascii="Times New Roman" w:hAnsi="Times New Roman" w:cs="Times New Roman"/>
          <w:sz w:val="24"/>
          <w:szCs w:val="24"/>
          <w:lang w:val="ru-RU"/>
        </w:rPr>
        <w:t>я по СанПиН 2.3/2.4.4282-26</w:t>
      </w:r>
      <w:r w:rsidRPr="007C2DA2">
        <w:rPr>
          <w:rFonts w:ascii="Times New Roman" w:hAnsi="Times New Roman" w:cs="Times New Roman"/>
          <w:sz w:val="24"/>
          <w:szCs w:val="24"/>
          <w:lang w:val="ru-RU"/>
        </w:rPr>
        <w:t>. Использование продуктов, принесённых для общего питания группы, допускается только в установленном школой безопасном порядке; сведения об аллергии и медицинских ограничениях учитываются конфиденциально.</w:t>
      </w:r>
    </w:p>
    <w:p w:rsidR="009B7062" w:rsidRPr="007C2DA2" w:rsidRDefault="005E5D6C" w:rsidP="007C2DA2">
      <w:pPr>
        <w:pStyle w:val="31"/>
        <w:jc w:val="both"/>
        <w:rPr>
          <w:rFonts w:ascii="Times New Roman" w:hAnsi="Times New Roman" w:cs="Times New Roman"/>
          <w:color w:val="auto"/>
          <w:szCs w:val="24"/>
          <w:lang w:val="ru-RU"/>
        </w:rPr>
      </w:pPr>
      <w:r w:rsidRPr="007C2DA2">
        <w:rPr>
          <w:rFonts w:ascii="Times New Roman" w:hAnsi="Times New Roman" w:cs="Times New Roman"/>
          <w:color w:val="auto"/>
          <w:szCs w:val="24"/>
          <w:lang w:val="ru-RU"/>
        </w:rPr>
        <w:t>14</w:t>
      </w:r>
      <w:r w:rsidR="00704013" w:rsidRPr="007C2DA2">
        <w:rPr>
          <w:rFonts w:ascii="Times New Roman" w:hAnsi="Times New Roman" w:cs="Times New Roman"/>
          <w:color w:val="auto"/>
          <w:szCs w:val="24"/>
          <w:lang w:val="ru-RU"/>
        </w:rPr>
        <w:t>.9. Выходные, каникулы и мероприятия вне школы</w:t>
      </w:r>
    </w:p>
    <w:p w:rsidR="009B7062" w:rsidRPr="007C2DA2" w:rsidRDefault="00704013" w:rsidP="007C2DA2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C2DA2">
        <w:rPr>
          <w:rFonts w:ascii="Times New Roman" w:hAnsi="Times New Roman" w:cs="Times New Roman"/>
          <w:sz w:val="24"/>
          <w:szCs w:val="24"/>
          <w:lang w:val="ru-RU"/>
        </w:rPr>
        <w:t>Занятия в выходные и каникулярные дни включаются в календарный план, не подменяют время отдыха и проводятся после информирования семьи. Для поездок, походов, экскурсий, полевых и социальных практик оформляются программа, список участников, ответственные, инструктаж, маршрут, порядок связи, медицинского реагирования и сопровождения. Продолжительность пути, ожидания и пребывания на площадке учитывается при оценке общей утомляемости, но часы образовательной деятельности фиксируются один раз.</w:t>
      </w:r>
    </w:p>
    <w:p w:rsidR="009B7062" w:rsidRPr="007C2DA2" w:rsidRDefault="005E5D6C" w:rsidP="007C2DA2">
      <w:pPr>
        <w:pStyle w:val="21"/>
        <w:jc w:val="both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7C2DA2">
        <w:rPr>
          <w:rFonts w:ascii="Times New Roman" w:hAnsi="Times New Roman" w:cs="Times New Roman"/>
          <w:color w:val="auto"/>
          <w:sz w:val="24"/>
          <w:szCs w:val="24"/>
          <w:lang w:val="ru-RU"/>
        </w:rPr>
        <w:t>15</w:t>
      </w:r>
      <w:r w:rsidR="00704013" w:rsidRPr="007C2DA2">
        <w:rPr>
          <w:rFonts w:ascii="Times New Roman" w:hAnsi="Times New Roman" w:cs="Times New Roman"/>
          <w:color w:val="auto"/>
          <w:sz w:val="24"/>
          <w:szCs w:val="24"/>
          <w:lang w:val="ru-RU"/>
        </w:rPr>
        <w:t>. Реализация в каникулярное время</w:t>
      </w:r>
    </w:p>
    <w:p w:rsidR="009B7062" w:rsidRPr="00E52680" w:rsidRDefault="00704013" w:rsidP="007C2DA2">
      <w:pPr>
        <w:jc w:val="both"/>
        <w:rPr>
          <w:rFonts w:ascii="Times New Roman" w:hAnsi="Times New Roman" w:cs="Times New Roman"/>
          <w:i/>
          <w:sz w:val="24"/>
          <w:szCs w:val="24"/>
          <w:lang w:val="ru-RU"/>
        </w:rPr>
      </w:pPr>
      <w:r w:rsidRPr="007C2DA2">
        <w:rPr>
          <w:rFonts w:ascii="Times New Roman" w:hAnsi="Times New Roman" w:cs="Times New Roman"/>
          <w:sz w:val="24"/>
          <w:szCs w:val="24"/>
          <w:lang w:val="ru-RU"/>
        </w:rPr>
        <w:t>Каникулярные интенсивы, походы, сборы и проектные сессии предусматриваются календарным планом. Их часы входят в общий объём иных форм, отмечаются отдельной графой и повторно в регулярной части не учитываются.</w:t>
      </w:r>
      <w:r w:rsidR="00545D29" w:rsidRPr="007C2DA2">
        <w:rPr>
          <w:rFonts w:ascii="Times New Roman" w:hAnsi="Times New Roman" w:cs="Times New Roman"/>
          <w:sz w:val="24"/>
          <w:szCs w:val="24"/>
          <w:lang w:val="ru-RU"/>
        </w:rPr>
        <w:t xml:space="preserve"> Реализация курса внеурочной деятельности </w:t>
      </w:r>
      <w:r w:rsidR="00545D29" w:rsidRPr="00E52680">
        <w:rPr>
          <w:rFonts w:ascii="Times New Roman" w:hAnsi="Times New Roman" w:cs="Times New Roman"/>
          <w:i/>
          <w:sz w:val="24"/>
          <w:szCs w:val="24"/>
          <w:lang w:val="ru-RU"/>
        </w:rPr>
        <w:t>«Учебные сборы»</w:t>
      </w:r>
    </w:p>
    <w:p w:rsidR="009B7062" w:rsidRPr="007C2DA2" w:rsidRDefault="005E5D6C" w:rsidP="007C2DA2">
      <w:pPr>
        <w:pStyle w:val="21"/>
        <w:jc w:val="both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7C2DA2">
        <w:rPr>
          <w:rFonts w:ascii="Times New Roman" w:hAnsi="Times New Roman" w:cs="Times New Roman"/>
          <w:color w:val="auto"/>
          <w:sz w:val="24"/>
          <w:szCs w:val="24"/>
          <w:lang w:val="ru-RU"/>
        </w:rPr>
        <w:t>16</w:t>
      </w:r>
      <w:r w:rsidR="00704013" w:rsidRPr="007C2DA2">
        <w:rPr>
          <w:rFonts w:ascii="Times New Roman" w:hAnsi="Times New Roman" w:cs="Times New Roman"/>
          <w:color w:val="auto"/>
          <w:sz w:val="24"/>
          <w:szCs w:val="24"/>
          <w:lang w:val="ru-RU"/>
        </w:rPr>
        <w:t>. Планируемые результаты</w:t>
      </w:r>
    </w:p>
    <w:p w:rsidR="009B7062" w:rsidRPr="007C2DA2" w:rsidRDefault="00704013" w:rsidP="007C2DA2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C2DA2">
        <w:rPr>
          <w:rFonts w:ascii="Times New Roman" w:hAnsi="Times New Roman" w:cs="Times New Roman"/>
          <w:sz w:val="24"/>
          <w:szCs w:val="24"/>
          <w:lang w:val="ru-RU"/>
        </w:rPr>
        <w:t>Проверяемые результаты: сформированность ценностного отношения к России; опыт исторического исследования; прирост функциональной грамотности; безопасная работа с информацией; проектный продукт; аргументированная презентация; осознанный профориентационный выбор; опыт общественно полезной деятельности; сотрудничество; здоровьесберегающее поведение. Традиционные отметки не применяются; используются зачёт участия, портфолио, защита, продукт и рефлексия.</w:t>
      </w:r>
    </w:p>
    <w:p w:rsidR="009B7062" w:rsidRPr="007C2DA2" w:rsidRDefault="005E5D6C" w:rsidP="007C2DA2">
      <w:pPr>
        <w:pStyle w:val="21"/>
        <w:jc w:val="both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7C2DA2">
        <w:rPr>
          <w:rFonts w:ascii="Times New Roman" w:hAnsi="Times New Roman" w:cs="Times New Roman"/>
          <w:color w:val="auto"/>
          <w:sz w:val="24"/>
          <w:szCs w:val="24"/>
          <w:lang w:val="ru-RU"/>
        </w:rPr>
        <w:t>17</w:t>
      </w:r>
      <w:r w:rsidR="00704013" w:rsidRPr="007C2DA2">
        <w:rPr>
          <w:rFonts w:ascii="Times New Roman" w:hAnsi="Times New Roman" w:cs="Times New Roman"/>
          <w:color w:val="auto"/>
          <w:sz w:val="24"/>
          <w:szCs w:val="24"/>
          <w:lang w:val="ru-RU"/>
        </w:rPr>
        <w:t>. Контроль реализации и оценка эффективности</w:t>
      </w:r>
    </w:p>
    <w:p w:rsidR="009B7062" w:rsidRPr="007C2DA2" w:rsidRDefault="00704013" w:rsidP="007C2DA2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C2DA2">
        <w:rPr>
          <w:rFonts w:ascii="Times New Roman" w:hAnsi="Times New Roman" w:cs="Times New Roman"/>
          <w:sz w:val="24"/>
          <w:szCs w:val="24"/>
          <w:lang w:val="ru-RU"/>
        </w:rPr>
        <w:t>Контроль включает посещаемость, охват, индивидуальную нагрузку, структуру выбора, доступность вариантов, результаты проектов, портфолио, удовлетворённость, актуальность программ, долю предметных программ, достижение результатов и отсутствие дублирования. Итоги рассматриваются не реже одного раза в год и служат основание</w:t>
      </w:r>
      <w:r w:rsidR="00545D29" w:rsidRPr="007C2DA2">
        <w:rPr>
          <w:rFonts w:ascii="Times New Roman" w:hAnsi="Times New Roman" w:cs="Times New Roman"/>
          <w:sz w:val="24"/>
          <w:szCs w:val="24"/>
          <w:lang w:val="ru-RU"/>
        </w:rPr>
        <w:t>м корректировки (приложение 1)</w:t>
      </w:r>
    </w:p>
    <w:p w:rsidR="009B7062" w:rsidRPr="007C2DA2" w:rsidRDefault="005E5D6C" w:rsidP="007C2DA2">
      <w:pPr>
        <w:pStyle w:val="21"/>
        <w:jc w:val="both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7C2DA2">
        <w:rPr>
          <w:rFonts w:ascii="Times New Roman" w:hAnsi="Times New Roman" w:cs="Times New Roman"/>
          <w:color w:val="auto"/>
          <w:sz w:val="24"/>
          <w:szCs w:val="24"/>
          <w:lang w:val="ru-RU"/>
        </w:rPr>
        <w:t>18</w:t>
      </w:r>
      <w:r w:rsidR="00545D29" w:rsidRPr="007C2DA2">
        <w:rPr>
          <w:rFonts w:ascii="Times New Roman" w:hAnsi="Times New Roman" w:cs="Times New Roman"/>
          <w:color w:val="auto"/>
          <w:sz w:val="24"/>
          <w:szCs w:val="24"/>
          <w:lang w:val="ru-RU"/>
        </w:rPr>
        <w:t>.</w:t>
      </w:r>
      <w:r w:rsidR="00704013" w:rsidRPr="007C2DA2"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 Порядок внесения изменений</w:t>
      </w:r>
    </w:p>
    <w:p w:rsidR="009B7062" w:rsidRPr="007C2DA2" w:rsidRDefault="00704013" w:rsidP="007C2DA2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C2DA2">
        <w:rPr>
          <w:rFonts w:ascii="Times New Roman" w:hAnsi="Times New Roman" w:cs="Times New Roman"/>
          <w:sz w:val="24"/>
          <w:szCs w:val="24"/>
          <w:lang w:val="ru-RU"/>
        </w:rPr>
        <w:t xml:space="preserve">Изменения вносятся приказом директора после рассмотрения в порядке, установленном уставом и локальными актами; при затрагивании выбора участников проводится </w:t>
      </w:r>
      <w:r w:rsidRPr="007C2DA2">
        <w:rPr>
          <w:rFonts w:ascii="Times New Roman" w:hAnsi="Times New Roman" w:cs="Times New Roman"/>
          <w:sz w:val="24"/>
          <w:szCs w:val="24"/>
          <w:lang w:val="ru-RU"/>
        </w:rPr>
        <w:lastRenderedPageBreak/>
        <w:t>дополнительное информирование и сбор заявлений. Не допускаются изменения, приводящие к превышению нагрузки или двойному учёту.</w:t>
      </w:r>
    </w:p>
    <w:p w:rsidR="009B7062" w:rsidRPr="007C2DA2" w:rsidRDefault="005E5D6C" w:rsidP="007C2DA2">
      <w:pPr>
        <w:pStyle w:val="21"/>
        <w:jc w:val="both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7C2DA2">
        <w:rPr>
          <w:rFonts w:ascii="Times New Roman" w:hAnsi="Times New Roman" w:cs="Times New Roman"/>
          <w:color w:val="auto"/>
          <w:sz w:val="24"/>
          <w:szCs w:val="24"/>
          <w:lang w:val="ru-RU"/>
        </w:rPr>
        <w:t>19</w:t>
      </w:r>
      <w:r w:rsidR="00704013" w:rsidRPr="007C2DA2">
        <w:rPr>
          <w:rFonts w:ascii="Times New Roman" w:hAnsi="Times New Roman" w:cs="Times New Roman"/>
          <w:color w:val="auto"/>
          <w:sz w:val="24"/>
          <w:szCs w:val="24"/>
          <w:lang w:val="ru-RU"/>
        </w:rPr>
        <w:t>. Заключительные положения</w:t>
      </w:r>
    </w:p>
    <w:p w:rsidR="00A61A5A" w:rsidRPr="007C2DA2" w:rsidRDefault="00704013" w:rsidP="007C2DA2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C2DA2">
        <w:rPr>
          <w:rFonts w:ascii="Times New Roman" w:hAnsi="Times New Roman" w:cs="Times New Roman"/>
          <w:sz w:val="24"/>
          <w:szCs w:val="24"/>
          <w:lang w:val="ru-RU"/>
        </w:rPr>
        <w:t xml:space="preserve">План действует в 2026/2027 учебном году, является частью ООП ООО и хранится вместе с приложениями. </w:t>
      </w:r>
      <w:r w:rsidR="00A61A5A" w:rsidRPr="007C2DA2">
        <w:rPr>
          <w:rFonts w:ascii="Times New Roman" w:hAnsi="Times New Roman" w:cs="Times New Roman"/>
          <w:sz w:val="24"/>
          <w:szCs w:val="24"/>
          <w:lang w:val="ru-RU"/>
        </w:rPr>
        <w:br w:type="page"/>
      </w:r>
    </w:p>
    <w:p w:rsidR="00A61A5A" w:rsidRPr="007C2DA2" w:rsidRDefault="00A61A5A" w:rsidP="007C2DA2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C2DA2">
        <w:rPr>
          <w:rFonts w:ascii="Times New Roman" w:hAnsi="Times New Roman" w:cs="Times New Roman"/>
          <w:sz w:val="24"/>
          <w:szCs w:val="24"/>
          <w:lang w:val="ru-RU"/>
        </w:rPr>
        <w:lastRenderedPageBreak/>
        <w:t>Приложение 1</w:t>
      </w:r>
    </w:p>
    <w:p w:rsidR="00A61A5A" w:rsidRPr="007C2DA2" w:rsidRDefault="00A61A5A" w:rsidP="007C2DA2">
      <w:pPr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7C2DA2">
        <w:rPr>
          <w:rFonts w:ascii="Times New Roman" w:hAnsi="Times New Roman" w:cs="Times New Roman"/>
          <w:b/>
          <w:sz w:val="24"/>
          <w:szCs w:val="24"/>
          <w:lang w:val="ru-RU"/>
        </w:rPr>
        <w:t>Формы промежуточной аттестации</w:t>
      </w:r>
    </w:p>
    <w:tbl>
      <w:tblPr>
        <w:tblStyle w:val="aff0"/>
        <w:tblW w:w="10201" w:type="dxa"/>
        <w:tblLayout w:type="fixed"/>
        <w:tblLook w:val="04A0" w:firstRow="1" w:lastRow="0" w:firstColumn="1" w:lastColumn="0" w:noHBand="0" w:noVBand="1"/>
      </w:tblPr>
      <w:tblGrid>
        <w:gridCol w:w="7225"/>
        <w:gridCol w:w="2976"/>
      </w:tblGrid>
      <w:tr w:rsidR="00E52680" w:rsidRPr="007C2DA2" w:rsidTr="00E52680">
        <w:tc>
          <w:tcPr>
            <w:tcW w:w="7225" w:type="dxa"/>
          </w:tcPr>
          <w:p w:rsidR="00E52680" w:rsidRPr="007C2DA2" w:rsidRDefault="00E52680" w:rsidP="007C2DA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7C2DA2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 внеурочной деятельности</w:t>
            </w:r>
          </w:p>
        </w:tc>
        <w:tc>
          <w:tcPr>
            <w:tcW w:w="2976" w:type="dxa"/>
          </w:tcPr>
          <w:p w:rsidR="00E52680" w:rsidRPr="007C2DA2" w:rsidRDefault="00E52680" w:rsidP="007C2DA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7C2DA2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Форма промежуточной аттестации</w:t>
            </w:r>
          </w:p>
        </w:tc>
      </w:tr>
      <w:tr w:rsidR="00E52680" w:rsidRPr="007C2DA2" w:rsidTr="00E52680">
        <w:tc>
          <w:tcPr>
            <w:tcW w:w="7225" w:type="dxa"/>
          </w:tcPr>
          <w:p w:rsidR="00E52680" w:rsidRPr="007C2DA2" w:rsidRDefault="00E52680" w:rsidP="007C2D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C2DA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«Разговоры о важном»</w:t>
            </w:r>
          </w:p>
        </w:tc>
        <w:tc>
          <w:tcPr>
            <w:tcW w:w="2976" w:type="dxa"/>
          </w:tcPr>
          <w:p w:rsidR="00E52680" w:rsidRPr="007C2DA2" w:rsidRDefault="00E52680" w:rsidP="007C2D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C2DA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Социальный проект</w:t>
            </w:r>
          </w:p>
        </w:tc>
      </w:tr>
      <w:tr w:rsidR="00E52680" w:rsidRPr="00F70C29" w:rsidTr="00E52680">
        <w:tc>
          <w:tcPr>
            <w:tcW w:w="7225" w:type="dxa"/>
          </w:tcPr>
          <w:p w:rsidR="00E52680" w:rsidRPr="007C2DA2" w:rsidRDefault="00E52680" w:rsidP="007C2DA2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C2DA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«Дорога в будущее»</w:t>
            </w:r>
          </w:p>
          <w:p w:rsidR="00E52680" w:rsidRPr="007C2DA2" w:rsidRDefault="00E52680" w:rsidP="007C2DA2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C2DA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«Россия- мои горизонты»</w:t>
            </w:r>
          </w:p>
          <w:p w:rsidR="00E52680" w:rsidRPr="007C2DA2" w:rsidRDefault="00E52680" w:rsidP="007C2DA2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C2DA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«Обучение служением. Первые»</w:t>
            </w:r>
          </w:p>
        </w:tc>
        <w:tc>
          <w:tcPr>
            <w:tcW w:w="2976" w:type="dxa"/>
          </w:tcPr>
          <w:p w:rsidR="00E52680" w:rsidRPr="007C2DA2" w:rsidRDefault="00E52680" w:rsidP="007C2DA2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C2DA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Проект</w:t>
            </w:r>
          </w:p>
          <w:p w:rsidR="00E52680" w:rsidRPr="007C2DA2" w:rsidRDefault="00E52680" w:rsidP="007C2DA2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C2DA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Социальный проект</w:t>
            </w:r>
          </w:p>
          <w:p w:rsidR="00E52680" w:rsidRPr="007C2DA2" w:rsidRDefault="00E52680" w:rsidP="007C2DA2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C2DA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Социальный проект</w:t>
            </w:r>
          </w:p>
        </w:tc>
      </w:tr>
      <w:tr w:rsidR="00E52680" w:rsidRPr="007C2DA2" w:rsidTr="00E52680">
        <w:tc>
          <w:tcPr>
            <w:tcW w:w="7225" w:type="dxa"/>
          </w:tcPr>
          <w:p w:rsidR="00E52680" w:rsidRPr="007C2DA2" w:rsidRDefault="00E52680" w:rsidP="007C2DA2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C2DA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«География. Проектно-исследовательская деятельность»</w:t>
            </w:r>
          </w:p>
          <w:p w:rsidR="00E52680" w:rsidRPr="007C2DA2" w:rsidRDefault="00E52680" w:rsidP="007C2DA2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C2DA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«Занимательный английский»</w:t>
            </w:r>
          </w:p>
          <w:p w:rsidR="00E52680" w:rsidRPr="007C2DA2" w:rsidRDefault="00E52680" w:rsidP="007C2DA2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ru-RU"/>
              </w:rPr>
            </w:pPr>
            <w:r w:rsidRPr="007C2DA2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ru-RU"/>
              </w:rPr>
              <w:t>«Математика: магия и стройность чисел»</w:t>
            </w:r>
          </w:p>
          <w:p w:rsidR="00E52680" w:rsidRPr="007C2DA2" w:rsidRDefault="00E52680" w:rsidP="007C2DA2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C2DA2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ru-RU"/>
              </w:rPr>
              <w:t>«ОГЭ на отлично!»</w:t>
            </w:r>
          </w:p>
          <w:p w:rsidR="00E52680" w:rsidRPr="007C2DA2" w:rsidRDefault="00E52680" w:rsidP="007C2DA2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C2DA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«Искусственный интелект»</w:t>
            </w:r>
          </w:p>
          <w:p w:rsidR="00E52680" w:rsidRPr="007C2DA2" w:rsidRDefault="00E52680" w:rsidP="007C2DA2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C2DA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</w:t>
            </w:r>
            <w:r w:rsidRPr="007C2DA2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ru-RU"/>
              </w:rPr>
              <w:t>Хоровое пение</w:t>
            </w:r>
            <w:r w:rsidRPr="007C2DA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»</w:t>
            </w:r>
          </w:p>
          <w:p w:rsidR="00E52680" w:rsidRPr="007C2DA2" w:rsidRDefault="00E52680" w:rsidP="007C2DA2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C2DA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«Нескучная информатика»</w:t>
            </w:r>
          </w:p>
          <w:p w:rsidR="00E52680" w:rsidRPr="007C2DA2" w:rsidRDefault="00E52680" w:rsidP="007C2DA2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7C2DA2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«Трудные вопросы физики»</w:t>
            </w:r>
          </w:p>
          <w:p w:rsidR="00E52680" w:rsidRPr="007C2DA2" w:rsidRDefault="00E52680" w:rsidP="007C2DA2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7C2DA2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«Мир визуально-пространственных искусств»</w:t>
            </w:r>
          </w:p>
          <w:p w:rsidR="00E52680" w:rsidRPr="007C2DA2" w:rsidRDefault="00E52680" w:rsidP="007C2DA2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C2DA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«Химия в экспериментах и задачах»</w:t>
            </w:r>
          </w:p>
          <w:p w:rsidR="00E52680" w:rsidRPr="007C2DA2" w:rsidRDefault="00E52680" w:rsidP="007C2DA2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ru-RU"/>
              </w:rPr>
            </w:pPr>
            <w:r w:rsidRPr="007C2DA2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ru-RU"/>
              </w:rPr>
              <w:t>«За страницами учебника «Физики»</w:t>
            </w:r>
          </w:p>
          <w:p w:rsidR="00E52680" w:rsidRPr="007C2DA2" w:rsidRDefault="00E52680" w:rsidP="007C2DA2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ru-RU"/>
              </w:rPr>
            </w:pPr>
            <w:r w:rsidRPr="007C2DA2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ru-RU"/>
              </w:rPr>
              <w:t>«Шаги к успеху. Биология ОГЭ»</w:t>
            </w:r>
          </w:p>
          <w:p w:rsidR="00E52680" w:rsidRPr="007C2DA2" w:rsidRDefault="00E52680" w:rsidP="007C2DA2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C2DA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«Особенности подготовки к ЕГЭ. От простого к сложному»</w:t>
            </w:r>
          </w:p>
        </w:tc>
        <w:tc>
          <w:tcPr>
            <w:tcW w:w="2976" w:type="dxa"/>
          </w:tcPr>
          <w:p w:rsidR="00E52680" w:rsidRPr="007C2DA2" w:rsidRDefault="00E52680" w:rsidP="007C2DA2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C2DA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Исследовательский проект</w:t>
            </w:r>
          </w:p>
          <w:p w:rsidR="00E52680" w:rsidRPr="007C2DA2" w:rsidRDefault="00E52680" w:rsidP="007C2DA2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C2DA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Олимпиады </w:t>
            </w:r>
          </w:p>
          <w:p w:rsidR="00E52680" w:rsidRPr="007C2DA2" w:rsidRDefault="00E52680" w:rsidP="007C2DA2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C2DA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Олимпиады</w:t>
            </w:r>
          </w:p>
          <w:p w:rsidR="00E52680" w:rsidRPr="007C2DA2" w:rsidRDefault="00E52680" w:rsidP="007C2DA2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C2DA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Исследовательский проект</w:t>
            </w:r>
          </w:p>
          <w:p w:rsidR="00E52680" w:rsidRPr="007C2DA2" w:rsidRDefault="00E52680" w:rsidP="007C2DA2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C2DA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Проект</w:t>
            </w:r>
          </w:p>
          <w:p w:rsidR="00E52680" w:rsidRPr="007C2DA2" w:rsidRDefault="00E52680" w:rsidP="007C2DA2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C2DA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Конкурсы </w:t>
            </w:r>
          </w:p>
          <w:p w:rsidR="00E52680" w:rsidRPr="007C2DA2" w:rsidRDefault="00E52680" w:rsidP="007C2DA2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C2DA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Проект</w:t>
            </w:r>
          </w:p>
          <w:p w:rsidR="00E52680" w:rsidRPr="007C2DA2" w:rsidRDefault="00E52680" w:rsidP="007C2DA2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C2DA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Олимпиады</w:t>
            </w:r>
          </w:p>
          <w:p w:rsidR="00E52680" w:rsidRPr="007C2DA2" w:rsidRDefault="00E52680" w:rsidP="007C2DA2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C2DA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Выставки </w:t>
            </w:r>
          </w:p>
          <w:p w:rsidR="00E52680" w:rsidRPr="007C2DA2" w:rsidRDefault="00E52680" w:rsidP="007C2DA2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C2DA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Олимпиады </w:t>
            </w:r>
          </w:p>
          <w:p w:rsidR="00E52680" w:rsidRPr="007C2DA2" w:rsidRDefault="00E52680" w:rsidP="007C2DA2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C2DA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Олимпиады</w:t>
            </w:r>
          </w:p>
          <w:p w:rsidR="00E52680" w:rsidRPr="007C2DA2" w:rsidRDefault="00E52680" w:rsidP="007C2DA2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C2DA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Олимпиады</w:t>
            </w:r>
          </w:p>
          <w:p w:rsidR="00E52680" w:rsidRPr="007C2DA2" w:rsidRDefault="00E52680" w:rsidP="007C2DA2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C2DA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Олимпиады</w:t>
            </w:r>
          </w:p>
          <w:p w:rsidR="00E52680" w:rsidRPr="007C2DA2" w:rsidRDefault="00E52680" w:rsidP="007C2DA2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C2DA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Олимпиады</w:t>
            </w:r>
          </w:p>
        </w:tc>
      </w:tr>
      <w:tr w:rsidR="00E52680" w:rsidRPr="00F70C29" w:rsidTr="00E52680">
        <w:tc>
          <w:tcPr>
            <w:tcW w:w="7225" w:type="dxa"/>
          </w:tcPr>
          <w:p w:rsidR="00E52680" w:rsidRPr="007C2DA2" w:rsidRDefault="00E52680" w:rsidP="007C2DA2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C2DA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«Основы финансовой грамотности. Финансовая культура»</w:t>
            </w:r>
          </w:p>
          <w:p w:rsidR="00E52680" w:rsidRPr="007C2DA2" w:rsidRDefault="00E52680" w:rsidP="007C2DA2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C2DA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«Великие достижения соотечественников»</w:t>
            </w:r>
          </w:p>
          <w:p w:rsidR="00E52680" w:rsidRPr="007C2DA2" w:rsidRDefault="00E52680" w:rsidP="007C2DA2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C2DA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«Мой Симферополь в истории Отечества»</w:t>
            </w:r>
          </w:p>
          <w:p w:rsidR="00E52680" w:rsidRPr="007C2DA2" w:rsidRDefault="00E52680" w:rsidP="007C2DA2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ru-RU"/>
              </w:rPr>
            </w:pPr>
            <w:r w:rsidRPr="007C2DA2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ru-RU"/>
              </w:rPr>
              <w:t>«</w:t>
            </w:r>
            <w:r w:rsidRPr="007C2DA2">
              <w:rPr>
                <w:rStyle w:val="af6"/>
                <w:rFonts w:ascii="Times New Roman" w:hAnsi="Times New Roman" w:cs="Times New Roman"/>
                <w:b w:val="0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>Основы информационной культуры школьников: учимся быть убедительными и защищенными</w:t>
            </w:r>
            <w:r w:rsidRPr="007C2DA2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ru-RU"/>
              </w:rPr>
              <w:t>»</w:t>
            </w:r>
          </w:p>
          <w:p w:rsidR="00E52680" w:rsidRPr="007C2DA2" w:rsidRDefault="00E52680" w:rsidP="007C2DA2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C2DA2">
              <w:rPr>
                <w:rFonts w:ascii="Times New Roman" w:hAnsi="Times New Roman" w:cs="Times New Roman"/>
                <w:sz w:val="24"/>
                <w:szCs w:val="24"/>
              </w:rPr>
              <w:t>«Театр «Арлекин»</w:t>
            </w:r>
          </w:p>
        </w:tc>
        <w:tc>
          <w:tcPr>
            <w:tcW w:w="2976" w:type="dxa"/>
          </w:tcPr>
          <w:p w:rsidR="00E52680" w:rsidRPr="007C2DA2" w:rsidRDefault="00E52680" w:rsidP="007C2DA2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C2DA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Проект</w:t>
            </w:r>
          </w:p>
          <w:p w:rsidR="00E52680" w:rsidRPr="007C2DA2" w:rsidRDefault="00E52680" w:rsidP="007C2DA2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C2DA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Проект</w:t>
            </w:r>
          </w:p>
          <w:p w:rsidR="00E52680" w:rsidRPr="007C2DA2" w:rsidRDefault="00E52680" w:rsidP="007C2DA2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C2DA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Проект</w:t>
            </w:r>
          </w:p>
          <w:p w:rsidR="00E52680" w:rsidRPr="007C2DA2" w:rsidRDefault="00E52680" w:rsidP="007C2DA2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C2DA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Проект</w:t>
            </w:r>
          </w:p>
          <w:p w:rsidR="00E52680" w:rsidRPr="007C2DA2" w:rsidRDefault="00E52680" w:rsidP="007C2DA2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E52680" w:rsidRPr="007C2DA2" w:rsidRDefault="00E52680" w:rsidP="007C2DA2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C2DA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Спектакль</w:t>
            </w:r>
          </w:p>
        </w:tc>
      </w:tr>
      <w:tr w:rsidR="00E52680" w:rsidRPr="00F70C29" w:rsidTr="00E52680">
        <w:tc>
          <w:tcPr>
            <w:tcW w:w="7225" w:type="dxa"/>
          </w:tcPr>
          <w:p w:rsidR="00E52680" w:rsidRPr="007C2DA2" w:rsidRDefault="00E52680" w:rsidP="007C2DA2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C2DA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«Бейсбол»</w:t>
            </w:r>
          </w:p>
          <w:p w:rsidR="00E52680" w:rsidRPr="007C2DA2" w:rsidRDefault="00E52680" w:rsidP="007C2DA2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C2DA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Ступенька к ГТО</w:t>
            </w:r>
          </w:p>
          <w:p w:rsidR="00E52680" w:rsidRPr="007C2DA2" w:rsidRDefault="00E52680" w:rsidP="007C2DA2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C2DA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«Занимательные спортивные игры»</w:t>
            </w:r>
          </w:p>
        </w:tc>
        <w:tc>
          <w:tcPr>
            <w:tcW w:w="2976" w:type="dxa"/>
          </w:tcPr>
          <w:p w:rsidR="00E52680" w:rsidRPr="007C2DA2" w:rsidRDefault="00E52680" w:rsidP="007C2DA2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C2DA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Соревнования</w:t>
            </w:r>
          </w:p>
          <w:p w:rsidR="00E52680" w:rsidRPr="007C2DA2" w:rsidRDefault="00E52680" w:rsidP="007C2DA2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C2DA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Сдача нормативов ГТО</w:t>
            </w:r>
          </w:p>
          <w:p w:rsidR="00E52680" w:rsidRPr="007C2DA2" w:rsidRDefault="00E52680" w:rsidP="007C2DA2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C2DA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Соревнования</w:t>
            </w:r>
          </w:p>
        </w:tc>
      </w:tr>
      <w:tr w:rsidR="00E52680" w:rsidRPr="007C2DA2" w:rsidTr="00E52680">
        <w:tc>
          <w:tcPr>
            <w:tcW w:w="7225" w:type="dxa"/>
          </w:tcPr>
          <w:p w:rsidR="00E52680" w:rsidRPr="007C2DA2" w:rsidRDefault="00E52680" w:rsidP="007C2D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C2DA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История государства Российского, Основы строевой подготовки, Знакомство с оружием</w:t>
            </w:r>
          </w:p>
        </w:tc>
        <w:tc>
          <w:tcPr>
            <w:tcW w:w="2976" w:type="dxa"/>
          </w:tcPr>
          <w:p w:rsidR="00E52680" w:rsidRPr="007C2DA2" w:rsidRDefault="00E52680" w:rsidP="007C2DA2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C2DA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Проект</w:t>
            </w:r>
          </w:p>
          <w:p w:rsidR="00E52680" w:rsidRPr="007C2DA2" w:rsidRDefault="00E52680" w:rsidP="007C2DA2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C2DA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Смотры, конкурсы</w:t>
            </w:r>
          </w:p>
        </w:tc>
      </w:tr>
    </w:tbl>
    <w:p w:rsidR="0086691D" w:rsidRPr="007C2DA2" w:rsidRDefault="0086691D" w:rsidP="007C2DA2">
      <w:pPr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7C2DA2">
        <w:rPr>
          <w:rFonts w:ascii="Times New Roman" w:hAnsi="Times New Roman" w:cs="Times New Roman"/>
          <w:b/>
          <w:sz w:val="24"/>
          <w:szCs w:val="24"/>
          <w:lang w:val="ru-RU"/>
        </w:rPr>
        <w:br w:type="page"/>
      </w:r>
    </w:p>
    <w:p w:rsidR="0086691D" w:rsidRPr="007C2DA2" w:rsidRDefault="0086691D" w:rsidP="00E52680">
      <w:pPr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7C2DA2">
        <w:rPr>
          <w:rFonts w:ascii="Times New Roman" w:hAnsi="Times New Roman" w:cs="Times New Roman"/>
          <w:b/>
          <w:sz w:val="24"/>
          <w:szCs w:val="24"/>
          <w:lang w:val="ru-RU"/>
        </w:rPr>
        <w:lastRenderedPageBreak/>
        <w:t>Сетка часов (пятидневная неделя)</w:t>
      </w:r>
    </w:p>
    <w:p w:rsidR="0086691D" w:rsidRPr="007C2DA2" w:rsidRDefault="0086691D" w:rsidP="00E52680">
      <w:pPr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7C2DA2">
        <w:rPr>
          <w:rFonts w:ascii="Times New Roman" w:hAnsi="Times New Roman" w:cs="Times New Roman"/>
          <w:b/>
          <w:sz w:val="24"/>
          <w:szCs w:val="24"/>
          <w:lang w:val="ru-RU"/>
        </w:rPr>
        <w:t>5-9е классы</w:t>
      </w:r>
    </w:p>
    <w:tbl>
      <w:tblPr>
        <w:tblStyle w:val="aff0"/>
        <w:tblW w:w="9781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838"/>
        <w:gridCol w:w="567"/>
        <w:gridCol w:w="601"/>
        <w:gridCol w:w="10"/>
        <w:gridCol w:w="591"/>
        <w:gridCol w:w="21"/>
        <w:gridCol w:w="580"/>
        <w:gridCol w:w="1573"/>
      </w:tblGrid>
      <w:tr w:rsidR="00A53BBE" w:rsidRPr="008A6198" w:rsidTr="00A53BBE">
        <w:tc>
          <w:tcPr>
            <w:tcW w:w="5838" w:type="dxa"/>
            <w:vMerge w:val="restart"/>
          </w:tcPr>
          <w:p w:rsidR="00A53BBE" w:rsidRPr="00E17F49" w:rsidRDefault="00A53BBE" w:rsidP="001142E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17F49">
              <w:rPr>
                <w:rFonts w:ascii="Times New Roman" w:hAnsi="Times New Roman" w:cs="Times New Roman"/>
                <w:b/>
              </w:rPr>
              <w:t>Название курса</w:t>
            </w:r>
          </w:p>
        </w:tc>
        <w:tc>
          <w:tcPr>
            <w:tcW w:w="3943" w:type="dxa"/>
            <w:gridSpan w:val="7"/>
          </w:tcPr>
          <w:p w:rsidR="00A53BBE" w:rsidRDefault="00A53BBE" w:rsidP="001142E3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 xml:space="preserve">5 </w:t>
            </w:r>
            <w:r w:rsidRPr="008A6198">
              <w:rPr>
                <w:rFonts w:ascii="Times New Roman" w:hAnsi="Times New Roman" w:cs="Times New Roman"/>
                <w:b/>
              </w:rPr>
              <w:t>Класс</w:t>
            </w:r>
            <w:r>
              <w:rPr>
                <w:rFonts w:ascii="Times New Roman" w:hAnsi="Times New Roman" w:cs="Times New Roman"/>
                <w:b/>
                <w:lang w:val="ru-RU"/>
              </w:rPr>
              <w:t>ы</w:t>
            </w:r>
          </w:p>
        </w:tc>
      </w:tr>
      <w:tr w:rsidR="00A53BBE" w:rsidRPr="008A6198" w:rsidTr="00A53BBE">
        <w:tc>
          <w:tcPr>
            <w:tcW w:w="5838" w:type="dxa"/>
            <w:vMerge/>
          </w:tcPr>
          <w:p w:rsidR="00A53BBE" w:rsidRPr="00E17F49" w:rsidRDefault="00A53BBE" w:rsidP="001142E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7" w:type="dxa"/>
          </w:tcPr>
          <w:p w:rsidR="00A53BBE" w:rsidRPr="008A6198" w:rsidRDefault="00A53BBE" w:rsidP="001142E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A6198">
              <w:rPr>
                <w:rFonts w:ascii="Times New Roman" w:hAnsi="Times New Roman" w:cs="Times New Roman"/>
                <w:b/>
              </w:rPr>
              <w:t>А</w:t>
            </w:r>
          </w:p>
        </w:tc>
        <w:tc>
          <w:tcPr>
            <w:tcW w:w="601" w:type="dxa"/>
          </w:tcPr>
          <w:p w:rsidR="00A53BBE" w:rsidRPr="008A6198" w:rsidRDefault="00A53BBE" w:rsidP="001142E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A6198">
              <w:rPr>
                <w:rFonts w:ascii="Times New Roman" w:hAnsi="Times New Roman" w:cs="Times New Roman"/>
                <w:b/>
              </w:rPr>
              <w:t>Б</w:t>
            </w:r>
          </w:p>
        </w:tc>
        <w:tc>
          <w:tcPr>
            <w:tcW w:w="601" w:type="dxa"/>
            <w:gridSpan w:val="2"/>
          </w:tcPr>
          <w:p w:rsidR="00A53BBE" w:rsidRPr="008A6198" w:rsidRDefault="00A53BBE" w:rsidP="001142E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A6198">
              <w:rPr>
                <w:rFonts w:ascii="Times New Roman" w:hAnsi="Times New Roman" w:cs="Times New Roman"/>
                <w:b/>
              </w:rPr>
              <w:t>В</w:t>
            </w:r>
          </w:p>
        </w:tc>
        <w:tc>
          <w:tcPr>
            <w:tcW w:w="601" w:type="dxa"/>
            <w:gridSpan w:val="2"/>
          </w:tcPr>
          <w:p w:rsidR="00A53BBE" w:rsidRPr="008A6198" w:rsidRDefault="00A53BBE" w:rsidP="001142E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A6198">
              <w:rPr>
                <w:rFonts w:ascii="Times New Roman" w:hAnsi="Times New Roman" w:cs="Times New Roman"/>
                <w:b/>
              </w:rPr>
              <w:t>Г</w:t>
            </w:r>
          </w:p>
        </w:tc>
        <w:tc>
          <w:tcPr>
            <w:tcW w:w="1573" w:type="dxa"/>
          </w:tcPr>
          <w:p w:rsidR="00A53BBE" w:rsidRPr="00A53BBE" w:rsidRDefault="00A53BBE" w:rsidP="001142E3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К</w:t>
            </w:r>
          </w:p>
        </w:tc>
      </w:tr>
      <w:tr w:rsidR="00A53BBE" w:rsidRPr="008A6198" w:rsidTr="00A53BBE">
        <w:trPr>
          <w:trHeight w:val="439"/>
        </w:trPr>
        <w:tc>
          <w:tcPr>
            <w:tcW w:w="5838" w:type="dxa"/>
          </w:tcPr>
          <w:p w:rsidR="00A53BBE" w:rsidRPr="00E17F49" w:rsidRDefault="00A53BBE" w:rsidP="00A53BBE">
            <w:pPr>
              <w:jc w:val="center"/>
              <w:rPr>
                <w:rFonts w:ascii="Times New Roman" w:hAnsi="Times New Roman" w:cs="Times New Roman"/>
              </w:rPr>
            </w:pPr>
            <w:r w:rsidRPr="00E17F49">
              <w:rPr>
                <w:rFonts w:ascii="Times New Roman" w:hAnsi="Times New Roman" w:cs="Times New Roman"/>
              </w:rPr>
              <w:t>«Разговоры о важном»</w:t>
            </w:r>
          </w:p>
        </w:tc>
        <w:tc>
          <w:tcPr>
            <w:tcW w:w="567" w:type="dxa"/>
          </w:tcPr>
          <w:p w:rsidR="00A53BBE" w:rsidRPr="008A6198" w:rsidRDefault="00A53BBE" w:rsidP="00A53BB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01" w:type="dxa"/>
          </w:tcPr>
          <w:p w:rsidR="00A53BBE" w:rsidRPr="008A6198" w:rsidRDefault="00A53BBE" w:rsidP="00A53BBE">
            <w:pPr>
              <w:jc w:val="center"/>
              <w:rPr>
                <w:rFonts w:ascii="Times New Roman" w:hAnsi="Times New Roman" w:cs="Times New Roman"/>
              </w:rPr>
            </w:pPr>
            <w:r w:rsidRPr="008A619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01" w:type="dxa"/>
            <w:gridSpan w:val="2"/>
          </w:tcPr>
          <w:p w:rsidR="00A53BBE" w:rsidRPr="008A6198" w:rsidRDefault="00A53BBE" w:rsidP="00A53BBE">
            <w:pPr>
              <w:jc w:val="center"/>
              <w:rPr>
                <w:rFonts w:ascii="Times New Roman" w:hAnsi="Times New Roman" w:cs="Times New Roman"/>
              </w:rPr>
            </w:pPr>
            <w:r w:rsidRPr="008A619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01" w:type="dxa"/>
            <w:gridSpan w:val="2"/>
          </w:tcPr>
          <w:p w:rsidR="00A53BBE" w:rsidRPr="008A6198" w:rsidRDefault="00A53BBE" w:rsidP="00A53BBE">
            <w:pPr>
              <w:jc w:val="center"/>
              <w:rPr>
                <w:rFonts w:ascii="Times New Roman" w:hAnsi="Times New Roman" w:cs="Times New Roman"/>
              </w:rPr>
            </w:pPr>
            <w:r w:rsidRPr="008A619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73" w:type="dxa"/>
          </w:tcPr>
          <w:p w:rsidR="00A53BBE" w:rsidRPr="008A6198" w:rsidRDefault="00A53BBE" w:rsidP="00A53BBE">
            <w:pPr>
              <w:jc w:val="center"/>
              <w:rPr>
                <w:rFonts w:ascii="Times New Roman" w:hAnsi="Times New Roman" w:cs="Times New Roman"/>
              </w:rPr>
            </w:pPr>
            <w:r w:rsidRPr="008A6198">
              <w:rPr>
                <w:rFonts w:ascii="Times New Roman" w:hAnsi="Times New Roman" w:cs="Times New Roman"/>
              </w:rPr>
              <w:t>1</w:t>
            </w:r>
          </w:p>
        </w:tc>
      </w:tr>
      <w:tr w:rsidR="00A53BBE" w:rsidRPr="008A6198" w:rsidTr="00A53BBE">
        <w:trPr>
          <w:trHeight w:val="418"/>
        </w:trPr>
        <w:tc>
          <w:tcPr>
            <w:tcW w:w="5838" w:type="dxa"/>
          </w:tcPr>
          <w:p w:rsidR="00A53BBE" w:rsidRPr="00E17F49" w:rsidRDefault="00A53BBE" w:rsidP="00A53BBE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E17F49">
              <w:rPr>
                <w:rFonts w:ascii="Times New Roman" w:hAnsi="Times New Roman" w:cs="Times New Roman"/>
              </w:rPr>
              <w:t>«Дорога в будущее</w:t>
            </w:r>
            <w:r w:rsidRPr="00E17F49">
              <w:rPr>
                <w:rFonts w:ascii="Times New Roman" w:hAnsi="Times New Roman" w:cs="Times New Roman"/>
                <w:lang w:val="ru-RU"/>
              </w:rPr>
              <w:t>»</w:t>
            </w:r>
          </w:p>
        </w:tc>
        <w:tc>
          <w:tcPr>
            <w:tcW w:w="567" w:type="dxa"/>
          </w:tcPr>
          <w:p w:rsidR="00A53BBE" w:rsidRPr="008A6198" w:rsidRDefault="00A53BBE" w:rsidP="00A53BBE">
            <w:pPr>
              <w:jc w:val="center"/>
              <w:rPr>
                <w:rFonts w:ascii="Times New Roman" w:hAnsi="Times New Roman" w:cs="Times New Roman"/>
              </w:rPr>
            </w:pPr>
            <w:r w:rsidRPr="008A619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01" w:type="dxa"/>
          </w:tcPr>
          <w:p w:rsidR="00A53BBE" w:rsidRPr="008A6198" w:rsidRDefault="00A53BBE" w:rsidP="00A53BBE">
            <w:pPr>
              <w:jc w:val="center"/>
              <w:rPr>
                <w:rFonts w:ascii="Times New Roman" w:hAnsi="Times New Roman" w:cs="Times New Roman"/>
              </w:rPr>
            </w:pPr>
            <w:r w:rsidRPr="008A619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01" w:type="dxa"/>
            <w:gridSpan w:val="2"/>
          </w:tcPr>
          <w:p w:rsidR="00A53BBE" w:rsidRPr="008A6198" w:rsidRDefault="00A53BBE" w:rsidP="00A53BBE">
            <w:pPr>
              <w:jc w:val="center"/>
              <w:rPr>
                <w:rFonts w:ascii="Times New Roman" w:hAnsi="Times New Roman" w:cs="Times New Roman"/>
              </w:rPr>
            </w:pPr>
            <w:r w:rsidRPr="008A619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01" w:type="dxa"/>
            <w:gridSpan w:val="2"/>
          </w:tcPr>
          <w:p w:rsidR="00A53BBE" w:rsidRPr="008A6198" w:rsidRDefault="00A53BBE" w:rsidP="00A53BBE">
            <w:pPr>
              <w:jc w:val="center"/>
              <w:rPr>
                <w:rFonts w:ascii="Times New Roman" w:hAnsi="Times New Roman" w:cs="Times New Roman"/>
              </w:rPr>
            </w:pPr>
            <w:r w:rsidRPr="008A619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73" w:type="dxa"/>
          </w:tcPr>
          <w:p w:rsidR="00A53BBE" w:rsidRPr="008A6198" w:rsidRDefault="00A53BBE" w:rsidP="00A53BBE">
            <w:pPr>
              <w:jc w:val="center"/>
              <w:rPr>
                <w:rFonts w:ascii="Times New Roman" w:hAnsi="Times New Roman" w:cs="Times New Roman"/>
              </w:rPr>
            </w:pPr>
            <w:r w:rsidRPr="008A6198">
              <w:rPr>
                <w:rFonts w:ascii="Times New Roman" w:hAnsi="Times New Roman" w:cs="Times New Roman"/>
              </w:rPr>
              <w:t>1</w:t>
            </w:r>
          </w:p>
        </w:tc>
      </w:tr>
      <w:tr w:rsidR="00A53BBE" w:rsidRPr="008A6198" w:rsidTr="00A53BBE">
        <w:trPr>
          <w:trHeight w:val="780"/>
        </w:trPr>
        <w:tc>
          <w:tcPr>
            <w:tcW w:w="5838" w:type="dxa"/>
          </w:tcPr>
          <w:p w:rsidR="00A53BBE" w:rsidRPr="00E17F49" w:rsidRDefault="00A53BBE" w:rsidP="00A53BBE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E17F49">
              <w:rPr>
                <w:rFonts w:ascii="Times New Roman" w:hAnsi="Times New Roman" w:cs="Times New Roman"/>
                <w:lang w:val="ru-RU"/>
              </w:rPr>
              <w:t>«Основы финансовой грамотности. Финансовая культура»</w:t>
            </w:r>
          </w:p>
          <w:p w:rsidR="00A53BBE" w:rsidRPr="00E17F49" w:rsidRDefault="00A53BBE" w:rsidP="00A53BBE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E17F49">
              <w:rPr>
                <w:rFonts w:ascii="Times New Roman" w:hAnsi="Times New Roman" w:cs="Times New Roman"/>
                <w:lang w:val="ru-RU"/>
              </w:rPr>
              <w:t xml:space="preserve">«Великие достижения соотечественников» </w:t>
            </w:r>
          </w:p>
          <w:p w:rsidR="00A53BBE" w:rsidRPr="00E17F49" w:rsidRDefault="00A53BBE" w:rsidP="00A53BBE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E17F49">
              <w:rPr>
                <w:rFonts w:ascii="Times New Roman" w:hAnsi="Times New Roman" w:cs="Times New Roman"/>
                <w:lang w:val="ru-RU"/>
              </w:rPr>
              <w:t>«Мой Симферополь в истории Отечества»</w:t>
            </w:r>
          </w:p>
          <w:p w:rsidR="00A53BBE" w:rsidRPr="00E17F49" w:rsidRDefault="00A53BBE" w:rsidP="00A53BBE">
            <w:pPr>
              <w:jc w:val="center"/>
              <w:rPr>
                <w:rFonts w:ascii="Times New Roman" w:hAnsi="Times New Roman" w:cs="Times New Roman"/>
              </w:rPr>
            </w:pPr>
            <w:r w:rsidRPr="00E17F49">
              <w:rPr>
                <w:rFonts w:ascii="Times New Roman" w:hAnsi="Times New Roman" w:cs="Times New Roman"/>
              </w:rPr>
              <w:t>«Театр «Арлекин»</w:t>
            </w:r>
          </w:p>
        </w:tc>
        <w:tc>
          <w:tcPr>
            <w:tcW w:w="567" w:type="dxa"/>
          </w:tcPr>
          <w:p w:rsidR="00A53BBE" w:rsidRPr="008A6198" w:rsidRDefault="00A53BBE" w:rsidP="00A53BBE">
            <w:pPr>
              <w:jc w:val="center"/>
              <w:rPr>
                <w:rFonts w:ascii="Times New Roman" w:hAnsi="Times New Roman" w:cs="Times New Roman"/>
              </w:rPr>
            </w:pPr>
            <w:r w:rsidRPr="008A6198">
              <w:rPr>
                <w:rFonts w:ascii="Times New Roman" w:hAnsi="Times New Roman" w:cs="Times New Roman"/>
              </w:rPr>
              <w:t>1</w:t>
            </w:r>
          </w:p>
          <w:p w:rsidR="00A53BBE" w:rsidRPr="008A6198" w:rsidRDefault="00A53BBE" w:rsidP="00A53BBE">
            <w:pPr>
              <w:jc w:val="center"/>
              <w:rPr>
                <w:rFonts w:ascii="Times New Roman" w:hAnsi="Times New Roman" w:cs="Times New Roman"/>
              </w:rPr>
            </w:pPr>
            <w:r w:rsidRPr="008A6198">
              <w:rPr>
                <w:rFonts w:ascii="Times New Roman" w:hAnsi="Times New Roman" w:cs="Times New Roman"/>
              </w:rPr>
              <w:t>0,5</w:t>
            </w:r>
          </w:p>
          <w:p w:rsidR="00A53BBE" w:rsidRPr="008A6198" w:rsidRDefault="00A53BBE" w:rsidP="00A53BBE">
            <w:pPr>
              <w:jc w:val="center"/>
              <w:rPr>
                <w:rFonts w:ascii="Times New Roman" w:hAnsi="Times New Roman" w:cs="Times New Roman"/>
              </w:rPr>
            </w:pPr>
            <w:r w:rsidRPr="008A6198">
              <w:rPr>
                <w:rFonts w:ascii="Times New Roman" w:hAnsi="Times New Roman" w:cs="Times New Roman"/>
              </w:rPr>
              <w:t>0,5</w:t>
            </w:r>
          </w:p>
          <w:p w:rsidR="00A53BBE" w:rsidRPr="008A6198" w:rsidRDefault="00A53BBE" w:rsidP="00A53BBE">
            <w:pPr>
              <w:jc w:val="center"/>
              <w:rPr>
                <w:rFonts w:ascii="Times New Roman" w:hAnsi="Times New Roman" w:cs="Times New Roman"/>
              </w:rPr>
            </w:pPr>
            <w:r w:rsidRPr="008A6198">
              <w:rPr>
                <w:rFonts w:ascii="Times New Roman" w:hAnsi="Times New Roman" w:cs="Times New Roman"/>
              </w:rPr>
              <w:t>0,5</w:t>
            </w:r>
          </w:p>
        </w:tc>
        <w:tc>
          <w:tcPr>
            <w:tcW w:w="601" w:type="dxa"/>
          </w:tcPr>
          <w:p w:rsidR="00A53BBE" w:rsidRPr="008A6198" w:rsidRDefault="00A53BBE" w:rsidP="00A53BBE">
            <w:pPr>
              <w:jc w:val="center"/>
              <w:rPr>
                <w:rFonts w:ascii="Times New Roman" w:hAnsi="Times New Roman" w:cs="Times New Roman"/>
              </w:rPr>
            </w:pPr>
            <w:r w:rsidRPr="008A6198">
              <w:rPr>
                <w:rFonts w:ascii="Times New Roman" w:hAnsi="Times New Roman" w:cs="Times New Roman"/>
              </w:rPr>
              <w:t>1</w:t>
            </w:r>
          </w:p>
          <w:p w:rsidR="00A53BBE" w:rsidRPr="008A6198" w:rsidRDefault="00A53BBE" w:rsidP="00A53BBE">
            <w:pPr>
              <w:jc w:val="center"/>
              <w:rPr>
                <w:rFonts w:ascii="Times New Roman" w:hAnsi="Times New Roman" w:cs="Times New Roman"/>
              </w:rPr>
            </w:pPr>
            <w:r w:rsidRPr="008A6198">
              <w:rPr>
                <w:rFonts w:ascii="Times New Roman" w:hAnsi="Times New Roman" w:cs="Times New Roman"/>
              </w:rPr>
              <w:t>0,5</w:t>
            </w:r>
          </w:p>
          <w:p w:rsidR="00A53BBE" w:rsidRPr="008A6198" w:rsidRDefault="00A53BBE" w:rsidP="00A53BBE">
            <w:pPr>
              <w:jc w:val="center"/>
              <w:rPr>
                <w:rFonts w:ascii="Times New Roman" w:hAnsi="Times New Roman" w:cs="Times New Roman"/>
              </w:rPr>
            </w:pPr>
            <w:r w:rsidRPr="008A6198">
              <w:rPr>
                <w:rFonts w:ascii="Times New Roman" w:hAnsi="Times New Roman" w:cs="Times New Roman"/>
              </w:rPr>
              <w:t>0,5</w:t>
            </w:r>
          </w:p>
          <w:p w:rsidR="00A53BBE" w:rsidRPr="008A6198" w:rsidRDefault="00A53BBE" w:rsidP="00A53BBE">
            <w:pPr>
              <w:jc w:val="center"/>
              <w:rPr>
                <w:rFonts w:ascii="Times New Roman" w:hAnsi="Times New Roman" w:cs="Times New Roman"/>
              </w:rPr>
            </w:pPr>
            <w:r w:rsidRPr="008A6198">
              <w:rPr>
                <w:rFonts w:ascii="Times New Roman" w:hAnsi="Times New Roman" w:cs="Times New Roman"/>
              </w:rPr>
              <w:t>0,5</w:t>
            </w:r>
          </w:p>
        </w:tc>
        <w:tc>
          <w:tcPr>
            <w:tcW w:w="601" w:type="dxa"/>
            <w:gridSpan w:val="2"/>
          </w:tcPr>
          <w:p w:rsidR="00A53BBE" w:rsidRPr="008A6198" w:rsidRDefault="00A53BBE" w:rsidP="00A53BBE">
            <w:pPr>
              <w:jc w:val="center"/>
              <w:rPr>
                <w:rFonts w:ascii="Times New Roman" w:hAnsi="Times New Roman" w:cs="Times New Roman"/>
              </w:rPr>
            </w:pPr>
            <w:r w:rsidRPr="008A6198">
              <w:rPr>
                <w:rFonts w:ascii="Times New Roman" w:hAnsi="Times New Roman" w:cs="Times New Roman"/>
              </w:rPr>
              <w:t>1</w:t>
            </w:r>
          </w:p>
          <w:p w:rsidR="00A53BBE" w:rsidRPr="008A6198" w:rsidRDefault="00A53BBE" w:rsidP="00A53BBE">
            <w:pPr>
              <w:jc w:val="center"/>
              <w:rPr>
                <w:rFonts w:ascii="Times New Roman" w:hAnsi="Times New Roman" w:cs="Times New Roman"/>
              </w:rPr>
            </w:pPr>
            <w:r w:rsidRPr="008A6198">
              <w:rPr>
                <w:rFonts w:ascii="Times New Roman" w:hAnsi="Times New Roman" w:cs="Times New Roman"/>
              </w:rPr>
              <w:t>0,5</w:t>
            </w:r>
          </w:p>
          <w:p w:rsidR="00A53BBE" w:rsidRPr="008A6198" w:rsidRDefault="00A53BBE" w:rsidP="00A53BBE">
            <w:pPr>
              <w:jc w:val="center"/>
              <w:rPr>
                <w:rFonts w:ascii="Times New Roman" w:hAnsi="Times New Roman" w:cs="Times New Roman"/>
              </w:rPr>
            </w:pPr>
            <w:r w:rsidRPr="008A6198">
              <w:rPr>
                <w:rFonts w:ascii="Times New Roman" w:hAnsi="Times New Roman" w:cs="Times New Roman"/>
              </w:rPr>
              <w:t>0,5</w:t>
            </w:r>
          </w:p>
          <w:p w:rsidR="00A53BBE" w:rsidRPr="008A6198" w:rsidRDefault="00A53BBE" w:rsidP="00A53BBE">
            <w:pPr>
              <w:jc w:val="center"/>
              <w:rPr>
                <w:rFonts w:ascii="Times New Roman" w:hAnsi="Times New Roman" w:cs="Times New Roman"/>
              </w:rPr>
            </w:pPr>
            <w:r w:rsidRPr="008A6198">
              <w:rPr>
                <w:rFonts w:ascii="Times New Roman" w:hAnsi="Times New Roman" w:cs="Times New Roman"/>
              </w:rPr>
              <w:t>0,5</w:t>
            </w:r>
          </w:p>
        </w:tc>
        <w:tc>
          <w:tcPr>
            <w:tcW w:w="601" w:type="dxa"/>
            <w:gridSpan w:val="2"/>
          </w:tcPr>
          <w:p w:rsidR="00A53BBE" w:rsidRPr="008A6198" w:rsidRDefault="00A53BBE" w:rsidP="00A53BBE">
            <w:pPr>
              <w:jc w:val="center"/>
              <w:rPr>
                <w:rFonts w:ascii="Times New Roman" w:hAnsi="Times New Roman" w:cs="Times New Roman"/>
              </w:rPr>
            </w:pPr>
            <w:r w:rsidRPr="008A6198">
              <w:rPr>
                <w:rFonts w:ascii="Times New Roman" w:hAnsi="Times New Roman" w:cs="Times New Roman"/>
              </w:rPr>
              <w:t>1</w:t>
            </w:r>
          </w:p>
          <w:p w:rsidR="00A53BBE" w:rsidRPr="008A6198" w:rsidRDefault="00A53BBE" w:rsidP="00A53BBE">
            <w:pPr>
              <w:jc w:val="center"/>
              <w:rPr>
                <w:rFonts w:ascii="Times New Roman" w:hAnsi="Times New Roman" w:cs="Times New Roman"/>
              </w:rPr>
            </w:pPr>
            <w:r w:rsidRPr="008A6198">
              <w:rPr>
                <w:rFonts w:ascii="Times New Roman" w:hAnsi="Times New Roman" w:cs="Times New Roman"/>
              </w:rPr>
              <w:t>0,5</w:t>
            </w:r>
          </w:p>
          <w:p w:rsidR="00A53BBE" w:rsidRPr="008A6198" w:rsidRDefault="00A53BBE" w:rsidP="00A53BBE">
            <w:pPr>
              <w:jc w:val="center"/>
              <w:rPr>
                <w:rFonts w:ascii="Times New Roman" w:hAnsi="Times New Roman" w:cs="Times New Roman"/>
              </w:rPr>
            </w:pPr>
            <w:r w:rsidRPr="008A6198">
              <w:rPr>
                <w:rFonts w:ascii="Times New Roman" w:hAnsi="Times New Roman" w:cs="Times New Roman"/>
              </w:rPr>
              <w:t>0,5</w:t>
            </w:r>
          </w:p>
          <w:p w:rsidR="00A53BBE" w:rsidRPr="008A6198" w:rsidRDefault="00A53BBE" w:rsidP="00A53BBE">
            <w:pPr>
              <w:jc w:val="center"/>
              <w:rPr>
                <w:rFonts w:ascii="Times New Roman" w:hAnsi="Times New Roman" w:cs="Times New Roman"/>
              </w:rPr>
            </w:pPr>
            <w:r w:rsidRPr="008A6198">
              <w:rPr>
                <w:rFonts w:ascii="Times New Roman" w:hAnsi="Times New Roman" w:cs="Times New Roman"/>
              </w:rPr>
              <w:t>0,5</w:t>
            </w:r>
          </w:p>
        </w:tc>
        <w:tc>
          <w:tcPr>
            <w:tcW w:w="1573" w:type="dxa"/>
          </w:tcPr>
          <w:p w:rsidR="00A53BBE" w:rsidRPr="008A6198" w:rsidRDefault="00A53BBE" w:rsidP="00A53BBE">
            <w:pPr>
              <w:jc w:val="center"/>
              <w:rPr>
                <w:rFonts w:ascii="Times New Roman" w:hAnsi="Times New Roman" w:cs="Times New Roman"/>
              </w:rPr>
            </w:pPr>
            <w:r w:rsidRPr="008A6198">
              <w:rPr>
                <w:rFonts w:ascii="Times New Roman" w:hAnsi="Times New Roman" w:cs="Times New Roman"/>
              </w:rPr>
              <w:t>1</w:t>
            </w:r>
          </w:p>
          <w:p w:rsidR="00A53BBE" w:rsidRPr="008A6198" w:rsidRDefault="00A53BBE" w:rsidP="00A53BBE">
            <w:pPr>
              <w:jc w:val="center"/>
              <w:rPr>
                <w:rFonts w:ascii="Times New Roman" w:hAnsi="Times New Roman" w:cs="Times New Roman"/>
              </w:rPr>
            </w:pPr>
            <w:r w:rsidRPr="008A6198">
              <w:rPr>
                <w:rFonts w:ascii="Times New Roman" w:hAnsi="Times New Roman" w:cs="Times New Roman"/>
              </w:rPr>
              <w:t>0,5</w:t>
            </w:r>
          </w:p>
          <w:p w:rsidR="00A53BBE" w:rsidRPr="008A6198" w:rsidRDefault="00A53BBE" w:rsidP="00A53BBE">
            <w:pPr>
              <w:jc w:val="center"/>
              <w:rPr>
                <w:rFonts w:ascii="Times New Roman" w:hAnsi="Times New Roman" w:cs="Times New Roman"/>
              </w:rPr>
            </w:pPr>
            <w:r w:rsidRPr="008A6198">
              <w:rPr>
                <w:rFonts w:ascii="Times New Roman" w:hAnsi="Times New Roman" w:cs="Times New Roman"/>
              </w:rPr>
              <w:t>0,5</w:t>
            </w:r>
          </w:p>
          <w:p w:rsidR="00A53BBE" w:rsidRPr="008A6198" w:rsidRDefault="00A53BBE" w:rsidP="00A53BB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53BBE" w:rsidRPr="008A6198" w:rsidTr="00A53BBE">
        <w:trPr>
          <w:trHeight w:val="552"/>
        </w:trPr>
        <w:tc>
          <w:tcPr>
            <w:tcW w:w="5838" w:type="dxa"/>
          </w:tcPr>
          <w:p w:rsidR="00A53BBE" w:rsidRPr="00E17F49" w:rsidRDefault="00A53BBE" w:rsidP="00A53BBE">
            <w:pPr>
              <w:jc w:val="center"/>
              <w:rPr>
                <w:rFonts w:ascii="Times New Roman" w:hAnsi="Times New Roman" w:cs="Times New Roman"/>
                <w:bCs/>
                <w:shd w:val="clear" w:color="auto" w:fill="FBE395"/>
                <w:lang w:val="ru-RU"/>
              </w:rPr>
            </w:pPr>
            <w:r w:rsidRPr="00E17F49">
              <w:rPr>
                <w:rFonts w:ascii="Times New Roman" w:hAnsi="Times New Roman" w:cs="Times New Roman"/>
                <w:lang w:val="ru-RU"/>
              </w:rPr>
              <w:t>«География. Проектно-исследовательская деятельность»</w:t>
            </w:r>
          </w:p>
          <w:p w:rsidR="00A53BBE" w:rsidRPr="00E17F49" w:rsidRDefault="00A53BBE" w:rsidP="00A53BBE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E17F49">
              <w:rPr>
                <w:rFonts w:ascii="Times New Roman" w:hAnsi="Times New Roman" w:cs="Times New Roman"/>
                <w:lang w:val="ru-RU"/>
              </w:rPr>
              <w:t>«Занимательный английский»</w:t>
            </w:r>
          </w:p>
          <w:p w:rsidR="00A53BBE" w:rsidRPr="00E17F49" w:rsidRDefault="00A53BBE" w:rsidP="00A53BBE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E17F49">
              <w:rPr>
                <w:rFonts w:ascii="Times New Roman" w:hAnsi="Times New Roman" w:cs="Times New Roman"/>
                <w:bCs/>
                <w:shd w:val="clear" w:color="auto" w:fill="FFFFFF"/>
                <w:lang w:val="ru-RU"/>
              </w:rPr>
              <w:t>«Математика: магия и стройность чисел»</w:t>
            </w:r>
          </w:p>
        </w:tc>
        <w:tc>
          <w:tcPr>
            <w:tcW w:w="567" w:type="dxa"/>
          </w:tcPr>
          <w:p w:rsidR="00A53BBE" w:rsidRPr="008A6198" w:rsidRDefault="00A53BBE" w:rsidP="00A53BBE">
            <w:pPr>
              <w:jc w:val="center"/>
              <w:rPr>
                <w:rFonts w:ascii="Times New Roman" w:hAnsi="Times New Roman" w:cs="Times New Roman"/>
              </w:rPr>
            </w:pPr>
            <w:r w:rsidRPr="008A6198">
              <w:rPr>
                <w:rFonts w:ascii="Times New Roman" w:hAnsi="Times New Roman" w:cs="Times New Roman"/>
              </w:rPr>
              <w:t>0,5</w:t>
            </w:r>
          </w:p>
        </w:tc>
        <w:tc>
          <w:tcPr>
            <w:tcW w:w="601" w:type="dxa"/>
          </w:tcPr>
          <w:p w:rsidR="00A53BBE" w:rsidRDefault="00A53BBE" w:rsidP="00A53BBE">
            <w:pPr>
              <w:jc w:val="center"/>
              <w:rPr>
                <w:rFonts w:ascii="Times New Roman" w:hAnsi="Times New Roman" w:cs="Times New Roman"/>
              </w:rPr>
            </w:pPr>
          </w:p>
          <w:p w:rsidR="00A53BBE" w:rsidRPr="008A6198" w:rsidRDefault="00A53BBE" w:rsidP="00A53BBE">
            <w:pPr>
              <w:jc w:val="center"/>
              <w:rPr>
                <w:rFonts w:ascii="Times New Roman" w:hAnsi="Times New Roman" w:cs="Times New Roman"/>
              </w:rPr>
            </w:pPr>
            <w:r w:rsidRPr="008A6198">
              <w:rPr>
                <w:rFonts w:ascii="Times New Roman" w:hAnsi="Times New Roman" w:cs="Times New Roman"/>
              </w:rPr>
              <w:t>0,5</w:t>
            </w:r>
          </w:p>
        </w:tc>
        <w:tc>
          <w:tcPr>
            <w:tcW w:w="601" w:type="dxa"/>
            <w:gridSpan w:val="2"/>
          </w:tcPr>
          <w:p w:rsidR="00A53BBE" w:rsidRPr="008A6198" w:rsidRDefault="00A53BBE" w:rsidP="00A53BBE">
            <w:pPr>
              <w:jc w:val="center"/>
              <w:rPr>
                <w:rFonts w:ascii="Times New Roman" w:hAnsi="Times New Roman" w:cs="Times New Roman"/>
              </w:rPr>
            </w:pPr>
          </w:p>
          <w:p w:rsidR="00A53BBE" w:rsidRPr="008A6198" w:rsidRDefault="00A53BBE" w:rsidP="00A53BBE">
            <w:pPr>
              <w:jc w:val="center"/>
              <w:rPr>
                <w:rFonts w:ascii="Times New Roman" w:hAnsi="Times New Roman" w:cs="Times New Roman"/>
              </w:rPr>
            </w:pPr>
            <w:r w:rsidRPr="008A6198">
              <w:rPr>
                <w:rFonts w:ascii="Times New Roman" w:hAnsi="Times New Roman" w:cs="Times New Roman"/>
              </w:rPr>
              <w:t>0,5</w:t>
            </w:r>
          </w:p>
        </w:tc>
        <w:tc>
          <w:tcPr>
            <w:tcW w:w="601" w:type="dxa"/>
            <w:gridSpan w:val="2"/>
          </w:tcPr>
          <w:p w:rsidR="00A53BBE" w:rsidRPr="008A6198" w:rsidRDefault="00A53BBE" w:rsidP="00A53BBE">
            <w:pPr>
              <w:jc w:val="center"/>
              <w:rPr>
                <w:rFonts w:ascii="Times New Roman" w:hAnsi="Times New Roman" w:cs="Times New Roman"/>
              </w:rPr>
            </w:pPr>
          </w:p>
          <w:p w:rsidR="00A53BBE" w:rsidRPr="008A6198" w:rsidRDefault="00A53BBE" w:rsidP="00A53BBE">
            <w:pPr>
              <w:jc w:val="center"/>
              <w:rPr>
                <w:rFonts w:ascii="Times New Roman" w:hAnsi="Times New Roman" w:cs="Times New Roman"/>
              </w:rPr>
            </w:pPr>
            <w:r w:rsidRPr="008A6198">
              <w:rPr>
                <w:rFonts w:ascii="Times New Roman" w:hAnsi="Times New Roman" w:cs="Times New Roman"/>
              </w:rPr>
              <w:t>0,5</w:t>
            </w:r>
          </w:p>
        </w:tc>
        <w:tc>
          <w:tcPr>
            <w:tcW w:w="1573" w:type="dxa"/>
          </w:tcPr>
          <w:p w:rsidR="00A53BBE" w:rsidRPr="008A6198" w:rsidRDefault="00A53BBE" w:rsidP="00A53BBE">
            <w:pPr>
              <w:jc w:val="center"/>
              <w:rPr>
                <w:rFonts w:ascii="Times New Roman" w:hAnsi="Times New Roman" w:cs="Times New Roman"/>
              </w:rPr>
            </w:pPr>
          </w:p>
          <w:p w:rsidR="00A53BBE" w:rsidRDefault="00A53BBE" w:rsidP="00A53BBE">
            <w:pPr>
              <w:jc w:val="center"/>
              <w:rPr>
                <w:rFonts w:ascii="Times New Roman" w:hAnsi="Times New Roman" w:cs="Times New Roman"/>
              </w:rPr>
            </w:pPr>
            <w:r w:rsidRPr="008A6198">
              <w:rPr>
                <w:rFonts w:ascii="Times New Roman" w:hAnsi="Times New Roman" w:cs="Times New Roman"/>
              </w:rPr>
              <w:t>0,5</w:t>
            </w:r>
          </w:p>
          <w:p w:rsidR="00A53BBE" w:rsidRPr="00A53BBE" w:rsidRDefault="00A53BBE" w:rsidP="00A53BBE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0,5</w:t>
            </w:r>
          </w:p>
        </w:tc>
      </w:tr>
      <w:tr w:rsidR="00A53BBE" w:rsidRPr="008A6198" w:rsidTr="00A53BBE">
        <w:trPr>
          <w:trHeight w:val="552"/>
        </w:trPr>
        <w:tc>
          <w:tcPr>
            <w:tcW w:w="5838" w:type="dxa"/>
          </w:tcPr>
          <w:p w:rsidR="00A53BBE" w:rsidRPr="00E17F49" w:rsidRDefault="00A53BBE" w:rsidP="00A53BBE">
            <w:pPr>
              <w:jc w:val="center"/>
              <w:rPr>
                <w:rFonts w:ascii="Times New Roman" w:hAnsi="Times New Roman" w:cs="Times New Roman"/>
              </w:rPr>
            </w:pPr>
            <w:r w:rsidRPr="00E17F49">
              <w:rPr>
                <w:rFonts w:ascii="Times New Roman" w:hAnsi="Times New Roman" w:cs="Times New Roman"/>
              </w:rPr>
              <w:t>«Бейсбол»</w:t>
            </w:r>
          </w:p>
        </w:tc>
        <w:tc>
          <w:tcPr>
            <w:tcW w:w="567" w:type="dxa"/>
          </w:tcPr>
          <w:p w:rsidR="00A53BBE" w:rsidRPr="008A6198" w:rsidRDefault="00A53BBE" w:rsidP="00A53BBE">
            <w:pPr>
              <w:jc w:val="center"/>
              <w:rPr>
                <w:rFonts w:ascii="Times New Roman" w:hAnsi="Times New Roman" w:cs="Times New Roman"/>
              </w:rPr>
            </w:pPr>
            <w:r w:rsidRPr="008A619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01" w:type="dxa"/>
          </w:tcPr>
          <w:p w:rsidR="00A53BBE" w:rsidRPr="008A6198" w:rsidRDefault="00A53BBE" w:rsidP="00A53BBE">
            <w:pPr>
              <w:jc w:val="center"/>
              <w:rPr>
                <w:rFonts w:ascii="Times New Roman" w:hAnsi="Times New Roman" w:cs="Times New Roman"/>
              </w:rPr>
            </w:pPr>
            <w:r w:rsidRPr="008A619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01" w:type="dxa"/>
            <w:gridSpan w:val="2"/>
          </w:tcPr>
          <w:p w:rsidR="00A53BBE" w:rsidRPr="008A6198" w:rsidRDefault="00A53BBE" w:rsidP="00A53BBE">
            <w:pPr>
              <w:jc w:val="center"/>
              <w:rPr>
                <w:rFonts w:ascii="Times New Roman" w:hAnsi="Times New Roman" w:cs="Times New Roman"/>
              </w:rPr>
            </w:pPr>
            <w:r w:rsidRPr="008A619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01" w:type="dxa"/>
            <w:gridSpan w:val="2"/>
          </w:tcPr>
          <w:p w:rsidR="00A53BBE" w:rsidRPr="008A6198" w:rsidRDefault="00A53BBE" w:rsidP="00A53BBE">
            <w:pPr>
              <w:jc w:val="center"/>
              <w:rPr>
                <w:rFonts w:ascii="Times New Roman" w:hAnsi="Times New Roman" w:cs="Times New Roman"/>
              </w:rPr>
            </w:pPr>
            <w:r w:rsidRPr="008A619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73" w:type="dxa"/>
          </w:tcPr>
          <w:p w:rsidR="00A53BBE" w:rsidRPr="008A6198" w:rsidRDefault="00A53BBE" w:rsidP="00A53BBE">
            <w:pPr>
              <w:jc w:val="center"/>
              <w:rPr>
                <w:rFonts w:ascii="Times New Roman" w:hAnsi="Times New Roman" w:cs="Times New Roman"/>
              </w:rPr>
            </w:pPr>
            <w:r w:rsidRPr="008A6198">
              <w:rPr>
                <w:rFonts w:ascii="Times New Roman" w:hAnsi="Times New Roman" w:cs="Times New Roman"/>
              </w:rPr>
              <w:t>1</w:t>
            </w:r>
          </w:p>
        </w:tc>
      </w:tr>
      <w:tr w:rsidR="00A53BBE" w:rsidRPr="008A6198" w:rsidTr="00A53BBE">
        <w:trPr>
          <w:trHeight w:val="552"/>
        </w:trPr>
        <w:tc>
          <w:tcPr>
            <w:tcW w:w="5838" w:type="dxa"/>
          </w:tcPr>
          <w:p w:rsidR="00A53BBE" w:rsidRPr="00E17F49" w:rsidRDefault="00A53BBE" w:rsidP="00A53BBE">
            <w:pPr>
              <w:jc w:val="center"/>
              <w:rPr>
                <w:rFonts w:ascii="Times New Roman" w:hAnsi="Times New Roman" w:cs="Times New Roman"/>
              </w:rPr>
            </w:pPr>
            <w:r w:rsidRPr="00E17F49">
              <w:rPr>
                <w:rFonts w:ascii="Times New Roman" w:hAnsi="Times New Roman" w:cs="Times New Roman"/>
              </w:rPr>
              <w:t>История государства Российского</w:t>
            </w:r>
          </w:p>
        </w:tc>
        <w:tc>
          <w:tcPr>
            <w:tcW w:w="567" w:type="dxa"/>
          </w:tcPr>
          <w:p w:rsidR="00A53BBE" w:rsidRPr="008A6198" w:rsidRDefault="00A53BBE" w:rsidP="00A53BB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1" w:type="dxa"/>
          </w:tcPr>
          <w:p w:rsidR="00A53BBE" w:rsidRPr="008A6198" w:rsidRDefault="00A53BBE" w:rsidP="00A53BB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1" w:type="dxa"/>
            <w:gridSpan w:val="2"/>
          </w:tcPr>
          <w:p w:rsidR="00A53BBE" w:rsidRPr="008A6198" w:rsidRDefault="00A53BBE" w:rsidP="00A53BB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1" w:type="dxa"/>
            <w:gridSpan w:val="2"/>
          </w:tcPr>
          <w:p w:rsidR="00A53BBE" w:rsidRPr="008A6198" w:rsidRDefault="00A53BBE" w:rsidP="00A53BB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73" w:type="dxa"/>
          </w:tcPr>
          <w:p w:rsidR="00A53BBE" w:rsidRPr="008A6198" w:rsidRDefault="00A53BBE" w:rsidP="00A53BBE">
            <w:pPr>
              <w:jc w:val="center"/>
              <w:rPr>
                <w:rFonts w:ascii="Times New Roman" w:hAnsi="Times New Roman" w:cs="Times New Roman"/>
              </w:rPr>
            </w:pPr>
            <w:r w:rsidRPr="008A6198">
              <w:rPr>
                <w:rFonts w:ascii="Times New Roman" w:hAnsi="Times New Roman" w:cs="Times New Roman"/>
              </w:rPr>
              <w:t>1</w:t>
            </w:r>
          </w:p>
        </w:tc>
      </w:tr>
      <w:tr w:rsidR="00A53BBE" w:rsidRPr="008A6198" w:rsidTr="00A53BBE">
        <w:trPr>
          <w:trHeight w:val="552"/>
        </w:trPr>
        <w:tc>
          <w:tcPr>
            <w:tcW w:w="5838" w:type="dxa"/>
          </w:tcPr>
          <w:p w:rsidR="00A53BBE" w:rsidRPr="00E17F49" w:rsidRDefault="00A53BBE" w:rsidP="00A53BBE">
            <w:pPr>
              <w:jc w:val="center"/>
              <w:rPr>
                <w:rFonts w:ascii="Times New Roman" w:hAnsi="Times New Roman" w:cs="Times New Roman"/>
              </w:rPr>
            </w:pPr>
            <w:r w:rsidRPr="00E17F49">
              <w:rPr>
                <w:rFonts w:ascii="Times New Roman" w:hAnsi="Times New Roman" w:cs="Times New Roman"/>
              </w:rPr>
              <w:t>Основы строевой подготовки</w:t>
            </w:r>
          </w:p>
        </w:tc>
        <w:tc>
          <w:tcPr>
            <w:tcW w:w="567" w:type="dxa"/>
          </w:tcPr>
          <w:p w:rsidR="00A53BBE" w:rsidRPr="008A6198" w:rsidRDefault="00A53BBE" w:rsidP="00A53BB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1" w:type="dxa"/>
          </w:tcPr>
          <w:p w:rsidR="00A53BBE" w:rsidRPr="008A6198" w:rsidRDefault="00A53BBE" w:rsidP="00A53BB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1" w:type="dxa"/>
            <w:gridSpan w:val="2"/>
          </w:tcPr>
          <w:p w:rsidR="00A53BBE" w:rsidRPr="008A6198" w:rsidRDefault="00A53BBE" w:rsidP="00A53BB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1" w:type="dxa"/>
            <w:gridSpan w:val="2"/>
          </w:tcPr>
          <w:p w:rsidR="00A53BBE" w:rsidRPr="008A6198" w:rsidRDefault="00A53BBE" w:rsidP="00A53BB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73" w:type="dxa"/>
          </w:tcPr>
          <w:p w:rsidR="00A53BBE" w:rsidRPr="008A6198" w:rsidRDefault="00A53BBE" w:rsidP="00A53BB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A53BBE" w:rsidRPr="008A6198" w:rsidTr="00A53BBE">
        <w:tc>
          <w:tcPr>
            <w:tcW w:w="5838" w:type="dxa"/>
          </w:tcPr>
          <w:p w:rsidR="00A53BBE" w:rsidRPr="00E17F49" w:rsidRDefault="00A53BBE" w:rsidP="001142E3">
            <w:pPr>
              <w:jc w:val="right"/>
              <w:rPr>
                <w:rFonts w:ascii="Times New Roman" w:hAnsi="Times New Roman" w:cs="Times New Roman"/>
                <w:b/>
                <w:lang w:val="ru-RU"/>
              </w:rPr>
            </w:pPr>
            <w:r w:rsidRPr="00E17F49">
              <w:rPr>
                <w:rFonts w:ascii="Times New Roman" w:hAnsi="Times New Roman" w:cs="Times New Roman"/>
                <w:b/>
                <w:lang w:val="ru-RU"/>
              </w:rPr>
              <w:t>ИТОГО</w:t>
            </w:r>
          </w:p>
        </w:tc>
        <w:tc>
          <w:tcPr>
            <w:tcW w:w="567" w:type="dxa"/>
          </w:tcPr>
          <w:p w:rsidR="00A53BBE" w:rsidRPr="008A6198" w:rsidRDefault="00A53BBE" w:rsidP="001142E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A6198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611" w:type="dxa"/>
            <w:gridSpan w:val="2"/>
          </w:tcPr>
          <w:p w:rsidR="00A53BBE" w:rsidRPr="008A6198" w:rsidRDefault="00A53BBE" w:rsidP="001142E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A6198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612" w:type="dxa"/>
            <w:gridSpan w:val="2"/>
          </w:tcPr>
          <w:p w:rsidR="00A53BBE" w:rsidRPr="008A6198" w:rsidRDefault="00A53BBE" w:rsidP="001142E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A6198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580" w:type="dxa"/>
          </w:tcPr>
          <w:p w:rsidR="00A53BBE" w:rsidRPr="008A6198" w:rsidRDefault="00A53BBE" w:rsidP="001142E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A6198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1573" w:type="dxa"/>
          </w:tcPr>
          <w:p w:rsidR="00A53BBE" w:rsidRPr="00A53BBE" w:rsidRDefault="00A53BBE" w:rsidP="001142E3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8</w:t>
            </w:r>
          </w:p>
        </w:tc>
      </w:tr>
      <w:tr w:rsidR="004E2F59" w:rsidRPr="008A6198" w:rsidTr="00A53BBE">
        <w:tc>
          <w:tcPr>
            <w:tcW w:w="5838" w:type="dxa"/>
          </w:tcPr>
          <w:p w:rsidR="004E2F59" w:rsidRPr="00E17F49" w:rsidRDefault="004E2F59" w:rsidP="001142E3">
            <w:pPr>
              <w:jc w:val="right"/>
              <w:rPr>
                <w:rFonts w:ascii="Times New Roman" w:hAnsi="Times New Roman" w:cs="Times New Roman"/>
                <w:b/>
                <w:lang w:val="ru-RU"/>
              </w:rPr>
            </w:pPr>
            <w:r w:rsidRPr="00E17F49">
              <w:rPr>
                <w:rFonts w:ascii="Times New Roman" w:hAnsi="Times New Roman" w:cs="Times New Roman"/>
                <w:b/>
                <w:lang w:val="ru-RU"/>
              </w:rPr>
              <w:t>ФАКТ</w:t>
            </w:r>
          </w:p>
        </w:tc>
        <w:tc>
          <w:tcPr>
            <w:tcW w:w="567" w:type="dxa"/>
          </w:tcPr>
          <w:p w:rsidR="004E2F59" w:rsidRPr="004E2F59" w:rsidRDefault="004E2F59" w:rsidP="001142E3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5</w:t>
            </w:r>
          </w:p>
        </w:tc>
        <w:tc>
          <w:tcPr>
            <w:tcW w:w="611" w:type="dxa"/>
            <w:gridSpan w:val="2"/>
          </w:tcPr>
          <w:p w:rsidR="004E2F59" w:rsidRPr="004E2F59" w:rsidRDefault="004E2F59" w:rsidP="001142E3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5</w:t>
            </w:r>
          </w:p>
        </w:tc>
        <w:tc>
          <w:tcPr>
            <w:tcW w:w="612" w:type="dxa"/>
            <w:gridSpan w:val="2"/>
          </w:tcPr>
          <w:p w:rsidR="004E2F59" w:rsidRPr="004E2F59" w:rsidRDefault="004E2F59" w:rsidP="001142E3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5</w:t>
            </w:r>
          </w:p>
        </w:tc>
        <w:tc>
          <w:tcPr>
            <w:tcW w:w="580" w:type="dxa"/>
          </w:tcPr>
          <w:p w:rsidR="004E2F59" w:rsidRPr="004E2F59" w:rsidRDefault="004E2F59" w:rsidP="001142E3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5</w:t>
            </w:r>
          </w:p>
        </w:tc>
        <w:tc>
          <w:tcPr>
            <w:tcW w:w="1573" w:type="dxa"/>
          </w:tcPr>
          <w:p w:rsidR="004E2F59" w:rsidRDefault="004E2F59" w:rsidP="001142E3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6</w:t>
            </w:r>
          </w:p>
        </w:tc>
      </w:tr>
    </w:tbl>
    <w:p w:rsidR="005633C8" w:rsidRPr="007C2DA2" w:rsidRDefault="005633C8" w:rsidP="007C2DA2">
      <w:pPr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A53BBE" w:rsidRPr="007C2DA2" w:rsidRDefault="005633C8" w:rsidP="007C2DA2">
      <w:pPr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7C2DA2">
        <w:rPr>
          <w:rFonts w:ascii="Times New Roman" w:hAnsi="Times New Roman" w:cs="Times New Roman"/>
          <w:b/>
          <w:sz w:val="24"/>
          <w:szCs w:val="24"/>
          <w:lang w:val="ru-RU"/>
        </w:rPr>
        <w:br w:type="page"/>
      </w:r>
    </w:p>
    <w:tbl>
      <w:tblPr>
        <w:tblStyle w:val="aff0"/>
        <w:tblW w:w="9781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838"/>
        <w:gridCol w:w="567"/>
        <w:gridCol w:w="601"/>
        <w:gridCol w:w="10"/>
        <w:gridCol w:w="591"/>
        <w:gridCol w:w="21"/>
        <w:gridCol w:w="580"/>
        <w:gridCol w:w="1573"/>
      </w:tblGrid>
      <w:tr w:rsidR="00A53BBE" w:rsidRPr="008A6198" w:rsidTr="001142E3">
        <w:tc>
          <w:tcPr>
            <w:tcW w:w="5838" w:type="dxa"/>
            <w:vMerge w:val="restart"/>
          </w:tcPr>
          <w:p w:rsidR="00A53BBE" w:rsidRPr="00E17F49" w:rsidRDefault="00A53BBE" w:rsidP="001142E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17F49">
              <w:rPr>
                <w:rFonts w:ascii="Times New Roman" w:hAnsi="Times New Roman" w:cs="Times New Roman"/>
                <w:b/>
              </w:rPr>
              <w:lastRenderedPageBreak/>
              <w:t>Название курса</w:t>
            </w:r>
          </w:p>
        </w:tc>
        <w:tc>
          <w:tcPr>
            <w:tcW w:w="3943" w:type="dxa"/>
            <w:gridSpan w:val="7"/>
          </w:tcPr>
          <w:p w:rsidR="00A53BBE" w:rsidRDefault="00A53BBE" w:rsidP="001142E3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 xml:space="preserve">6 </w:t>
            </w:r>
            <w:r w:rsidRPr="008A6198">
              <w:rPr>
                <w:rFonts w:ascii="Times New Roman" w:hAnsi="Times New Roman" w:cs="Times New Roman"/>
                <w:b/>
              </w:rPr>
              <w:t>Класс</w:t>
            </w:r>
            <w:r>
              <w:rPr>
                <w:rFonts w:ascii="Times New Roman" w:hAnsi="Times New Roman" w:cs="Times New Roman"/>
                <w:b/>
                <w:lang w:val="ru-RU"/>
              </w:rPr>
              <w:t>ы</w:t>
            </w:r>
          </w:p>
        </w:tc>
      </w:tr>
      <w:tr w:rsidR="00A53BBE" w:rsidRPr="008A6198" w:rsidTr="001142E3">
        <w:tc>
          <w:tcPr>
            <w:tcW w:w="5838" w:type="dxa"/>
            <w:vMerge/>
          </w:tcPr>
          <w:p w:rsidR="00A53BBE" w:rsidRPr="00E17F49" w:rsidRDefault="00A53BBE" w:rsidP="001142E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7" w:type="dxa"/>
          </w:tcPr>
          <w:p w:rsidR="00A53BBE" w:rsidRPr="00A53BBE" w:rsidRDefault="00A53BBE" w:rsidP="001142E3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И</w:t>
            </w:r>
          </w:p>
        </w:tc>
        <w:tc>
          <w:tcPr>
            <w:tcW w:w="601" w:type="dxa"/>
          </w:tcPr>
          <w:p w:rsidR="00A53BBE" w:rsidRPr="008A6198" w:rsidRDefault="00A53BBE" w:rsidP="001142E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A6198">
              <w:rPr>
                <w:rFonts w:ascii="Times New Roman" w:hAnsi="Times New Roman" w:cs="Times New Roman"/>
                <w:b/>
              </w:rPr>
              <w:t>Б</w:t>
            </w:r>
          </w:p>
        </w:tc>
        <w:tc>
          <w:tcPr>
            <w:tcW w:w="601" w:type="dxa"/>
            <w:gridSpan w:val="2"/>
          </w:tcPr>
          <w:p w:rsidR="00A53BBE" w:rsidRPr="008A6198" w:rsidRDefault="00A53BBE" w:rsidP="001142E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A6198">
              <w:rPr>
                <w:rFonts w:ascii="Times New Roman" w:hAnsi="Times New Roman" w:cs="Times New Roman"/>
                <w:b/>
              </w:rPr>
              <w:t>В</w:t>
            </w:r>
          </w:p>
        </w:tc>
        <w:tc>
          <w:tcPr>
            <w:tcW w:w="601" w:type="dxa"/>
            <w:gridSpan w:val="2"/>
          </w:tcPr>
          <w:p w:rsidR="00A53BBE" w:rsidRPr="008A6198" w:rsidRDefault="00A53BBE" w:rsidP="001142E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A6198">
              <w:rPr>
                <w:rFonts w:ascii="Times New Roman" w:hAnsi="Times New Roman" w:cs="Times New Roman"/>
                <w:b/>
              </w:rPr>
              <w:t>Г</w:t>
            </w:r>
          </w:p>
        </w:tc>
        <w:tc>
          <w:tcPr>
            <w:tcW w:w="1573" w:type="dxa"/>
          </w:tcPr>
          <w:p w:rsidR="00A53BBE" w:rsidRPr="00A53BBE" w:rsidRDefault="00A53BBE" w:rsidP="001142E3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К</w:t>
            </w:r>
          </w:p>
        </w:tc>
      </w:tr>
      <w:tr w:rsidR="00A53BBE" w:rsidRPr="008A6198" w:rsidTr="001142E3">
        <w:trPr>
          <w:trHeight w:val="439"/>
        </w:trPr>
        <w:tc>
          <w:tcPr>
            <w:tcW w:w="5838" w:type="dxa"/>
          </w:tcPr>
          <w:p w:rsidR="00A53BBE" w:rsidRPr="00E17F49" w:rsidRDefault="00A53BBE" w:rsidP="001142E3">
            <w:pPr>
              <w:jc w:val="center"/>
              <w:rPr>
                <w:rFonts w:ascii="Times New Roman" w:hAnsi="Times New Roman" w:cs="Times New Roman"/>
              </w:rPr>
            </w:pPr>
            <w:r w:rsidRPr="00E17F49">
              <w:rPr>
                <w:rFonts w:ascii="Times New Roman" w:hAnsi="Times New Roman" w:cs="Times New Roman"/>
              </w:rPr>
              <w:t>«Разговоры о важном»</w:t>
            </w:r>
          </w:p>
        </w:tc>
        <w:tc>
          <w:tcPr>
            <w:tcW w:w="567" w:type="dxa"/>
          </w:tcPr>
          <w:p w:rsidR="00A53BBE" w:rsidRPr="008A6198" w:rsidRDefault="00A53BBE" w:rsidP="001142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01" w:type="dxa"/>
          </w:tcPr>
          <w:p w:rsidR="00A53BBE" w:rsidRPr="008A6198" w:rsidRDefault="00A53BBE" w:rsidP="001142E3">
            <w:pPr>
              <w:jc w:val="center"/>
              <w:rPr>
                <w:rFonts w:ascii="Times New Roman" w:hAnsi="Times New Roman" w:cs="Times New Roman"/>
              </w:rPr>
            </w:pPr>
            <w:r w:rsidRPr="008A619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01" w:type="dxa"/>
            <w:gridSpan w:val="2"/>
          </w:tcPr>
          <w:p w:rsidR="00A53BBE" w:rsidRPr="008A6198" w:rsidRDefault="00A53BBE" w:rsidP="001142E3">
            <w:pPr>
              <w:jc w:val="center"/>
              <w:rPr>
                <w:rFonts w:ascii="Times New Roman" w:hAnsi="Times New Roman" w:cs="Times New Roman"/>
              </w:rPr>
            </w:pPr>
            <w:r w:rsidRPr="008A619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01" w:type="dxa"/>
            <w:gridSpan w:val="2"/>
          </w:tcPr>
          <w:p w:rsidR="00A53BBE" w:rsidRPr="008A6198" w:rsidRDefault="00A53BBE" w:rsidP="001142E3">
            <w:pPr>
              <w:jc w:val="center"/>
              <w:rPr>
                <w:rFonts w:ascii="Times New Roman" w:hAnsi="Times New Roman" w:cs="Times New Roman"/>
              </w:rPr>
            </w:pPr>
            <w:r w:rsidRPr="008A619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73" w:type="dxa"/>
          </w:tcPr>
          <w:p w:rsidR="00A53BBE" w:rsidRPr="008A6198" w:rsidRDefault="00A53BBE" w:rsidP="001142E3">
            <w:pPr>
              <w:jc w:val="center"/>
              <w:rPr>
                <w:rFonts w:ascii="Times New Roman" w:hAnsi="Times New Roman" w:cs="Times New Roman"/>
              </w:rPr>
            </w:pPr>
            <w:r w:rsidRPr="008A6198">
              <w:rPr>
                <w:rFonts w:ascii="Times New Roman" w:hAnsi="Times New Roman" w:cs="Times New Roman"/>
              </w:rPr>
              <w:t>1</w:t>
            </w:r>
          </w:p>
        </w:tc>
      </w:tr>
      <w:tr w:rsidR="00A53BBE" w:rsidRPr="008A6198" w:rsidTr="001142E3">
        <w:trPr>
          <w:trHeight w:val="418"/>
        </w:trPr>
        <w:tc>
          <w:tcPr>
            <w:tcW w:w="5838" w:type="dxa"/>
          </w:tcPr>
          <w:p w:rsidR="00A53BBE" w:rsidRPr="00E17F49" w:rsidRDefault="00A53BBE" w:rsidP="001142E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E17F49">
              <w:rPr>
                <w:rFonts w:ascii="Times New Roman" w:hAnsi="Times New Roman" w:cs="Times New Roman"/>
              </w:rPr>
              <w:t>«Россия – мои горизонты»</w:t>
            </w:r>
          </w:p>
        </w:tc>
        <w:tc>
          <w:tcPr>
            <w:tcW w:w="567" w:type="dxa"/>
          </w:tcPr>
          <w:p w:rsidR="00A53BBE" w:rsidRPr="008A6198" w:rsidRDefault="00A53BBE" w:rsidP="001142E3">
            <w:pPr>
              <w:jc w:val="center"/>
              <w:rPr>
                <w:rFonts w:ascii="Times New Roman" w:hAnsi="Times New Roman" w:cs="Times New Roman"/>
              </w:rPr>
            </w:pPr>
            <w:r w:rsidRPr="008A619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01" w:type="dxa"/>
          </w:tcPr>
          <w:p w:rsidR="00A53BBE" w:rsidRPr="008A6198" w:rsidRDefault="00A53BBE" w:rsidP="001142E3">
            <w:pPr>
              <w:jc w:val="center"/>
              <w:rPr>
                <w:rFonts w:ascii="Times New Roman" w:hAnsi="Times New Roman" w:cs="Times New Roman"/>
              </w:rPr>
            </w:pPr>
            <w:r w:rsidRPr="008A619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01" w:type="dxa"/>
            <w:gridSpan w:val="2"/>
          </w:tcPr>
          <w:p w:rsidR="00A53BBE" w:rsidRPr="008A6198" w:rsidRDefault="00A53BBE" w:rsidP="001142E3">
            <w:pPr>
              <w:jc w:val="center"/>
              <w:rPr>
                <w:rFonts w:ascii="Times New Roman" w:hAnsi="Times New Roman" w:cs="Times New Roman"/>
              </w:rPr>
            </w:pPr>
            <w:r w:rsidRPr="008A619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01" w:type="dxa"/>
            <w:gridSpan w:val="2"/>
          </w:tcPr>
          <w:p w:rsidR="00A53BBE" w:rsidRPr="008A6198" w:rsidRDefault="00A53BBE" w:rsidP="001142E3">
            <w:pPr>
              <w:jc w:val="center"/>
              <w:rPr>
                <w:rFonts w:ascii="Times New Roman" w:hAnsi="Times New Roman" w:cs="Times New Roman"/>
              </w:rPr>
            </w:pPr>
            <w:r w:rsidRPr="008A619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73" w:type="dxa"/>
          </w:tcPr>
          <w:p w:rsidR="00A53BBE" w:rsidRPr="008A6198" w:rsidRDefault="00A53BBE" w:rsidP="001142E3">
            <w:pPr>
              <w:jc w:val="center"/>
              <w:rPr>
                <w:rFonts w:ascii="Times New Roman" w:hAnsi="Times New Roman" w:cs="Times New Roman"/>
              </w:rPr>
            </w:pPr>
            <w:r w:rsidRPr="008A6198">
              <w:rPr>
                <w:rFonts w:ascii="Times New Roman" w:hAnsi="Times New Roman" w:cs="Times New Roman"/>
              </w:rPr>
              <w:t>1</w:t>
            </w:r>
          </w:p>
        </w:tc>
      </w:tr>
      <w:tr w:rsidR="00A53BBE" w:rsidRPr="008A6198" w:rsidTr="001142E3">
        <w:trPr>
          <w:trHeight w:val="780"/>
        </w:trPr>
        <w:tc>
          <w:tcPr>
            <w:tcW w:w="5838" w:type="dxa"/>
          </w:tcPr>
          <w:p w:rsidR="00A53BBE" w:rsidRPr="00E17F49" w:rsidRDefault="00A53BBE" w:rsidP="001142E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E17F49">
              <w:rPr>
                <w:rFonts w:ascii="Times New Roman" w:hAnsi="Times New Roman" w:cs="Times New Roman"/>
                <w:lang w:val="ru-RU"/>
              </w:rPr>
              <w:t>«Основы финансовой грамотности. Финансовая культура»</w:t>
            </w:r>
          </w:p>
          <w:p w:rsidR="00A53BBE" w:rsidRPr="00E17F49" w:rsidRDefault="00A53BBE" w:rsidP="001142E3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E17F49">
              <w:rPr>
                <w:rFonts w:ascii="Times New Roman" w:hAnsi="Times New Roman" w:cs="Times New Roman"/>
                <w:b/>
                <w:bCs/>
                <w:shd w:val="clear" w:color="auto" w:fill="FFFFFF"/>
                <w:lang w:val="ru-RU"/>
              </w:rPr>
              <w:t>«</w:t>
            </w:r>
            <w:r w:rsidRPr="00E17F49">
              <w:rPr>
                <w:rStyle w:val="af6"/>
                <w:rFonts w:ascii="Times New Roman" w:hAnsi="Times New Roman" w:cs="Times New Roman"/>
                <w:b w:val="0"/>
                <w:bdr w:val="none" w:sz="0" w:space="0" w:color="auto" w:frame="1"/>
                <w:shd w:val="clear" w:color="auto" w:fill="FFFFFF"/>
                <w:lang w:val="ru-RU"/>
              </w:rPr>
              <w:t>Основы информационной культуры школьников: учимся быть убедительными и защищенными</w:t>
            </w:r>
            <w:r w:rsidRPr="00E17F49">
              <w:rPr>
                <w:rFonts w:ascii="Times New Roman" w:hAnsi="Times New Roman" w:cs="Times New Roman"/>
                <w:b/>
                <w:bCs/>
                <w:shd w:val="clear" w:color="auto" w:fill="FFFFFF"/>
                <w:lang w:val="ru-RU"/>
              </w:rPr>
              <w:t>»</w:t>
            </w:r>
          </w:p>
          <w:p w:rsidR="00A53BBE" w:rsidRPr="00E17F49" w:rsidRDefault="00A53BBE" w:rsidP="001142E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E17F49">
              <w:rPr>
                <w:rFonts w:ascii="Times New Roman" w:hAnsi="Times New Roman" w:cs="Times New Roman"/>
                <w:lang w:val="ru-RU"/>
              </w:rPr>
              <w:t xml:space="preserve">«Великие достижения соотечественников» </w:t>
            </w:r>
          </w:p>
          <w:p w:rsidR="00A53BBE" w:rsidRPr="00E17F49" w:rsidRDefault="00A53BBE" w:rsidP="001142E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E17F49">
              <w:rPr>
                <w:rFonts w:ascii="Times New Roman" w:hAnsi="Times New Roman" w:cs="Times New Roman"/>
                <w:lang w:val="ru-RU"/>
              </w:rPr>
              <w:t>«Мой Симферополь в истории Отечества»</w:t>
            </w:r>
          </w:p>
          <w:p w:rsidR="00A53BBE" w:rsidRPr="00E17F49" w:rsidRDefault="00A53BBE" w:rsidP="001142E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567" w:type="dxa"/>
          </w:tcPr>
          <w:p w:rsidR="00A53BBE" w:rsidRPr="004E46CE" w:rsidRDefault="00A53BBE" w:rsidP="001142E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  <w:p w:rsidR="00A53BBE" w:rsidRPr="00A53BBE" w:rsidRDefault="00A53BBE" w:rsidP="001142E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</w:t>
            </w:r>
          </w:p>
          <w:p w:rsidR="00A53BBE" w:rsidRDefault="00A53BBE" w:rsidP="001142E3">
            <w:pPr>
              <w:jc w:val="center"/>
              <w:rPr>
                <w:rFonts w:ascii="Times New Roman" w:hAnsi="Times New Roman" w:cs="Times New Roman"/>
              </w:rPr>
            </w:pPr>
          </w:p>
          <w:p w:rsidR="00A53BBE" w:rsidRPr="008A6198" w:rsidRDefault="00A53BBE" w:rsidP="001142E3">
            <w:pPr>
              <w:jc w:val="center"/>
              <w:rPr>
                <w:rFonts w:ascii="Times New Roman" w:hAnsi="Times New Roman" w:cs="Times New Roman"/>
              </w:rPr>
            </w:pPr>
            <w:r w:rsidRPr="008A6198">
              <w:rPr>
                <w:rFonts w:ascii="Times New Roman" w:hAnsi="Times New Roman" w:cs="Times New Roman"/>
              </w:rPr>
              <w:t>0,5</w:t>
            </w:r>
          </w:p>
          <w:p w:rsidR="00A53BBE" w:rsidRPr="008A6198" w:rsidRDefault="00A53BBE" w:rsidP="001142E3">
            <w:pPr>
              <w:jc w:val="center"/>
              <w:rPr>
                <w:rFonts w:ascii="Times New Roman" w:hAnsi="Times New Roman" w:cs="Times New Roman"/>
              </w:rPr>
            </w:pPr>
            <w:r w:rsidRPr="008A6198">
              <w:rPr>
                <w:rFonts w:ascii="Times New Roman" w:hAnsi="Times New Roman" w:cs="Times New Roman"/>
              </w:rPr>
              <w:t>0,5</w:t>
            </w:r>
          </w:p>
          <w:p w:rsidR="00A53BBE" w:rsidRPr="008A6198" w:rsidRDefault="00A53BBE" w:rsidP="001142E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1" w:type="dxa"/>
          </w:tcPr>
          <w:p w:rsidR="00A53BBE" w:rsidRPr="008A6198" w:rsidRDefault="00A53BBE" w:rsidP="001142E3">
            <w:pPr>
              <w:jc w:val="center"/>
              <w:rPr>
                <w:rFonts w:ascii="Times New Roman" w:hAnsi="Times New Roman" w:cs="Times New Roman"/>
              </w:rPr>
            </w:pPr>
            <w:r w:rsidRPr="008A6198">
              <w:rPr>
                <w:rFonts w:ascii="Times New Roman" w:hAnsi="Times New Roman" w:cs="Times New Roman"/>
              </w:rPr>
              <w:t>1</w:t>
            </w:r>
          </w:p>
          <w:p w:rsidR="00A53BBE" w:rsidRDefault="00A53BBE" w:rsidP="001142E3">
            <w:pPr>
              <w:jc w:val="center"/>
              <w:rPr>
                <w:rFonts w:ascii="Times New Roman" w:hAnsi="Times New Roman" w:cs="Times New Roman"/>
              </w:rPr>
            </w:pPr>
          </w:p>
          <w:p w:rsidR="00A53BBE" w:rsidRDefault="00A53BBE" w:rsidP="001142E3">
            <w:pPr>
              <w:jc w:val="center"/>
              <w:rPr>
                <w:rFonts w:ascii="Times New Roman" w:hAnsi="Times New Roman" w:cs="Times New Roman"/>
              </w:rPr>
            </w:pPr>
          </w:p>
          <w:p w:rsidR="00A53BBE" w:rsidRPr="008A6198" w:rsidRDefault="00A53BBE" w:rsidP="001142E3">
            <w:pPr>
              <w:jc w:val="center"/>
              <w:rPr>
                <w:rFonts w:ascii="Times New Roman" w:hAnsi="Times New Roman" w:cs="Times New Roman"/>
              </w:rPr>
            </w:pPr>
            <w:r w:rsidRPr="008A6198">
              <w:rPr>
                <w:rFonts w:ascii="Times New Roman" w:hAnsi="Times New Roman" w:cs="Times New Roman"/>
              </w:rPr>
              <w:t>0,5</w:t>
            </w:r>
          </w:p>
          <w:p w:rsidR="00A53BBE" w:rsidRPr="008A6198" w:rsidRDefault="00A53BBE" w:rsidP="001142E3">
            <w:pPr>
              <w:jc w:val="center"/>
              <w:rPr>
                <w:rFonts w:ascii="Times New Roman" w:hAnsi="Times New Roman" w:cs="Times New Roman"/>
              </w:rPr>
            </w:pPr>
            <w:r w:rsidRPr="008A6198">
              <w:rPr>
                <w:rFonts w:ascii="Times New Roman" w:hAnsi="Times New Roman" w:cs="Times New Roman"/>
              </w:rPr>
              <w:t>0,5</w:t>
            </w:r>
          </w:p>
          <w:p w:rsidR="00A53BBE" w:rsidRPr="008A6198" w:rsidRDefault="00A53BBE" w:rsidP="001142E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1" w:type="dxa"/>
            <w:gridSpan w:val="2"/>
          </w:tcPr>
          <w:p w:rsidR="00A53BBE" w:rsidRPr="008A6198" w:rsidRDefault="00A53BBE" w:rsidP="001142E3">
            <w:pPr>
              <w:jc w:val="center"/>
              <w:rPr>
                <w:rFonts w:ascii="Times New Roman" w:hAnsi="Times New Roman" w:cs="Times New Roman"/>
              </w:rPr>
            </w:pPr>
            <w:r w:rsidRPr="008A6198">
              <w:rPr>
                <w:rFonts w:ascii="Times New Roman" w:hAnsi="Times New Roman" w:cs="Times New Roman"/>
              </w:rPr>
              <w:t>1</w:t>
            </w:r>
          </w:p>
          <w:p w:rsidR="00A53BBE" w:rsidRDefault="00A53BBE" w:rsidP="001142E3">
            <w:pPr>
              <w:jc w:val="center"/>
              <w:rPr>
                <w:rFonts w:ascii="Times New Roman" w:hAnsi="Times New Roman" w:cs="Times New Roman"/>
              </w:rPr>
            </w:pPr>
          </w:p>
          <w:p w:rsidR="00A53BBE" w:rsidRDefault="00A53BBE" w:rsidP="001142E3">
            <w:pPr>
              <w:jc w:val="center"/>
              <w:rPr>
                <w:rFonts w:ascii="Times New Roman" w:hAnsi="Times New Roman" w:cs="Times New Roman"/>
              </w:rPr>
            </w:pPr>
          </w:p>
          <w:p w:rsidR="00A53BBE" w:rsidRPr="008A6198" w:rsidRDefault="00A53BBE" w:rsidP="001142E3">
            <w:pPr>
              <w:jc w:val="center"/>
              <w:rPr>
                <w:rFonts w:ascii="Times New Roman" w:hAnsi="Times New Roman" w:cs="Times New Roman"/>
              </w:rPr>
            </w:pPr>
            <w:r w:rsidRPr="008A6198">
              <w:rPr>
                <w:rFonts w:ascii="Times New Roman" w:hAnsi="Times New Roman" w:cs="Times New Roman"/>
              </w:rPr>
              <w:t>0,5</w:t>
            </w:r>
          </w:p>
          <w:p w:rsidR="00A53BBE" w:rsidRPr="008A6198" w:rsidRDefault="00A53BBE" w:rsidP="001142E3">
            <w:pPr>
              <w:jc w:val="center"/>
              <w:rPr>
                <w:rFonts w:ascii="Times New Roman" w:hAnsi="Times New Roman" w:cs="Times New Roman"/>
              </w:rPr>
            </w:pPr>
            <w:r w:rsidRPr="008A6198">
              <w:rPr>
                <w:rFonts w:ascii="Times New Roman" w:hAnsi="Times New Roman" w:cs="Times New Roman"/>
              </w:rPr>
              <w:t>0,5</w:t>
            </w:r>
          </w:p>
          <w:p w:rsidR="00A53BBE" w:rsidRPr="008A6198" w:rsidRDefault="00A53BBE" w:rsidP="001142E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1" w:type="dxa"/>
            <w:gridSpan w:val="2"/>
          </w:tcPr>
          <w:p w:rsidR="00A53BBE" w:rsidRPr="008A6198" w:rsidRDefault="00A53BBE" w:rsidP="001142E3">
            <w:pPr>
              <w:jc w:val="center"/>
              <w:rPr>
                <w:rFonts w:ascii="Times New Roman" w:hAnsi="Times New Roman" w:cs="Times New Roman"/>
              </w:rPr>
            </w:pPr>
            <w:r w:rsidRPr="008A6198">
              <w:rPr>
                <w:rFonts w:ascii="Times New Roman" w:hAnsi="Times New Roman" w:cs="Times New Roman"/>
              </w:rPr>
              <w:t>1</w:t>
            </w:r>
          </w:p>
          <w:p w:rsidR="00A53BBE" w:rsidRDefault="00A53BBE" w:rsidP="001142E3">
            <w:pPr>
              <w:jc w:val="center"/>
              <w:rPr>
                <w:rFonts w:ascii="Times New Roman" w:hAnsi="Times New Roman" w:cs="Times New Roman"/>
              </w:rPr>
            </w:pPr>
          </w:p>
          <w:p w:rsidR="00A53BBE" w:rsidRDefault="00A53BBE" w:rsidP="001142E3">
            <w:pPr>
              <w:jc w:val="center"/>
              <w:rPr>
                <w:rFonts w:ascii="Times New Roman" w:hAnsi="Times New Roman" w:cs="Times New Roman"/>
              </w:rPr>
            </w:pPr>
          </w:p>
          <w:p w:rsidR="00A53BBE" w:rsidRPr="008A6198" w:rsidRDefault="00A53BBE" w:rsidP="001142E3">
            <w:pPr>
              <w:jc w:val="center"/>
              <w:rPr>
                <w:rFonts w:ascii="Times New Roman" w:hAnsi="Times New Roman" w:cs="Times New Roman"/>
              </w:rPr>
            </w:pPr>
            <w:r w:rsidRPr="008A6198">
              <w:rPr>
                <w:rFonts w:ascii="Times New Roman" w:hAnsi="Times New Roman" w:cs="Times New Roman"/>
              </w:rPr>
              <w:t>0,5</w:t>
            </w:r>
          </w:p>
          <w:p w:rsidR="00A53BBE" w:rsidRPr="008A6198" w:rsidRDefault="00A53BBE" w:rsidP="001142E3">
            <w:pPr>
              <w:jc w:val="center"/>
              <w:rPr>
                <w:rFonts w:ascii="Times New Roman" w:hAnsi="Times New Roman" w:cs="Times New Roman"/>
              </w:rPr>
            </w:pPr>
            <w:r w:rsidRPr="008A6198">
              <w:rPr>
                <w:rFonts w:ascii="Times New Roman" w:hAnsi="Times New Roman" w:cs="Times New Roman"/>
              </w:rPr>
              <w:t>0,5</w:t>
            </w:r>
          </w:p>
          <w:p w:rsidR="00A53BBE" w:rsidRPr="008A6198" w:rsidRDefault="00A53BBE" w:rsidP="001142E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73" w:type="dxa"/>
          </w:tcPr>
          <w:p w:rsidR="00A53BBE" w:rsidRPr="008A6198" w:rsidRDefault="00A53BBE" w:rsidP="001142E3">
            <w:pPr>
              <w:jc w:val="center"/>
              <w:rPr>
                <w:rFonts w:ascii="Times New Roman" w:hAnsi="Times New Roman" w:cs="Times New Roman"/>
              </w:rPr>
            </w:pPr>
          </w:p>
          <w:p w:rsidR="00A53BBE" w:rsidRPr="00A53BBE" w:rsidRDefault="00A53BBE" w:rsidP="001142E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</w:t>
            </w:r>
          </w:p>
          <w:p w:rsidR="00A53BBE" w:rsidRDefault="00A53BBE" w:rsidP="001142E3">
            <w:pPr>
              <w:jc w:val="center"/>
              <w:rPr>
                <w:rFonts w:ascii="Times New Roman" w:hAnsi="Times New Roman" w:cs="Times New Roman"/>
              </w:rPr>
            </w:pPr>
          </w:p>
          <w:p w:rsidR="00A53BBE" w:rsidRPr="008A6198" w:rsidRDefault="00A53BBE" w:rsidP="001142E3">
            <w:pPr>
              <w:jc w:val="center"/>
              <w:rPr>
                <w:rFonts w:ascii="Times New Roman" w:hAnsi="Times New Roman" w:cs="Times New Roman"/>
              </w:rPr>
            </w:pPr>
            <w:r w:rsidRPr="008A6198">
              <w:rPr>
                <w:rFonts w:ascii="Times New Roman" w:hAnsi="Times New Roman" w:cs="Times New Roman"/>
              </w:rPr>
              <w:t>0,5</w:t>
            </w:r>
          </w:p>
          <w:p w:rsidR="00A53BBE" w:rsidRPr="008A6198" w:rsidRDefault="00A53BBE" w:rsidP="001142E3">
            <w:pPr>
              <w:jc w:val="center"/>
              <w:rPr>
                <w:rFonts w:ascii="Times New Roman" w:hAnsi="Times New Roman" w:cs="Times New Roman"/>
              </w:rPr>
            </w:pPr>
            <w:r w:rsidRPr="008A6198">
              <w:rPr>
                <w:rFonts w:ascii="Times New Roman" w:hAnsi="Times New Roman" w:cs="Times New Roman"/>
              </w:rPr>
              <w:t>0,5</w:t>
            </w:r>
          </w:p>
          <w:p w:rsidR="00A53BBE" w:rsidRPr="008A6198" w:rsidRDefault="00A53BBE" w:rsidP="001142E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53BBE" w:rsidRPr="008A6198" w:rsidTr="001142E3">
        <w:trPr>
          <w:trHeight w:val="552"/>
        </w:trPr>
        <w:tc>
          <w:tcPr>
            <w:tcW w:w="5838" w:type="dxa"/>
          </w:tcPr>
          <w:p w:rsidR="00A53BBE" w:rsidRPr="00E17F49" w:rsidRDefault="00A53BBE" w:rsidP="001142E3">
            <w:pPr>
              <w:jc w:val="center"/>
              <w:rPr>
                <w:rFonts w:ascii="Times New Roman" w:hAnsi="Times New Roman" w:cs="Times New Roman"/>
                <w:bCs/>
                <w:shd w:val="clear" w:color="auto" w:fill="FBE395"/>
                <w:lang w:val="ru-RU"/>
              </w:rPr>
            </w:pPr>
            <w:r w:rsidRPr="00E17F49">
              <w:rPr>
                <w:rFonts w:ascii="Times New Roman" w:hAnsi="Times New Roman" w:cs="Times New Roman"/>
                <w:lang w:val="ru-RU"/>
              </w:rPr>
              <w:t>«Искусственный интелект»</w:t>
            </w:r>
          </w:p>
          <w:p w:rsidR="00A53BBE" w:rsidRPr="00E17F49" w:rsidRDefault="00A53BBE" w:rsidP="001142E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E17F49">
              <w:rPr>
                <w:rFonts w:ascii="Times New Roman" w:hAnsi="Times New Roman" w:cs="Times New Roman"/>
                <w:lang w:val="ru-RU"/>
              </w:rPr>
              <w:t>«Биология. Проектно-исследовательская деятельность»</w:t>
            </w:r>
          </w:p>
          <w:p w:rsidR="00A53BBE" w:rsidRPr="00E17F49" w:rsidRDefault="00A53BBE" w:rsidP="001142E3">
            <w:pPr>
              <w:jc w:val="center"/>
              <w:rPr>
                <w:rFonts w:ascii="Times New Roman" w:hAnsi="Times New Roman" w:cs="Times New Roman"/>
                <w:bCs/>
                <w:shd w:val="clear" w:color="auto" w:fill="FFFFFF"/>
                <w:lang w:val="ru-RU"/>
              </w:rPr>
            </w:pPr>
            <w:r w:rsidRPr="00E17F49">
              <w:rPr>
                <w:rFonts w:ascii="Times New Roman" w:hAnsi="Times New Roman" w:cs="Times New Roman"/>
                <w:bCs/>
                <w:shd w:val="clear" w:color="auto" w:fill="FFFFFF"/>
                <w:lang w:val="ru-RU"/>
              </w:rPr>
              <w:t>«Математика: магия и стройность чисел»</w:t>
            </w:r>
          </w:p>
          <w:p w:rsidR="00A53BBE" w:rsidRPr="00E17F49" w:rsidRDefault="00A53BBE" w:rsidP="001142E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E17F49">
              <w:rPr>
                <w:rFonts w:ascii="Times New Roman" w:hAnsi="Times New Roman" w:cs="Times New Roman"/>
              </w:rPr>
              <w:t>«Нескучная информатика»</w:t>
            </w:r>
          </w:p>
        </w:tc>
        <w:tc>
          <w:tcPr>
            <w:tcW w:w="567" w:type="dxa"/>
          </w:tcPr>
          <w:p w:rsidR="00A53BBE" w:rsidRPr="00A53BBE" w:rsidRDefault="00A53BBE" w:rsidP="001142E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0,5</w:t>
            </w:r>
          </w:p>
          <w:p w:rsidR="00A53BBE" w:rsidRPr="00A53BBE" w:rsidRDefault="00A53BBE" w:rsidP="001142E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  <w:p w:rsidR="00A53BBE" w:rsidRDefault="00A53BBE" w:rsidP="001142E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0,5</w:t>
            </w:r>
          </w:p>
          <w:p w:rsidR="00A53BBE" w:rsidRPr="00A53BBE" w:rsidRDefault="00A53BBE" w:rsidP="001142E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601" w:type="dxa"/>
          </w:tcPr>
          <w:p w:rsidR="00A53BBE" w:rsidRPr="00A53BBE" w:rsidRDefault="00A53BBE" w:rsidP="001142E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0,5</w:t>
            </w:r>
          </w:p>
          <w:p w:rsidR="00A53BBE" w:rsidRPr="00A53BBE" w:rsidRDefault="00A53BBE" w:rsidP="001142E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0,5</w:t>
            </w:r>
          </w:p>
          <w:p w:rsidR="00A53BBE" w:rsidRPr="008A6198" w:rsidRDefault="00A53BBE" w:rsidP="001142E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1" w:type="dxa"/>
            <w:gridSpan w:val="2"/>
          </w:tcPr>
          <w:p w:rsidR="00A53BBE" w:rsidRPr="00A53BBE" w:rsidRDefault="00A53BBE" w:rsidP="001142E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0,5</w:t>
            </w:r>
          </w:p>
          <w:p w:rsidR="00A53BBE" w:rsidRPr="00A53BBE" w:rsidRDefault="00A53BBE" w:rsidP="001142E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0,5</w:t>
            </w:r>
          </w:p>
        </w:tc>
        <w:tc>
          <w:tcPr>
            <w:tcW w:w="601" w:type="dxa"/>
            <w:gridSpan w:val="2"/>
          </w:tcPr>
          <w:p w:rsidR="00A53BBE" w:rsidRPr="00A53BBE" w:rsidRDefault="00A53BBE" w:rsidP="001142E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0,5</w:t>
            </w:r>
          </w:p>
          <w:p w:rsidR="00A53BBE" w:rsidRPr="00A53BBE" w:rsidRDefault="00A53BBE" w:rsidP="001142E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0,5</w:t>
            </w:r>
          </w:p>
        </w:tc>
        <w:tc>
          <w:tcPr>
            <w:tcW w:w="1573" w:type="dxa"/>
          </w:tcPr>
          <w:p w:rsidR="00A53BBE" w:rsidRDefault="00A53BBE" w:rsidP="001142E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  <w:p w:rsidR="00A53BBE" w:rsidRDefault="00A53BBE" w:rsidP="001142E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  <w:p w:rsidR="00A53BBE" w:rsidRDefault="00A53BBE" w:rsidP="001142E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  <w:p w:rsidR="00A53BBE" w:rsidRPr="00A53BBE" w:rsidRDefault="00A53BBE" w:rsidP="001142E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</w:t>
            </w:r>
          </w:p>
        </w:tc>
      </w:tr>
      <w:tr w:rsidR="00A53BBE" w:rsidRPr="008A6198" w:rsidTr="001142E3">
        <w:trPr>
          <w:trHeight w:val="552"/>
        </w:trPr>
        <w:tc>
          <w:tcPr>
            <w:tcW w:w="5838" w:type="dxa"/>
          </w:tcPr>
          <w:p w:rsidR="00A53BBE" w:rsidRPr="00E17F49" w:rsidRDefault="00A53BBE" w:rsidP="001142E3">
            <w:pPr>
              <w:jc w:val="center"/>
              <w:rPr>
                <w:rFonts w:ascii="Times New Roman" w:hAnsi="Times New Roman" w:cs="Times New Roman"/>
              </w:rPr>
            </w:pPr>
            <w:r w:rsidRPr="00E17F49">
              <w:rPr>
                <w:rFonts w:ascii="Times New Roman" w:hAnsi="Times New Roman" w:cs="Times New Roman"/>
              </w:rPr>
              <w:t>«Бейсбол»</w:t>
            </w:r>
          </w:p>
        </w:tc>
        <w:tc>
          <w:tcPr>
            <w:tcW w:w="567" w:type="dxa"/>
          </w:tcPr>
          <w:p w:rsidR="00A53BBE" w:rsidRPr="008A6198" w:rsidRDefault="00A53BBE" w:rsidP="001142E3">
            <w:pPr>
              <w:jc w:val="center"/>
              <w:rPr>
                <w:rFonts w:ascii="Times New Roman" w:hAnsi="Times New Roman" w:cs="Times New Roman"/>
              </w:rPr>
            </w:pPr>
            <w:r w:rsidRPr="008A619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01" w:type="dxa"/>
          </w:tcPr>
          <w:p w:rsidR="00A53BBE" w:rsidRPr="008A6198" w:rsidRDefault="00A53BBE" w:rsidP="001142E3">
            <w:pPr>
              <w:jc w:val="center"/>
              <w:rPr>
                <w:rFonts w:ascii="Times New Roman" w:hAnsi="Times New Roman" w:cs="Times New Roman"/>
              </w:rPr>
            </w:pPr>
            <w:r w:rsidRPr="008A619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01" w:type="dxa"/>
            <w:gridSpan w:val="2"/>
          </w:tcPr>
          <w:p w:rsidR="00A53BBE" w:rsidRPr="008A6198" w:rsidRDefault="00A53BBE" w:rsidP="001142E3">
            <w:pPr>
              <w:jc w:val="center"/>
              <w:rPr>
                <w:rFonts w:ascii="Times New Roman" w:hAnsi="Times New Roman" w:cs="Times New Roman"/>
              </w:rPr>
            </w:pPr>
            <w:r w:rsidRPr="008A619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01" w:type="dxa"/>
            <w:gridSpan w:val="2"/>
          </w:tcPr>
          <w:p w:rsidR="00A53BBE" w:rsidRPr="008A6198" w:rsidRDefault="00A53BBE" w:rsidP="001142E3">
            <w:pPr>
              <w:jc w:val="center"/>
              <w:rPr>
                <w:rFonts w:ascii="Times New Roman" w:hAnsi="Times New Roman" w:cs="Times New Roman"/>
              </w:rPr>
            </w:pPr>
            <w:r w:rsidRPr="008A619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73" w:type="dxa"/>
          </w:tcPr>
          <w:p w:rsidR="00A53BBE" w:rsidRPr="008A6198" w:rsidRDefault="00A53BBE" w:rsidP="001142E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53BBE" w:rsidRPr="008A6198" w:rsidTr="001142E3">
        <w:trPr>
          <w:trHeight w:val="552"/>
        </w:trPr>
        <w:tc>
          <w:tcPr>
            <w:tcW w:w="5838" w:type="dxa"/>
          </w:tcPr>
          <w:p w:rsidR="00A53BBE" w:rsidRPr="00E17F49" w:rsidRDefault="00A53BBE" w:rsidP="001142E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E17F49">
              <w:rPr>
                <w:rFonts w:ascii="Times New Roman" w:hAnsi="Times New Roman" w:cs="Times New Roman"/>
                <w:lang w:val="ru-RU"/>
              </w:rPr>
              <w:t>«Ступенька ГТО»</w:t>
            </w:r>
          </w:p>
        </w:tc>
        <w:tc>
          <w:tcPr>
            <w:tcW w:w="567" w:type="dxa"/>
          </w:tcPr>
          <w:p w:rsidR="00A53BBE" w:rsidRPr="008A6198" w:rsidRDefault="00A53BBE" w:rsidP="001142E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1" w:type="dxa"/>
          </w:tcPr>
          <w:p w:rsidR="00A53BBE" w:rsidRPr="008A6198" w:rsidRDefault="00A53BBE" w:rsidP="001142E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1" w:type="dxa"/>
            <w:gridSpan w:val="2"/>
          </w:tcPr>
          <w:p w:rsidR="00A53BBE" w:rsidRPr="008A6198" w:rsidRDefault="00A53BBE" w:rsidP="001142E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1" w:type="dxa"/>
            <w:gridSpan w:val="2"/>
          </w:tcPr>
          <w:p w:rsidR="00A53BBE" w:rsidRPr="008A6198" w:rsidRDefault="00A53BBE" w:rsidP="001142E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73" w:type="dxa"/>
          </w:tcPr>
          <w:p w:rsidR="00A53BBE" w:rsidRPr="00A53BBE" w:rsidRDefault="00A53BBE" w:rsidP="001142E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</w:t>
            </w:r>
          </w:p>
        </w:tc>
      </w:tr>
      <w:tr w:rsidR="00A53BBE" w:rsidRPr="008A6198" w:rsidTr="001142E3">
        <w:trPr>
          <w:trHeight w:val="552"/>
        </w:trPr>
        <w:tc>
          <w:tcPr>
            <w:tcW w:w="5838" w:type="dxa"/>
          </w:tcPr>
          <w:p w:rsidR="00A53BBE" w:rsidRPr="00E17F49" w:rsidRDefault="00A53BBE" w:rsidP="001142E3">
            <w:pPr>
              <w:jc w:val="center"/>
              <w:rPr>
                <w:rFonts w:ascii="Times New Roman" w:hAnsi="Times New Roman" w:cs="Times New Roman"/>
              </w:rPr>
            </w:pPr>
            <w:r w:rsidRPr="00E17F49">
              <w:rPr>
                <w:rFonts w:ascii="Times New Roman" w:hAnsi="Times New Roman" w:cs="Times New Roman"/>
              </w:rPr>
              <w:t>История государства Российского</w:t>
            </w:r>
          </w:p>
        </w:tc>
        <w:tc>
          <w:tcPr>
            <w:tcW w:w="567" w:type="dxa"/>
          </w:tcPr>
          <w:p w:rsidR="00A53BBE" w:rsidRPr="008A6198" w:rsidRDefault="00A53BBE" w:rsidP="001142E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1" w:type="dxa"/>
          </w:tcPr>
          <w:p w:rsidR="00A53BBE" w:rsidRPr="008A6198" w:rsidRDefault="00A53BBE" w:rsidP="001142E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1" w:type="dxa"/>
            <w:gridSpan w:val="2"/>
          </w:tcPr>
          <w:p w:rsidR="00A53BBE" w:rsidRPr="008A6198" w:rsidRDefault="00A53BBE" w:rsidP="001142E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1" w:type="dxa"/>
            <w:gridSpan w:val="2"/>
          </w:tcPr>
          <w:p w:rsidR="00A53BBE" w:rsidRPr="008A6198" w:rsidRDefault="00A53BBE" w:rsidP="001142E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73" w:type="dxa"/>
          </w:tcPr>
          <w:p w:rsidR="00A53BBE" w:rsidRPr="008A6198" w:rsidRDefault="00A53BBE" w:rsidP="001142E3">
            <w:pPr>
              <w:jc w:val="center"/>
              <w:rPr>
                <w:rFonts w:ascii="Times New Roman" w:hAnsi="Times New Roman" w:cs="Times New Roman"/>
              </w:rPr>
            </w:pPr>
            <w:r w:rsidRPr="008A6198">
              <w:rPr>
                <w:rFonts w:ascii="Times New Roman" w:hAnsi="Times New Roman" w:cs="Times New Roman"/>
              </w:rPr>
              <w:t>1</w:t>
            </w:r>
          </w:p>
        </w:tc>
      </w:tr>
      <w:tr w:rsidR="00A53BBE" w:rsidRPr="008A6198" w:rsidTr="001142E3">
        <w:trPr>
          <w:trHeight w:val="552"/>
        </w:trPr>
        <w:tc>
          <w:tcPr>
            <w:tcW w:w="5838" w:type="dxa"/>
          </w:tcPr>
          <w:p w:rsidR="00A53BBE" w:rsidRPr="00E17F49" w:rsidRDefault="00A53BBE" w:rsidP="001142E3">
            <w:pPr>
              <w:jc w:val="center"/>
              <w:rPr>
                <w:rFonts w:ascii="Times New Roman" w:hAnsi="Times New Roman" w:cs="Times New Roman"/>
              </w:rPr>
            </w:pPr>
            <w:r w:rsidRPr="00E17F49">
              <w:rPr>
                <w:rFonts w:ascii="Times New Roman" w:hAnsi="Times New Roman" w:cs="Times New Roman"/>
              </w:rPr>
              <w:t>Основы строевой подготовки</w:t>
            </w:r>
          </w:p>
        </w:tc>
        <w:tc>
          <w:tcPr>
            <w:tcW w:w="567" w:type="dxa"/>
          </w:tcPr>
          <w:p w:rsidR="00A53BBE" w:rsidRPr="008A6198" w:rsidRDefault="00A53BBE" w:rsidP="001142E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1" w:type="dxa"/>
          </w:tcPr>
          <w:p w:rsidR="00A53BBE" w:rsidRPr="008A6198" w:rsidRDefault="00A53BBE" w:rsidP="001142E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1" w:type="dxa"/>
            <w:gridSpan w:val="2"/>
          </w:tcPr>
          <w:p w:rsidR="00A53BBE" w:rsidRPr="008A6198" w:rsidRDefault="00A53BBE" w:rsidP="001142E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1" w:type="dxa"/>
            <w:gridSpan w:val="2"/>
          </w:tcPr>
          <w:p w:rsidR="00A53BBE" w:rsidRPr="008A6198" w:rsidRDefault="00A53BBE" w:rsidP="001142E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73" w:type="dxa"/>
          </w:tcPr>
          <w:p w:rsidR="00A53BBE" w:rsidRPr="00A53BBE" w:rsidRDefault="00A53BBE" w:rsidP="001142E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</w:t>
            </w:r>
          </w:p>
        </w:tc>
      </w:tr>
      <w:tr w:rsidR="00A53BBE" w:rsidRPr="008A6198" w:rsidTr="001142E3">
        <w:trPr>
          <w:trHeight w:val="552"/>
        </w:trPr>
        <w:tc>
          <w:tcPr>
            <w:tcW w:w="5838" w:type="dxa"/>
          </w:tcPr>
          <w:p w:rsidR="00A53BBE" w:rsidRPr="00E17F49" w:rsidRDefault="00A53BBE" w:rsidP="001142E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E17F49">
              <w:rPr>
                <w:rFonts w:ascii="Times New Roman" w:hAnsi="Times New Roman" w:cs="Times New Roman"/>
                <w:lang w:val="ru-RU"/>
              </w:rPr>
              <w:t>Знакомство с оружием</w:t>
            </w:r>
          </w:p>
        </w:tc>
        <w:tc>
          <w:tcPr>
            <w:tcW w:w="567" w:type="dxa"/>
          </w:tcPr>
          <w:p w:rsidR="00A53BBE" w:rsidRPr="008A6198" w:rsidRDefault="00A53BBE" w:rsidP="001142E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1" w:type="dxa"/>
          </w:tcPr>
          <w:p w:rsidR="00A53BBE" w:rsidRPr="008A6198" w:rsidRDefault="00A53BBE" w:rsidP="001142E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1" w:type="dxa"/>
            <w:gridSpan w:val="2"/>
          </w:tcPr>
          <w:p w:rsidR="00A53BBE" w:rsidRPr="008A6198" w:rsidRDefault="00A53BBE" w:rsidP="001142E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1" w:type="dxa"/>
            <w:gridSpan w:val="2"/>
          </w:tcPr>
          <w:p w:rsidR="00A53BBE" w:rsidRPr="008A6198" w:rsidRDefault="00A53BBE" w:rsidP="001142E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73" w:type="dxa"/>
          </w:tcPr>
          <w:p w:rsidR="00A53BBE" w:rsidRPr="00A53BBE" w:rsidRDefault="00A53BBE" w:rsidP="001142E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</w:t>
            </w:r>
          </w:p>
        </w:tc>
      </w:tr>
      <w:tr w:rsidR="00A53BBE" w:rsidRPr="008A6198" w:rsidTr="001142E3">
        <w:tc>
          <w:tcPr>
            <w:tcW w:w="5838" w:type="dxa"/>
          </w:tcPr>
          <w:p w:rsidR="00A53BBE" w:rsidRPr="00E17F49" w:rsidRDefault="00A53BBE" w:rsidP="001142E3">
            <w:pPr>
              <w:jc w:val="right"/>
              <w:rPr>
                <w:rFonts w:ascii="Times New Roman" w:hAnsi="Times New Roman" w:cs="Times New Roman"/>
                <w:b/>
                <w:lang w:val="ru-RU"/>
              </w:rPr>
            </w:pPr>
            <w:r w:rsidRPr="00E17F49">
              <w:rPr>
                <w:rFonts w:ascii="Times New Roman" w:hAnsi="Times New Roman" w:cs="Times New Roman"/>
                <w:b/>
                <w:lang w:val="ru-RU"/>
              </w:rPr>
              <w:t>ИТОГО</w:t>
            </w:r>
          </w:p>
        </w:tc>
        <w:tc>
          <w:tcPr>
            <w:tcW w:w="567" w:type="dxa"/>
          </w:tcPr>
          <w:p w:rsidR="00A53BBE" w:rsidRPr="008A6198" w:rsidRDefault="00A53BBE" w:rsidP="001142E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A6198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611" w:type="dxa"/>
            <w:gridSpan w:val="2"/>
          </w:tcPr>
          <w:p w:rsidR="00A53BBE" w:rsidRPr="008A6198" w:rsidRDefault="00A53BBE" w:rsidP="001142E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A6198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612" w:type="dxa"/>
            <w:gridSpan w:val="2"/>
          </w:tcPr>
          <w:p w:rsidR="00A53BBE" w:rsidRPr="008A6198" w:rsidRDefault="00A53BBE" w:rsidP="001142E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A6198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580" w:type="dxa"/>
          </w:tcPr>
          <w:p w:rsidR="00A53BBE" w:rsidRPr="008A6198" w:rsidRDefault="00A53BBE" w:rsidP="001142E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A6198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1573" w:type="dxa"/>
          </w:tcPr>
          <w:p w:rsidR="00A53BBE" w:rsidRPr="00A53BBE" w:rsidRDefault="00A53BBE" w:rsidP="001142E3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10</w:t>
            </w:r>
          </w:p>
        </w:tc>
      </w:tr>
      <w:tr w:rsidR="004E2F59" w:rsidRPr="008A6198" w:rsidTr="001142E3">
        <w:tc>
          <w:tcPr>
            <w:tcW w:w="5838" w:type="dxa"/>
          </w:tcPr>
          <w:p w:rsidR="004E2F59" w:rsidRPr="00E17F49" w:rsidRDefault="004E2F59" w:rsidP="001142E3">
            <w:pPr>
              <w:jc w:val="right"/>
              <w:rPr>
                <w:rFonts w:ascii="Times New Roman" w:hAnsi="Times New Roman" w:cs="Times New Roman"/>
                <w:b/>
                <w:lang w:val="ru-RU"/>
              </w:rPr>
            </w:pPr>
            <w:r w:rsidRPr="00E17F49">
              <w:rPr>
                <w:rFonts w:ascii="Times New Roman" w:hAnsi="Times New Roman" w:cs="Times New Roman"/>
                <w:b/>
                <w:lang w:val="ru-RU"/>
              </w:rPr>
              <w:t>ФАКТ</w:t>
            </w:r>
          </w:p>
        </w:tc>
        <w:tc>
          <w:tcPr>
            <w:tcW w:w="567" w:type="dxa"/>
          </w:tcPr>
          <w:p w:rsidR="004E2F59" w:rsidRPr="004E2F59" w:rsidRDefault="004E2F59" w:rsidP="001142E3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5</w:t>
            </w:r>
          </w:p>
        </w:tc>
        <w:tc>
          <w:tcPr>
            <w:tcW w:w="611" w:type="dxa"/>
            <w:gridSpan w:val="2"/>
          </w:tcPr>
          <w:p w:rsidR="004E2F59" w:rsidRPr="004E2F59" w:rsidRDefault="004E2F59" w:rsidP="001142E3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3,5</w:t>
            </w:r>
          </w:p>
        </w:tc>
        <w:tc>
          <w:tcPr>
            <w:tcW w:w="612" w:type="dxa"/>
            <w:gridSpan w:val="2"/>
          </w:tcPr>
          <w:p w:rsidR="004E2F59" w:rsidRPr="004E2F59" w:rsidRDefault="004E2F59" w:rsidP="001142E3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3,5</w:t>
            </w:r>
          </w:p>
        </w:tc>
        <w:tc>
          <w:tcPr>
            <w:tcW w:w="580" w:type="dxa"/>
          </w:tcPr>
          <w:p w:rsidR="004E2F59" w:rsidRPr="004E2F59" w:rsidRDefault="004E2F59" w:rsidP="001142E3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4</w:t>
            </w:r>
          </w:p>
        </w:tc>
        <w:tc>
          <w:tcPr>
            <w:tcW w:w="1573" w:type="dxa"/>
          </w:tcPr>
          <w:p w:rsidR="004E2F59" w:rsidRDefault="004E2F59" w:rsidP="001142E3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8</w:t>
            </w:r>
          </w:p>
        </w:tc>
      </w:tr>
    </w:tbl>
    <w:p w:rsidR="005633C8" w:rsidRPr="007C2DA2" w:rsidRDefault="005633C8" w:rsidP="007C2DA2">
      <w:pPr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A53BBE" w:rsidRDefault="0086691D" w:rsidP="00A53BBE">
      <w:pPr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7C2DA2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r w:rsidR="00A53BBE">
        <w:rPr>
          <w:rFonts w:ascii="Times New Roman" w:hAnsi="Times New Roman" w:cs="Times New Roman"/>
          <w:b/>
          <w:sz w:val="24"/>
          <w:szCs w:val="24"/>
          <w:lang w:val="ru-RU"/>
        </w:rPr>
        <w:br w:type="page"/>
      </w:r>
    </w:p>
    <w:p w:rsidR="00A53BBE" w:rsidRPr="007C2DA2" w:rsidRDefault="00A53BBE" w:rsidP="00A53BBE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tbl>
      <w:tblPr>
        <w:tblStyle w:val="aff0"/>
        <w:tblW w:w="9781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838"/>
        <w:gridCol w:w="567"/>
        <w:gridCol w:w="601"/>
        <w:gridCol w:w="10"/>
        <w:gridCol w:w="591"/>
        <w:gridCol w:w="21"/>
        <w:gridCol w:w="580"/>
        <w:gridCol w:w="1573"/>
      </w:tblGrid>
      <w:tr w:rsidR="00A53BBE" w:rsidRPr="008A6198" w:rsidTr="001142E3">
        <w:tc>
          <w:tcPr>
            <w:tcW w:w="5838" w:type="dxa"/>
            <w:vMerge w:val="restart"/>
          </w:tcPr>
          <w:p w:rsidR="00A53BBE" w:rsidRPr="00E17F49" w:rsidRDefault="00A53BBE" w:rsidP="001142E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17F49">
              <w:rPr>
                <w:rFonts w:ascii="Times New Roman" w:hAnsi="Times New Roman" w:cs="Times New Roman"/>
                <w:b/>
              </w:rPr>
              <w:t>Название курса</w:t>
            </w:r>
          </w:p>
        </w:tc>
        <w:tc>
          <w:tcPr>
            <w:tcW w:w="3943" w:type="dxa"/>
            <w:gridSpan w:val="7"/>
          </w:tcPr>
          <w:p w:rsidR="00A53BBE" w:rsidRDefault="00A53BBE" w:rsidP="001142E3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 xml:space="preserve">7 </w:t>
            </w:r>
            <w:r w:rsidRPr="008A6198">
              <w:rPr>
                <w:rFonts w:ascii="Times New Roman" w:hAnsi="Times New Roman" w:cs="Times New Roman"/>
                <w:b/>
              </w:rPr>
              <w:t>Класс</w:t>
            </w:r>
            <w:r>
              <w:rPr>
                <w:rFonts w:ascii="Times New Roman" w:hAnsi="Times New Roman" w:cs="Times New Roman"/>
                <w:b/>
                <w:lang w:val="ru-RU"/>
              </w:rPr>
              <w:t>ы</w:t>
            </w:r>
          </w:p>
        </w:tc>
      </w:tr>
      <w:tr w:rsidR="00A53BBE" w:rsidRPr="008A6198" w:rsidTr="001142E3">
        <w:tc>
          <w:tcPr>
            <w:tcW w:w="5838" w:type="dxa"/>
            <w:vMerge/>
          </w:tcPr>
          <w:p w:rsidR="00A53BBE" w:rsidRPr="00E17F49" w:rsidRDefault="00A53BBE" w:rsidP="001142E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7" w:type="dxa"/>
          </w:tcPr>
          <w:p w:rsidR="00A53BBE" w:rsidRPr="00A53BBE" w:rsidRDefault="00A53BBE" w:rsidP="001142E3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А</w:t>
            </w:r>
          </w:p>
        </w:tc>
        <w:tc>
          <w:tcPr>
            <w:tcW w:w="601" w:type="dxa"/>
          </w:tcPr>
          <w:p w:rsidR="00A53BBE" w:rsidRPr="008A6198" w:rsidRDefault="00A53BBE" w:rsidP="001142E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A6198">
              <w:rPr>
                <w:rFonts w:ascii="Times New Roman" w:hAnsi="Times New Roman" w:cs="Times New Roman"/>
                <w:b/>
              </w:rPr>
              <w:t>Б</w:t>
            </w:r>
          </w:p>
        </w:tc>
        <w:tc>
          <w:tcPr>
            <w:tcW w:w="601" w:type="dxa"/>
            <w:gridSpan w:val="2"/>
          </w:tcPr>
          <w:p w:rsidR="00A53BBE" w:rsidRPr="008A6198" w:rsidRDefault="00A53BBE" w:rsidP="001142E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A6198">
              <w:rPr>
                <w:rFonts w:ascii="Times New Roman" w:hAnsi="Times New Roman" w:cs="Times New Roman"/>
                <w:b/>
              </w:rPr>
              <w:t>В</w:t>
            </w:r>
          </w:p>
        </w:tc>
        <w:tc>
          <w:tcPr>
            <w:tcW w:w="601" w:type="dxa"/>
            <w:gridSpan w:val="2"/>
          </w:tcPr>
          <w:p w:rsidR="00A53BBE" w:rsidRPr="008A6198" w:rsidRDefault="00A53BBE" w:rsidP="001142E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A6198">
              <w:rPr>
                <w:rFonts w:ascii="Times New Roman" w:hAnsi="Times New Roman" w:cs="Times New Roman"/>
                <w:b/>
              </w:rPr>
              <w:t>Г</w:t>
            </w:r>
          </w:p>
        </w:tc>
        <w:tc>
          <w:tcPr>
            <w:tcW w:w="1573" w:type="dxa"/>
          </w:tcPr>
          <w:p w:rsidR="00A53BBE" w:rsidRPr="00A53BBE" w:rsidRDefault="00A53BBE" w:rsidP="001142E3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Д</w:t>
            </w:r>
          </w:p>
        </w:tc>
      </w:tr>
      <w:tr w:rsidR="00A53BBE" w:rsidRPr="008A6198" w:rsidTr="001142E3">
        <w:trPr>
          <w:trHeight w:val="439"/>
        </w:trPr>
        <w:tc>
          <w:tcPr>
            <w:tcW w:w="5838" w:type="dxa"/>
          </w:tcPr>
          <w:p w:rsidR="00A53BBE" w:rsidRPr="00E17F49" w:rsidRDefault="00A53BBE" w:rsidP="001142E3">
            <w:pPr>
              <w:jc w:val="center"/>
              <w:rPr>
                <w:rFonts w:ascii="Times New Roman" w:hAnsi="Times New Roman" w:cs="Times New Roman"/>
              </w:rPr>
            </w:pPr>
            <w:r w:rsidRPr="00E17F49">
              <w:rPr>
                <w:rFonts w:ascii="Times New Roman" w:hAnsi="Times New Roman" w:cs="Times New Roman"/>
              </w:rPr>
              <w:t>«Разговоры о важном»</w:t>
            </w:r>
          </w:p>
        </w:tc>
        <w:tc>
          <w:tcPr>
            <w:tcW w:w="567" w:type="dxa"/>
          </w:tcPr>
          <w:p w:rsidR="00A53BBE" w:rsidRPr="008A6198" w:rsidRDefault="00A53BBE" w:rsidP="001142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01" w:type="dxa"/>
          </w:tcPr>
          <w:p w:rsidR="00A53BBE" w:rsidRPr="008A6198" w:rsidRDefault="00A53BBE" w:rsidP="001142E3">
            <w:pPr>
              <w:jc w:val="center"/>
              <w:rPr>
                <w:rFonts w:ascii="Times New Roman" w:hAnsi="Times New Roman" w:cs="Times New Roman"/>
              </w:rPr>
            </w:pPr>
            <w:r w:rsidRPr="008A619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01" w:type="dxa"/>
            <w:gridSpan w:val="2"/>
          </w:tcPr>
          <w:p w:rsidR="00A53BBE" w:rsidRPr="008A6198" w:rsidRDefault="00A53BBE" w:rsidP="001142E3">
            <w:pPr>
              <w:jc w:val="center"/>
              <w:rPr>
                <w:rFonts w:ascii="Times New Roman" w:hAnsi="Times New Roman" w:cs="Times New Roman"/>
              </w:rPr>
            </w:pPr>
            <w:r w:rsidRPr="008A619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01" w:type="dxa"/>
            <w:gridSpan w:val="2"/>
          </w:tcPr>
          <w:p w:rsidR="00A53BBE" w:rsidRPr="008A6198" w:rsidRDefault="00A53BBE" w:rsidP="001142E3">
            <w:pPr>
              <w:jc w:val="center"/>
              <w:rPr>
                <w:rFonts w:ascii="Times New Roman" w:hAnsi="Times New Roman" w:cs="Times New Roman"/>
              </w:rPr>
            </w:pPr>
            <w:r w:rsidRPr="008A619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73" w:type="dxa"/>
          </w:tcPr>
          <w:p w:rsidR="00A53BBE" w:rsidRPr="008A6198" w:rsidRDefault="00A53BBE" w:rsidP="001142E3">
            <w:pPr>
              <w:jc w:val="center"/>
              <w:rPr>
                <w:rFonts w:ascii="Times New Roman" w:hAnsi="Times New Roman" w:cs="Times New Roman"/>
              </w:rPr>
            </w:pPr>
            <w:r w:rsidRPr="008A6198">
              <w:rPr>
                <w:rFonts w:ascii="Times New Roman" w:hAnsi="Times New Roman" w:cs="Times New Roman"/>
              </w:rPr>
              <w:t>1</w:t>
            </w:r>
          </w:p>
        </w:tc>
      </w:tr>
      <w:tr w:rsidR="00A53BBE" w:rsidRPr="008A6198" w:rsidTr="001142E3">
        <w:trPr>
          <w:trHeight w:val="418"/>
        </w:trPr>
        <w:tc>
          <w:tcPr>
            <w:tcW w:w="5838" w:type="dxa"/>
          </w:tcPr>
          <w:p w:rsidR="00A53BBE" w:rsidRPr="00E17F49" w:rsidRDefault="00A53BBE" w:rsidP="001142E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E17F49">
              <w:rPr>
                <w:rFonts w:ascii="Times New Roman" w:hAnsi="Times New Roman" w:cs="Times New Roman"/>
              </w:rPr>
              <w:t>«Россия – мои горизонты»</w:t>
            </w:r>
          </w:p>
        </w:tc>
        <w:tc>
          <w:tcPr>
            <w:tcW w:w="567" w:type="dxa"/>
          </w:tcPr>
          <w:p w:rsidR="00A53BBE" w:rsidRPr="008A6198" w:rsidRDefault="00A53BBE" w:rsidP="001142E3">
            <w:pPr>
              <w:jc w:val="center"/>
              <w:rPr>
                <w:rFonts w:ascii="Times New Roman" w:hAnsi="Times New Roman" w:cs="Times New Roman"/>
              </w:rPr>
            </w:pPr>
            <w:r w:rsidRPr="008A619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01" w:type="dxa"/>
          </w:tcPr>
          <w:p w:rsidR="00A53BBE" w:rsidRPr="008A6198" w:rsidRDefault="00A53BBE" w:rsidP="001142E3">
            <w:pPr>
              <w:jc w:val="center"/>
              <w:rPr>
                <w:rFonts w:ascii="Times New Roman" w:hAnsi="Times New Roman" w:cs="Times New Roman"/>
              </w:rPr>
            </w:pPr>
            <w:r w:rsidRPr="008A619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01" w:type="dxa"/>
            <w:gridSpan w:val="2"/>
          </w:tcPr>
          <w:p w:rsidR="00A53BBE" w:rsidRPr="008A6198" w:rsidRDefault="00A53BBE" w:rsidP="001142E3">
            <w:pPr>
              <w:jc w:val="center"/>
              <w:rPr>
                <w:rFonts w:ascii="Times New Roman" w:hAnsi="Times New Roman" w:cs="Times New Roman"/>
              </w:rPr>
            </w:pPr>
            <w:r w:rsidRPr="008A619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01" w:type="dxa"/>
            <w:gridSpan w:val="2"/>
          </w:tcPr>
          <w:p w:rsidR="00A53BBE" w:rsidRPr="008A6198" w:rsidRDefault="00A53BBE" w:rsidP="001142E3">
            <w:pPr>
              <w:jc w:val="center"/>
              <w:rPr>
                <w:rFonts w:ascii="Times New Roman" w:hAnsi="Times New Roman" w:cs="Times New Roman"/>
              </w:rPr>
            </w:pPr>
            <w:r w:rsidRPr="008A619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73" w:type="dxa"/>
          </w:tcPr>
          <w:p w:rsidR="00A53BBE" w:rsidRPr="008A6198" w:rsidRDefault="00A53BBE" w:rsidP="001142E3">
            <w:pPr>
              <w:jc w:val="center"/>
              <w:rPr>
                <w:rFonts w:ascii="Times New Roman" w:hAnsi="Times New Roman" w:cs="Times New Roman"/>
              </w:rPr>
            </w:pPr>
            <w:r w:rsidRPr="008A6198">
              <w:rPr>
                <w:rFonts w:ascii="Times New Roman" w:hAnsi="Times New Roman" w:cs="Times New Roman"/>
              </w:rPr>
              <w:t>1</w:t>
            </w:r>
          </w:p>
        </w:tc>
      </w:tr>
      <w:tr w:rsidR="007C21DF" w:rsidRPr="008A6198" w:rsidTr="001142E3">
        <w:trPr>
          <w:trHeight w:val="780"/>
        </w:trPr>
        <w:tc>
          <w:tcPr>
            <w:tcW w:w="5838" w:type="dxa"/>
          </w:tcPr>
          <w:p w:rsidR="007C21DF" w:rsidRPr="00E17F49" w:rsidRDefault="007C21DF" w:rsidP="007C21DF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E17F49">
              <w:rPr>
                <w:rFonts w:ascii="Times New Roman" w:hAnsi="Times New Roman" w:cs="Times New Roman"/>
                <w:lang w:val="ru-RU"/>
              </w:rPr>
              <w:t>«Основы финансовой грамотности. Финансовая культура»</w:t>
            </w:r>
          </w:p>
          <w:p w:rsidR="007C21DF" w:rsidRPr="00E17F49" w:rsidRDefault="007C21DF" w:rsidP="007C21DF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E17F49">
              <w:rPr>
                <w:rFonts w:ascii="Times New Roman" w:hAnsi="Times New Roman" w:cs="Times New Roman"/>
                <w:b/>
                <w:bCs/>
                <w:shd w:val="clear" w:color="auto" w:fill="FFFFFF"/>
                <w:lang w:val="ru-RU"/>
              </w:rPr>
              <w:t>«</w:t>
            </w:r>
            <w:r w:rsidRPr="00E17F49">
              <w:rPr>
                <w:rStyle w:val="af6"/>
                <w:rFonts w:ascii="Times New Roman" w:hAnsi="Times New Roman" w:cs="Times New Roman"/>
                <w:b w:val="0"/>
                <w:bdr w:val="none" w:sz="0" w:space="0" w:color="auto" w:frame="1"/>
                <w:shd w:val="clear" w:color="auto" w:fill="FFFFFF"/>
                <w:lang w:val="ru-RU"/>
              </w:rPr>
              <w:t>Основы информационной культуры школьников: учимся быть убедительными и защищенными</w:t>
            </w:r>
            <w:r w:rsidRPr="00E17F49">
              <w:rPr>
                <w:rFonts w:ascii="Times New Roman" w:hAnsi="Times New Roman" w:cs="Times New Roman"/>
                <w:b/>
                <w:bCs/>
                <w:shd w:val="clear" w:color="auto" w:fill="FFFFFF"/>
                <w:lang w:val="ru-RU"/>
              </w:rPr>
              <w:t>»</w:t>
            </w:r>
          </w:p>
          <w:p w:rsidR="007C21DF" w:rsidRPr="00E17F49" w:rsidRDefault="007C21DF" w:rsidP="007C21DF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E17F49">
              <w:rPr>
                <w:rFonts w:ascii="Times New Roman" w:hAnsi="Times New Roman" w:cs="Times New Roman"/>
                <w:lang w:val="ru-RU"/>
              </w:rPr>
              <w:t xml:space="preserve">«Великие достижения соотечественников» </w:t>
            </w:r>
          </w:p>
          <w:p w:rsidR="007C21DF" w:rsidRPr="00E17F49" w:rsidRDefault="007C21DF" w:rsidP="007C21DF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E17F49">
              <w:rPr>
                <w:rFonts w:ascii="Times New Roman" w:hAnsi="Times New Roman" w:cs="Times New Roman"/>
                <w:lang w:val="ru-RU"/>
              </w:rPr>
              <w:t>«Мой Симферополь в истории Отечества»</w:t>
            </w:r>
          </w:p>
          <w:p w:rsidR="007C21DF" w:rsidRPr="00E17F49" w:rsidRDefault="007C21DF" w:rsidP="007C21DF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567" w:type="dxa"/>
          </w:tcPr>
          <w:p w:rsidR="007C21DF" w:rsidRPr="008A6198" w:rsidRDefault="007C21DF" w:rsidP="007C21DF">
            <w:pPr>
              <w:jc w:val="center"/>
              <w:rPr>
                <w:rFonts w:ascii="Times New Roman" w:hAnsi="Times New Roman" w:cs="Times New Roman"/>
              </w:rPr>
            </w:pPr>
            <w:r w:rsidRPr="008A6198">
              <w:rPr>
                <w:rFonts w:ascii="Times New Roman" w:hAnsi="Times New Roman" w:cs="Times New Roman"/>
              </w:rPr>
              <w:t>0,5</w:t>
            </w:r>
          </w:p>
          <w:p w:rsidR="007C21DF" w:rsidRPr="008A6198" w:rsidRDefault="007C21DF" w:rsidP="007C21DF">
            <w:pPr>
              <w:jc w:val="center"/>
              <w:rPr>
                <w:rFonts w:ascii="Times New Roman" w:hAnsi="Times New Roman" w:cs="Times New Roman"/>
              </w:rPr>
            </w:pPr>
            <w:r w:rsidRPr="008A6198">
              <w:rPr>
                <w:rFonts w:ascii="Times New Roman" w:hAnsi="Times New Roman" w:cs="Times New Roman"/>
              </w:rPr>
              <w:t>0,5</w:t>
            </w:r>
          </w:p>
          <w:p w:rsidR="007C21DF" w:rsidRDefault="007C21DF" w:rsidP="007C21DF">
            <w:pPr>
              <w:jc w:val="center"/>
              <w:rPr>
                <w:rFonts w:ascii="Times New Roman" w:hAnsi="Times New Roman" w:cs="Times New Roman"/>
              </w:rPr>
            </w:pPr>
          </w:p>
          <w:p w:rsidR="007C21DF" w:rsidRPr="008A6198" w:rsidRDefault="007C21DF" w:rsidP="007C21DF">
            <w:pPr>
              <w:jc w:val="center"/>
              <w:rPr>
                <w:rFonts w:ascii="Times New Roman" w:hAnsi="Times New Roman" w:cs="Times New Roman"/>
              </w:rPr>
            </w:pPr>
            <w:r w:rsidRPr="008A6198">
              <w:rPr>
                <w:rFonts w:ascii="Times New Roman" w:hAnsi="Times New Roman" w:cs="Times New Roman"/>
              </w:rPr>
              <w:t>0,5</w:t>
            </w:r>
          </w:p>
          <w:p w:rsidR="007C21DF" w:rsidRPr="008A6198" w:rsidRDefault="007C21DF" w:rsidP="007C21DF">
            <w:pPr>
              <w:jc w:val="center"/>
              <w:rPr>
                <w:rFonts w:ascii="Times New Roman" w:hAnsi="Times New Roman" w:cs="Times New Roman"/>
              </w:rPr>
            </w:pPr>
            <w:r w:rsidRPr="008A6198">
              <w:rPr>
                <w:rFonts w:ascii="Times New Roman" w:hAnsi="Times New Roman" w:cs="Times New Roman"/>
              </w:rPr>
              <w:t>0,5</w:t>
            </w:r>
          </w:p>
          <w:p w:rsidR="007C21DF" w:rsidRPr="008A6198" w:rsidRDefault="007C21DF" w:rsidP="007C21D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1" w:type="dxa"/>
          </w:tcPr>
          <w:p w:rsidR="007C21DF" w:rsidRPr="008A6198" w:rsidRDefault="007C21DF" w:rsidP="007C21DF">
            <w:pPr>
              <w:jc w:val="center"/>
              <w:rPr>
                <w:rFonts w:ascii="Times New Roman" w:hAnsi="Times New Roman" w:cs="Times New Roman"/>
              </w:rPr>
            </w:pPr>
            <w:r w:rsidRPr="008A6198">
              <w:rPr>
                <w:rFonts w:ascii="Times New Roman" w:hAnsi="Times New Roman" w:cs="Times New Roman"/>
              </w:rPr>
              <w:t>0,5</w:t>
            </w:r>
          </w:p>
          <w:p w:rsidR="007C21DF" w:rsidRPr="008A6198" w:rsidRDefault="007C21DF" w:rsidP="007C21DF">
            <w:pPr>
              <w:jc w:val="center"/>
              <w:rPr>
                <w:rFonts w:ascii="Times New Roman" w:hAnsi="Times New Roman" w:cs="Times New Roman"/>
              </w:rPr>
            </w:pPr>
            <w:r w:rsidRPr="008A6198">
              <w:rPr>
                <w:rFonts w:ascii="Times New Roman" w:hAnsi="Times New Roman" w:cs="Times New Roman"/>
              </w:rPr>
              <w:t>0,5</w:t>
            </w:r>
          </w:p>
          <w:p w:rsidR="007C21DF" w:rsidRDefault="007C21DF" w:rsidP="007C21DF">
            <w:pPr>
              <w:jc w:val="center"/>
              <w:rPr>
                <w:rFonts w:ascii="Times New Roman" w:hAnsi="Times New Roman" w:cs="Times New Roman"/>
              </w:rPr>
            </w:pPr>
          </w:p>
          <w:p w:rsidR="007C21DF" w:rsidRPr="008A6198" w:rsidRDefault="007C21DF" w:rsidP="007C21DF">
            <w:pPr>
              <w:jc w:val="center"/>
              <w:rPr>
                <w:rFonts w:ascii="Times New Roman" w:hAnsi="Times New Roman" w:cs="Times New Roman"/>
              </w:rPr>
            </w:pPr>
            <w:r w:rsidRPr="008A6198">
              <w:rPr>
                <w:rFonts w:ascii="Times New Roman" w:hAnsi="Times New Roman" w:cs="Times New Roman"/>
              </w:rPr>
              <w:t>0,5</w:t>
            </w:r>
          </w:p>
          <w:p w:rsidR="007C21DF" w:rsidRPr="008A6198" w:rsidRDefault="007C21DF" w:rsidP="007C21DF">
            <w:pPr>
              <w:jc w:val="center"/>
              <w:rPr>
                <w:rFonts w:ascii="Times New Roman" w:hAnsi="Times New Roman" w:cs="Times New Roman"/>
              </w:rPr>
            </w:pPr>
            <w:r w:rsidRPr="008A6198">
              <w:rPr>
                <w:rFonts w:ascii="Times New Roman" w:hAnsi="Times New Roman" w:cs="Times New Roman"/>
              </w:rPr>
              <w:t>0,5</w:t>
            </w:r>
          </w:p>
          <w:p w:rsidR="007C21DF" w:rsidRPr="008A6198" w:rsidRDefault="007C21DF" w:rsidP="007C21D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1" w:type="dxa"/>
            <w:gridSpan w:val="2"/>
          </w:tcPr>
          <w:p w:rsidR="007C21DF" w:rsidRPr="008A6198" w:rsidRDefault="007C21DF" w:rsidP="007C21DF">
            <w:pPr>
              <w:jc w:val="center"/>
              <w:rPr>
                <w:rFonts w:ascii="Times New Roman" w:hAnsi="Times New Roman" w:cs="Times New Roman"/>
              </w:rPr>
            </w:pPr>
            <w:r w:rsidRPr="008A6198">
              <w:rPr>
                <w:rFonts w:ascii="Times New Roman" w:hAnsi="Times New Roman" w:cs="Times New Roman"/>
              </w:rPr>
              <w:t>0,5</w:t>
            </w:r>
          </w:p>
          <w:p w:rsidR="007C21DF" w:rsidRPr="008A6198" w:rsidRDefault="007C21DF" w:rsidP="007C21DF">
            <w:pPr>
              <w:jc w:val="center"/>
              <w:rPr>
                <w:rFonts w:ascii="Times New Roman" w:hAnsi="Times New Roman" w:cs="Times New Roman"/>
              </w:rPr>
            </w:pPr>
            <w:r w:rsidRPr="008A6198">
              <w:rPr>
                <w:rFonts w:ascii="Times New Roman" w:hAnsi="Times New Roman" w:cs="Times New Roman"/>
              </w:rPr>
              <w:t>0,5</w:t>
            </w:r>
          </w:p>
          <w:p w:rsidR="007C21DF" w:rsidRDefault="007C21DF" w:rsidP="007C21DF">
            <w:pPr>
              <w:jc w:val="center"/>
              <w:rPr>
                <w:rFonts w:ascii="Times New Roman" w:hAnsi="Times New Roman" w:cs="Times New Roman"/>
              </w:rPr>
            </w:pPr>
          </w:p>
          <w:p w:rsidR="007C21DF" w:rsidRPr="008A6198" w:rsidRDefault="007C21DF" w:rsidP="007C21DF">
            <w:pPr>
              <w:jc w:val="center"/>
              <w:rPr>
                <w:rFonts w:ascii="Times New Roman" w:hAnsi="Times New Roman" w:cs="Times New Roman"/>
              </w:rPr>
            </w:pPr>
            <w:r w:rsidRPr="008A6198">
              <w:rPr>
                <w:rFonts w:ascii="Times New Roman" w:hAnsi="Times New Roman" w:cs="Times New Roman"/>
              </w:rPr>
              <w:t>0,5</w:t>
            </w:r>
          </w:p>
          <w:p w:rsidR="007C21DF" w:rsidRPr="008A6198" w:rsidRDefault="007C21DF" w:rsidP="007C21DF">
            <w:pPr>
              <w:jc w:val="center"/>
              <w:rPr>
                <w:rFonts w:ascii="Times New Roman" w:hAnsi="Times New Roman" w:cs="Times New Roman"/>
              </w:rPr>
            </w:pPr>
            <w:r w:rsidRPr="008A6198">
              <w:rPr>
                <w:rFonts w:ascii="Times New Roman" w:hAnsi="Times New Roman" w:cs="Times New Roman"/>
              </w:rPr>
              <w:t>0,5</w:t>
            </w:r>
          </w:p>
          <w:p w:rsidR="007C21DF" w:rsidRPr="008A6198" w:rsidRDefault="007C21DF" w:rsidP="007C21D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1" w:type="dxa"/>
            <w:gridSpan w:val="2"/>
          </w:tcPr>
          <w:p w:rsidR="007C21DF" w:rsidRPr="008A6198" w:rsidRDefault="007C21DF" w:rsidP="007C21DF">
            <w:pPr>
              <w:jc w:val="center"/>
              <w:rPr>
                <w:rFonts w:ascii="Times New Roman" w:hAnsi="Times New Roman" w:cs="Times New Roman"/>
              </w:rPr>
            </w:pPr>
            <w:r w:rsidRPr="008A6198">
              <w:rPr>
                <w:rFonts w:ascii="Times New Roman" w:hAnsi="Times New Roman" w:cs="Times New Roman"/>
              </w:rPr>
              <w:t>0,5</w:t>
            </w:r>
          </w:p>
          <w:p w:rsidR="007C21DF" w:rsidRPr="008A6198" w:rsidRDefault="007C21DF" w:rsidP="007C21DF">
            <w:pPr>
              <w:jc w:val="center"/>
              <w:rPr>
                <w:rFonts w:ascii="Times New Roman" w:hAnsi="Times New Roman" w:cs="Times New Roman"/>
              </w:rPr>
            </w:pPr>
            <w:r w:rsidRPr="008A6198">
              <w:rPr>
                <w:rFonts w:ascii="Times New Roman" w:hAnsi="Times New Roman" w:cs="Times New Roman"/>
              </w:rPr>
              <w:t>0,5</w:t>
            </w:r>
          </w:p>
          <w:p w:rsidR="007C21DF" w:rsidRDefault="007C21DF" w:rsidP="007C21DF">
            <w:pPr>
              <w:jc w:val="center"/>
              <w:rPr>
                <w:rFonts w:ascii="Times New Roman" w:hAnsi="Times New Roman" w:cs="Times New Roman"/>
              </w:rPr>
            </w:pPr>
          </w:p>
          <w:p w:rsidR="007C21DF" w:rsidRPr="008A6198" w:rsidRDefault="007C21DF" w:rsidP="007C21DF">
            <w:pPr>
              <w:jc w:val="center"/>
              <w:rPr>
                <w:rFonts w:ascii="Times New Roman" w:hAnsi="Times New Roman" w:cs="Times New Roman"/>
              </w:rPr>
            </w:pPr>
            <w:r w:rsidRPr="008A6198">
              <w:rPr>
                <w:rFonts w:ascii="Times New Roman" w:hAnsi="Times New Roman" w:cs="Times New Roman"/>
              </w:rPr>
              <w:t>0,5</w:t>
            </w:r>
          </w:p>
          <w:p w:rsidR="007C21DF" w:rsidRPr="008A6198" w:rsidRDefault="007C21DF" w:rsidP="007C21DF">
            <w:pPr>
              <w:jc w:val="center"/>
              <w:rPr>
                <w:rFonts w:ascii="Times New Roman" w:hAnsi="Times New Roman" w:cs="Times New Roman"/>
              </w:rPr>
            </w:pPr>
            <w:r w:rsidRPr="008A6198">
              <w:rPr>
                <w:rFonts w:ascii="Times New Roman" w:hAnsi="Times New Roman" w:cs="Times New Roman"/>
              </w:rPr>
              <w:t>0,5</w:t>
            </w:r>
          </w:p>
          <w:p w:rsidR="007C21DF" w:rsidRPr="008A6198" w:rsidRDefault="007C21DF" w:rsidP="007C21D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73" w:type="dxa"/>
          </w:tcPr>
          <w:p w:rsidR="007C21DF" w:rsidRPr="008A6198" w:rsidRDefault="007C21DF" w:rsidP="007C21DF">
            <w:pPr>
              <w:jc w:val="center"/>
              <w:rPr>
                <w:rFonts w:ascii="Times New Roman" w:hAnsi="Times New Roman" w:cs="Times New Roman"/>
              </w:rPr>
            </w:pPr>
            <w:r w:rsidRPr="008A6198">
              <w:rPr>
                <w:rFonts w:ascii="Times New Roman" w:hAnsi="Times New Roman" w:cs="Times New Roman"/>
              </w:rPr>
              <w:t>0,5</w:t>
            </w:r>
          </w:p>
          <w:p w:rsidR="007C21DF" w:rsidRPr="008A6198" w:rsidRDefault="007C21DF" w:rsidP="007C21DF">
            <w:pPr>
              <w:jc w:val="center"/>
              <w:rPr>
                <w:rFonts w:ascii="Times New Roman" w:hAnsi="Times New Roman" w:cs="Times New Roman"/>
              </w:rPr>
            </w:pPr>
            <w:r w:rsidRPr="008A6198">
              <w:rPr>
                <w:rFonts w:ascii="Times New Roman" w:hAnsi="Times New Roman" w:cs="Times New Roman"/>
              </w:rPr>
              <w:t>0,5</w:t>
            </w:r>
          </w:p>
          <w:p w:rsidR="007C21DF" w:rsidRDefault="007C21DF" w:rsidP="007C21DF">
            <w:pPr>
              <w:jc w:val="center"/>
              <w:rPr>
                <w:rFonts w:ascii="Times New Roman" w:hAnsi="Times New Roman" w:cs="Times New Roman"/>
              </w:rPr>
            </w:pPr>
          </w:p>
          <w:p w:rsidR="007C21DF" w:rsidRPr="008A6198" w:rsidRDefault="007C21DF" w:rsidP="007C21DF">
            <w:pPr>
              <w:jc w:val="center"/>
              <w:rPr>
                <w:rFonts w:ascii="Times New Roman" w:hAnsi="Times New Roman" w:cs="Times New Roman"/>
              </w:rPr>
            </w:pPr>
            <w:r w:rsidRPr="008A6198">
              <w:rPr>
                <w:rFonts w:ascii="Times New Roman" w:hAnsi="Times New Roman" w:cs="Times New Roman"/>
              </w:rPr>
              <w:t>0,5</w:t>
            </w:r>
          </w:p>
          <w:p w:rsidR="007C21DF" w:rsidRPr="008A6198" w:rsidRDefault="007C21DF" w:rsidP="007C21DF">
            <w:pPr>
              <w:jc w:val="center"/>
              <w:rPr>
                <w:rFonts w:ascii="Times New Roman" w:hAnsi="Times New Roman" w:cs="Times New Roman"/>
              </w:rPr>
            </w:pPr>
            <w:r w:rsidRPr="008A6198">
              <w:rPr>
                <w:rFonts w:ascii="Times New Roman" w:hAnsi="Times New Roman" w:cs="Times New Roman"/>
              </w:rPr>
              <w:t>0,5</w:t>
            </w:r>
          </w:p>
          <w:p w:rsidR="007C21DF" w:rsidRPr="008A6198" w:rsidRDefault="007C21DF" w:rsidP="007C21D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53BBE" w:rsidRPr="008A6198" w:rsidTr="001142E3">
        <w:trPr>
          <w:trHeight w:val="552"/>
        </w:trPr>
        <w:tc>
          <w:tcPr>
            <w:tcW w:w="5838" w:type="dxa"/>
          </w:tcPr>
          <w:p w:rsidR="00A53BBE" w:rsidRPr="00E17F49" w:rsidRDefault="00A53BBE" w:rsidP="00A53BBE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E17F49">
              <w:rPr>
                <w:rFonts w:ascii="Times New Roman" w:hAnsi="Times New Roman" w:cs="Times New Roman"/>
                <w:bCs/>
                <w:color w:val="363636"/>
                <w:shd w:val="clear" w:color="auto" w:fill="FFFFFF"/>
                <w:lang w:val="ru-RU"/>
              </w:rPr>
              <w:t>«Трудные вопросы физики»</w:t>
            </w:r>
            <w:r w:rsidRPr="00E17F49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:rsidR="00A53BBE" w:rsidRPr="00E17F49" w:rsidRDefault="00A53BBE" w:rsidP="00A53BBE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E17F49">
              <w:rPr>
                <w:rFonts w:ascii="Times New Roman" w:hAnsi="Times New Roman" w:cs="Times New Roman"/>
                <w:bCs/>
                <w:color w:val="363636"/>
                <w:shd w:val="clear" w:color="auto" w:fill="FFFFFF"/>
                <w:lang w:val="ru-RU"/>
              </w:rPr>
              <w:t>«Мир визуально-пространственных искусств»</w:t>
            </w:r>
          </w:p>
          <w:p w:rsidR="00A53BBE" w:rsidRPr="00E17F49" w:rsidRDefault="00A53BBE" w:rsidP="001142E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567" w:type="dxa"/>
          </w:tcPr>
          <w:p w:rsidR="00A53BBE" w:rsidRPr="00A53BBE" w:rsidRDefault="00A53BBE" w:rsidP="001142E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0,5</w:t>
            </w:r>
          </w:p>
          <w:p w:rsidR="00A53BBE" w:rsidRDefault="00A53BBE" w:rsidP="001142E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0,5</w:t>
            </w:r>
          </w:p>
          <w:p w:rsidR="00A53BBE" w:rsidRPr="00A53BBE" w:rsidRDefault="00A53BBE" w:rsidP="001142E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601" w:type="dxa"/>
          </w:tcPr>
          <w:p w:rsidR="00A53BBE" w:rsidRPr="00A53BBE" w:rsidRDefault="00A53BBE" w:rsidP="001142E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0,5</w:t>
            </w:r>
          </w:p>
          <w:p w:rsidR="00A53BBE" w:rsidRPr="00A53BBE" w:rsidRDefault="00A53BBE" w:rsidP="001142E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0,5</w:t>
            </w:r>
          </w:p>
          <w:p w:rsidR="00A53BBE" w:rsidRPr="008A6198" w:rsidRDefault="00A53BBE" w:rsidP="001142E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1" w:type="dxa"/>
            <w:gridSpan w:val="2"/>
          </w:tcPr>
          <w:p w:rsidR="00A53BBE" w:rsidRPr="00A53BBE" w:rsidRDefault="00A53BBE" w:rsidP="001142E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0,5</w:t>
            </w:r>
          </w:p>
          <w:p w:rsidR="00A53BBE" w:rsidRPr="00A53BBE" w:rsidRDefault="00A53BBE" w:rsidP="001142E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0,5</w:t>
            </w:r>
          </w:p>
        </w:tc>
        <w:tc>
          <w:tcPr>
            <w:tcW w:w="601" w:type="dxa"/>
            <w:gridSpan w:val="2"/>
          </w:tcPr>
          <w:p w:rsidR="00A53BBE" w:rsidRPr="00A53BBE" w:rsidRDefault="00A53BBE" w:rsidP="001142E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0,5</w:t>
            </w:r>
          </w:p>
          <w:p w:rsidR="00A53BBE" w:rsidRPr="00A53BBE" w:rsidRDefault="00A53BBE" w:rsidP="001142E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0,5</w:t>
            </w:r>
          </w:p>
        </w:tc>
        <w:tc>
          <w:tcPr>
            <w:tcW w:w="1573" w:type="dxa"/>
          </w:tcPr>
          <w:p w:rsidR="00A53BBE" w:rsidRPr="00A53BBE" w:rsidRDefault="00A53BBE" w:rsidP="00A53BBE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0,5</w:t>
            </w:r>
          </w:p>
          <w:p w:rsidR="00A53BBE" w:rsidRPr="00A53BBE" w:rsidRDefault="00A53BBE" w:rsidP="00A53BBE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0,5</w:t>
            </w:r>
          </w:p>
        </w:tc>
      </w:tr>
      <w:tr w:rsidR="007C21DF" w:rsidRPr="008A6198" w:rsidTr="001142E3">
        <w:trPr>
          <w:trHeight w:val="552"/>
        </w:trPr>
        <w:tc>
          <w:tcPr>
            <w:tcW w:w="5838" w:type="dxa"/>
          </w:tcPr>
          <w:p w:rsidR="007C21DF" w:rsidRPr="00E17F49" w:rsidRDefault="007C21DF" w:rsidP="00A53BBE">
            <w:pPr>
              <w:jc w:val="center"/>
              <w:rPr>
                <w:rFonts w:ascii="Times New Roman" w:hAnsi="Times New Roman" w:cs="Times New Roman"/>
                <w:bCs/>
                <w:color w:val="363636"/>
                <w:shd w:val="clear" w:color="auto" w:fill="FFFFFF"/>
                <w:lang w:val="ru-RU"/>
              </w:rPr>
            </w:pPr>
            <w:r w:rsidRPr="00E17F49">
              <w:rPr>
                <w:rFonts w:ascii="Times New Roman" w:hAnsi="Times New Roman" w:cs="Times New Roman"/>
              </w:rPr>
              <w:t>«Занимательные спортивные игры»</w:t>
            </w:r>
          </w:p>
        </w:tc>
        <w:tc>
          <w:tcPr>
            <w:tcW w:w="567" w:type="dxa"/>
          </w:tcPr>
          <w:p w:rsidR="007C21DF" w:rsidRDefault="007C21DF" w:rsidP="001142E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601" w:type="dxa"/>
          </w:tcPr>
          <w:p w:rsidR="007C21DF" w:rsidRDefault="007C21DF" w:rsidP="001142E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601" w:type="dxa"/>
            <w:gridSpan w:val="2"/>
          </w:tcPr>
          <w:p w:rsidR="007C21DF" w:rsidRDefault="007C21DF" w:rsidP="001142E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601" w:type="dxa"/>
            <w:gridSpan w:val="2"/>
          </w:tcPr>
          <w:p w:rsidR="007C21DF" w:rsidRDefault="007C21DF" w:rsidP="001142E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1573" w:type="dxa"/>
          </w:tcPr>
          <w:p w:rsidR="007C21DF" w:rsidRDefault="007C21DF" w:rsidP="00A53BBE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</w:t>
            </w:r>
          </w:p>
        </w:tc>
      </w:tr>
      <w:tr w:rsidR="00A53BBE" w:rsidRPr="008A6198" w:rsidTr="001142E3">
        <w:tc>
          <w:tcPr>
            <w:tcW w:w="5838" w:type="dxa"/>
          </w:tcPr>
          <w:p w:rsidR="00A53BBE" w:rsidRPr="00E17F49" w:rsidRDefault="00A53BBE" w:rsidP="001142E3">
            <w:pPr>
              <w:jc w:val="right"/>
              <w:rPr>
                <w:rFonts w:ascii="Times New Roman" w:hAnsi="Times New Roman" w:cs="Times New Roman"/>
                <w:b/>
                <w:lang w:val="ru-RU"/>
              </w:rPr>
            </w:pPr>
            <w:r w:rsidRPr="00E17F49">
              <w:rPr>
                <w:rFonts w:ascii="Times New Roman" w:hAnsi="Times New Roman" w:cs="Times New Roman"/>
                <w:b/>
                <w:lang w:val="ru-RU"/>
              </w:rPr>
              <w:t>ИТОГО</w:t>
            </w:r>
          </w:p>
        </w:tc>
        <w:tc>
          <w:tcPr>
            <w:tcW w:w="567" w:type="dxa"/>
          </w:tcPr>
          <w:p w:rsidR="00A53BBE" w:rsidRPr="008A6198" w:rsidRDefault="00A53BBE" w:rsidP="001142E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A6198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611" w:type="dxa"/>
            <w:gridSpan w:val="2"/>
          </w:tcPr>
          <w:p w:rsidR="00A53BBE" w:rsidRPr="008A6198" w:rsidRDefault="00A53BBE" w:rsidP="001142E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A6198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612" w:type="dxa"/>
            <w:gridSpan w:val="2"/>
          </w:tcPr>
          <w:p w:rsidR="00A53BBE" w:rsidRPr="008A6198" w:rsidRDefault="00A53BBE" w:rsidP="001142E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A6198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580" w:type="dxa"/>
          </w:tcPr>
          <w:p w:rsidR="00A53BBE" w:rsidRPr="008A6198" w:rsidRDefault="00A53BBE" w:rsidP="001142E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A6198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1573" w:type="dxa"/>
          </w:tcPr>
          <w:p w:rsidR="00A53BBE" w:rsidRPr="00A53BBE" w:rsidRDefault="00A53BBE" w:rsidP="001142E3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6</w:t>
            </w:r>
          </w:p>
        </w:tc>
      </w:tr>
      <w:tr w:rsidR="004E2F59" w:rsidRPr="008A6198" w:rsidTr="001142E3">
        <w:tc>
          <w:tcPr>
            <w:tcW w:w="5838" w:type="dxa"/>
          </w:tcPr>
          <w:p w:rsidR="004E2F59" w:rsidRPr="00E17F49" w:rsidRDefault="004E2F59" w:rsidP="001142E3">
            <w:pPr>
              <w:jc w:val="right"/>
              <w:rPr>
                <w:rFonts w:ascii="Times New Roman" w:hAnsi="Times New Roman" w:cs="Times New Roman"/>
                <w:b/>
                <w:lang w:val="ru-RU"/>
              </w:rPr>
            </w:pPr>
            <w:r w:rsidRPr="00E17F49">
              <w:rPr>
                <w:rFonts w:ascii="Times New Roman" w:hAnsi="Times New Roman" w:cs="Times New Roman"/>
                <w:b/>
                <w:lang w:val="ru-RU"/>
              </w:rPr>
              <w:t>ФАКТ</w:t>
            </w:r>
          </w:p>
        </w:tc>
        <w:tc>
          <w:tcPr>
            <w:tcW w:w="567" w:type="dxa"/>
          </w:tcPr>
          <w:p w:rsidR="004E2F59" w:rsidRPr="004E2F59" w:rsidRDefault="004E2F59" w:rsidP="001142E3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3</w:t>
            </w:r>
          </w:p>
        </w:tc>
        <w:tc>
          <w:tcPr>
            <w:tcW w:w="611" w:type="dxa"/>
            <w:gridSpan w:val="2"/>
          </w:tcPr>
          <w:p w:rsidR="004E2F59" w:rsidRPr="004E2F59" w:rsidRDefault="004E2F59" w:rsidP="001142E3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3</w:t>
            </w:r>
          </w:p>
        </w:tc>
        <w:tc>
          <w:tcPr>
            <w:tcW w:w="612" w:type="dxa"/>
            <w:gridSpan w:val="2"/>
          </w:tcPr>
          <w:p w:rsidR="004E2F59" w:rsidRPr="004E2F59" w:rsidRDefault="004E2F59" w:rsidP="001142E3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3</w:t>
            </w:r>
          </w:p>
        </w:tc>
        <w:tc>
          <w:tcPr>
            <w:tcW w:w="580" w:type="dxa"/>
          </w:tcPr>
          <w:p w:rsidR="004E2F59" w:rsidRPr="004E2F59" w:rsidRDefault="004E2F59" w:rsidP="001142E3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3</w:t>
            </w:r>
          </w:p>
        </w:tc>
        <w:tc>
          <w:tcPr>
            <w:tcW w:w="1573" w:type="dxa"/>
          </w:tcPr>
          <w:p w:rsidR="004E2F59" w:rsidRDefault="004E2F59" w:rsidP="001142E3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3</w:t>
            </w:r>
          </w:p>
        </w:tc>
      </w:tr>
    </w:tbl>
    <w:p w:rsidR="00A53BBE" w:rsidRDefault="00A53BBE" w:rsidP="00A53BBE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7C21DF" w:rsidRDefault="007C21DF" w:rsidP="00A53BBE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br w:type="page"/>
      </w:r>
    </w:p>
    <w:tbl>
      <w:tblPr>
        <w:tblStyle w:val="aff0"/>
        <w:tblW w:w="9781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838"/>
        <w:gridCol w:w="567"/>
        <w:gridCol w:w="601"/>
        <w:gridCol w:w="10"/>
        <w:gridCol w:w="591"/>
        <w:gridCol w:w="21"/>
        <w:gridCol w:w="580"/>
        <w:gridCol w:w="1573"/>
      </w:tblGrid>
      <w:tr w:rsidR="007C21DF" w:rsidTr="001142E3">
        <w:tc>
          <w:tcPr>
            <w:tcW w:w="5838" w:type="dxa"/>
            <w:vMerge w:val="restart"/>
          </w:tcPr>
          <w:p w:rsidR="007C21DF" w:rsidRPr="00E17F49" w:rsidRDefault="007C21DF" w:rsidP="001142E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17F49">
              <w:rPr>
                <w:rFonts w:ascii="Times New Roman" w:hAnsi="Times New Roman" w:cs="Times New Roman"/>
                <w:b/>
              </w:rPr>
              <w:lastRenderedPageBreak/>
              <w:t>Название курса</w:t>
            </w:r>
          </w:p>
        </w:tc>
        <w:tc>
          <w:tcPr>
            <w:tcW w:w="3943" w:type="dxa"/>
            <w:gridSpan w:val="7"/>
          </w:tcPr>
          <w:p w:rsidR="007C21DF" w:rsidRDefault="007C21DF" w:rsidP="001142E3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 xml:space="preserve">8 </w:t>
            </w:r>
            <w:r w:rsidRPr="008A6198">
              <w:rPr>
                <w:rFonts w:ascii="Times New Roman" w:hAnsi="Times New Roman" w:cs="Times New Roman"/>
                <w:b/>
              </w:rPr>
              <w:t>Класс</w:t>
            </w:r>
            <w:r>
              <w:rPr>
                <w:rFonts w:ascii="Times New Roman" w:hAnsi="Times New Roman" w:cs="Times New Roman"/>
                <w:b/>
                <w:lang w:val="ru-RU"/>
              </w:rPr>
              <w:t>ы</w:t>
            </w:r>
          </w:p>
        </w:tc>
      </w:tr>
      <w:tr w:rsidR="007C21DF" w:rsidRPr="00A53BBE" w:rsidTr="001142E3">
        <w:tc>
          <w:tcPr>
            <w:tcW w:w="5838" w:type="dxa"/>
            <w:vMerge/>
          </w:tcPr>
          <w:p w:rsidR="007C21DF" w:rsidRPr="00E17F49" w:rsidRDefault="007C21DF" w:rsidP="001142E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7" w:type="dxa"/>
          </w:tcPr>
          <w:p w:rsidR="007C21DF" w:rsidRPr="008A6198" w:rsidRDefault="007C21DF" w:rsidP="001142E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A6198">
              <w:rPr>
                <w:rFonts w:ascii="Times New Roman" w:hAnsi="Times New Roman" w:cs="Times New Roman"/>
                <w:b/>
              </w:rPr>
              <w:t>А</w:t>
            </w:r>
          </w:p>
        </w:tc>
        <w:tc>
          <w:tcPr>
            <w:tcW w:w="601" w:type="dxa"/>
          </w:tcPr>
          <w:p w:rsidR="007C21DF" w:rsidRPr="008A6198" w:rsidRDefault="007C21DF" w:rsidP="001142E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A6198">
              <w:rPr>
                <w:rFonts w:ascii="Times New Roman" w:hAnsi="Times New Roman" w:cs="Times New Roman"/>
                <w:b/>
              </w:rPr>
              <w:t>Б</w:t>
            </w:r>
          </w:p>
        </w:tc>
        <w:tc>
          <w:tcPr>
            <w:tcW w:w="601" w:type="dxa"/>
            <w:gridSpan w:val="2"/>
          </w:tcPr>
          <w:p w:rsidR="007C21DF" w:rsidRPr="008A6198" w:rsidRDefault="007C21DF" w:rsidP="001142E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A6198">
              <w:rPr>
                <w:rFonts w:ascii="Times New Roman" w:hAnsi="Times New Roman" w:cs="Times New Roman"/>
                <w:b/>
              </w:rPr>
              <w:t>В</w:t>
            </w:r>
          </w:p>
        </w:tc>
        <w:tc>
          <w:tcPr>
            <w:tcW w:w="601" w:type="dxa"/>
            <w:gridSpan w:val="2"/>
          </w:tcPr>
          <w:p w:rsidR="007C21DF" w:rsidRPr="008A6198" w:rsidRDefault="007C21DF" w:rsidP="001142E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A6198">
              <w:rPr>
                <w:rFonts w:ascii="Times New Roman" w:hAnsi="Times New Roman" w:cs="Times New Roman"/>
                <w:b/>
              </w:rPr>
              <w:t>Г</w:t>
            </w:r>
          </w:p>
        </w:tc>
        <w:tc>
          <w:tcPr>
            <w:tcW w:w="1573" w:type="dxa"/>
          </w:tcPr>
          <w:p w:rsidR="007C21DF" w:rsidRPr="00A53BBE" w:rsidRDefault="007C21DF" w:rsidP="001142E3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К</w:t>
            </w:r>
          </w:p>
        </w:tc>
      </w:tr>
      <w:tr w:rsidR="007C21DF" w:rsidRPr="008A6198" w:rsidTr="001142E3">
        <w:trPr>
          <w:trHeight w:val="439"/>
        </w:trPr>
        <w:tc>
          <w:tcPr>
            <w:tcW w:w="5838" w:type="dxa"/>
          </w:tcPr>
          <w:p w:rsidR="007C21DF" w:rsidRPr="00E17F49" w:rsidRDefault="007C21DF" w:rsidP="001142E3">
            <w:pPr>
              <w:jc w:val="center"/>
              <w:rPr>
                <w:rFonts w:ascii="Times New Roman" w:hAnsi="Times New Roman" w:cs="Times New Roman"/>
              </w:rPr>
            </w:pPr>
            <w:r w:rsidRPr="00E17F49">
              <w:rPr>
                <w:rFonts w:ascii="Times New Roman" w:hAnsi="Times New Roman" w:cs="Times New Roman"/>
              </w:rPr>
              <w:t>«Разговоры о важном»</w:t>
            </w:r>
          </w:p>
        </w:tc>
        <w:tc>
          <w:tcPr>
            <w:tcW w:w="567" w:type="dxa"/>
          </w:tcPr>
          <w:p w:rsidR="007C21DF" w:rsidRPr="008A6198" w:rsidRDefault="007C21DF" w:rsidP="001142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01" w:type="dxa"/>
          </w:tcPr>
          <w:p w:rsidR="007C21DF" w:rsidRPr="008A6198" w:rsidRDefault="007C21DF" w:rsidP="001142E3">
            <w:pPr>
              <w:jc w:val="center"/>
              <w:rPr>
                <w:rFonts w:ascii="Times New Roman" w:hAnsi="Times New Roman" w:cs="Times New Roman"/>
              </w:rPr>
            </w:pPr>
            <w:r w:rsidRPr="008A619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01" w:type="dxa"/>
            <w:gridSpan w:val="2"/>
          </w:tcPr>
          <w:p w:rsidR="007C21DF" w:rsidRPr="008A6198" w:rsidRDefault="007C21DF" w:rsidP="001142E3">
            <w:pPr>
              <w:jc w:val="center"/>
              <w:rPr>
                <w:rFonts w:ascii="Times New Roman" w:hAnsi="Times New Roman" w:cs="Times New Roman"/>
              </w:rPr>
            </w:pPr>
            <w:r w:rsidRPr="008A619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01" w:type="dxa"/>
            <w:gridSpan w:val="2"/>
          </w:tcPr>
          <w:p w:rsidR="007C21DF" w:rsidRPr="008A6198" w:rsidRDefault="007C21DF" w:rsidP="001142E3">
            <w:pPr>
              <w:jc w:val="center"/>
              <w:rPr>
                <w:rFonts w:ascii="Times New Roman" w:hAnsi="Times New Roman" w:cs="Times New Roman"/>
              </w:rPr>
            </w:pPr>
            <w:r w:rsidRPr="008A619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73" w:type="dxa"/>
          </w:tcPr>
          <w:p w:rsidR="007C21DF" w:rsidRPr="008A6198" w:rsidRDefault="007C21DF" w:rsidP="001142E3">
            <w:pPr>
              <w:jc w:val="center"/>
              <w:rPr>
                <w:rFonts w:ascii="Times New Roman" w:hAnsi="Times New Roman" w:cs="Times New Roman"/>
              </w:rPr>
            </w:pPr>
            <w:r w:rsidRPr="008A6198">
              <w:rPr>
                <w:rFonts w:ascii="Times New Roman" w:hAnsi="Times New Roman" w:cs="Times New Roman"/>
              </w:rPr>
              <w:t>1</w:t>
            </w:r>
          </w:p>
        </w:tc>
      </w:tr>
      <w:tr w:rsidR="007C21DF" w:rsidRPr="008A6198" w:rsidTr="001142E3">
        <w:trPr>
          <w:trHeight w:val="418"/>
        </w:trPr>
        <w:tc>
          <w:tcPr>
            <w:tcW w:w="5838" w:type="dxa"/>
          </w:tcPr>
          <w:p w:rsidR="007C21DF" w:rsidRPr="00E17F49" w:rsidRDefault="007C21DF" w:rsidP="001142E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E17F49">
              <w:rPr>
                <w:rFonts w:ascii="Times New Roman" w:hAnsi="Times New Roman" w:cs="Times New Roman"/>
                <w:lang w:val="ru-RU"/>
              </w:rPr>
              <w:t>«Россия – мои горизонты»</w:t>
            </w:r>
          </w:p>
          <w:p w:rsidR="007C21DF" w:rsidRPr="00E17F49" w:rsidRDefault="007C21DF" w:rsidP="001142E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E17F49">
              <w:rPr>
                <w:rFonts w:ascii="Times New Roman" w:hAnsi="Times New Roman" w:cs="Times New Roman"/>
                <w:lang w:val="ru-RU"/>
              </w:rPr>
              <w:t xml:space="preserve">«Обучение служением. </w:t>
            </w:r>
            <w:r w:rsidRPr="00E17F49">
              <w:rPr>
                <w:rFonts w:ascii="Times New Roman" w:hAnsi="Times New Roman" w:cs="Times New Roman"/>
              </w:rPr>
              <w:t>Первые»</w:t>
            </w:r>
          </w:p>
        </w:tc>
        <w:tc>
          <w:tcPr>
            <w:tcW w:w="567" w:type="dxa"/>
          </w:tcPr>
          <w:p w:rsidR="007C21DF" w:rsidRDefault="007C21DF" w:rsidP="001142E3">
            <w:pPr>
              <w:jc w:val="center"/>
              <w:rPr>
                <w:rFonts w:ascii="Times New Roman" w:hAnsi="Times New Roman" w:cs="Times New Roman"/>
              </w:rPr>
            </w:pPr>
            <w:r w:rsidRPr="008A6198">
              <w:rPr>
                <w:rFonts w:ascii="Times New Roman" w:hAnsi="Times New Roman" w:cs="Times New Roman"/>
              </w:rPr>
              <w:t>1</w:t>
            </w:r>
          </w:p>
          <w:p w:rsidR="007C21DF" w:rsidRPr="007C21DF" w:rsidRDefault="007C21DF" w:rsidP="001142E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601" w:type="dxa"/>
          </w:tcPr>
          <w:p w:rsidR="007C21DF" w:rsidRDefault="007C21DF" w:rsidP="001142E3">
            <w:pPr>
              <w:jc w:val="center"/>
              <w:rPr>
                <w:rFonts w:ascii="Times New Roman" w:hAnsi="Times New Roman" w:cs="Times New Roman"/>
              </w:rPr>
            </w:pPr>
            <w:r w:rsidRPr="008A6198">
              <w:rPr>
                <w:rFonts w:ascii="Times New Roman" w:hAnsi="Times New Roman" w:cs="Times New Roman"/>
              </w:rPr>
              <w:t>1</w:t>
            </w:r>
          </w:p>
          <w:p w:rsidR="007C21DF" w:rsidRPr="007C21DF" w:rsidRDefault="007C21DF" w:rsidP="001142E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601" w:type="dxa"/>
            <w:gridSpan w:val="2"/>
          </w:tcPr>
          <w:p w:rsidR="007C21DF" w:rsidRDefault="007C21DF" w:rsidP="001142E3">
            <w:pPr>
              <w:jc w:val="center"/>
              <w:rPr>
                <w:rFonts w:ascii="Times New Roman" w:hAnsi="Times New Roman" w:cs="Times New Roman"/>
              </w:rPr>
            </w:pPr>
            <w:r w:rsidRPr="008A6198">
              <w:rPr>
                <w:rFonts w:ascii="Times New Roman" w:hAnsi="Times New Roman" w:cs="Times New Roman"/>
              </w:rPr>
              <w:t>1</w:t>
            </w:r>
          </w:p>
          <w:p w:rsidR="007C21DF" w:rsidRPr="007C21DF" w:rsidRDefault="007C21DF" w:rsidP="001142E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601" w:type="dxa"/>
            <w:gridSpan w:val="2"/>
          </w:tcPr>
          <w:p w:rsidR="007C21DF" w:rsidRDefault="007C21DF" w:rsidP="001142E3">
            <w:pPr>
              <w:jc w:val="center"/>
              <w:rPr>
                <w:rFonts w:ascii="Times New Roman" w:hAnsi="Times New Roman" w:cs="Times New Roman"/>
              </w:rPr>
            </w:pPr>
            <w:r w:rsidRPr="008A6198">
              <w:rPr>
                <w:rFonts w:ascii="Times New Roman" w:hAnsi="Times New Roman" w:cs="Times New Roman"/>
              </w:rPr>
              <w:t>1</w:t>
            </w:r>
          </w:p>
          <w:p w:rsidR="007C21DF" w:rsidRPr="007C21DF" w:rsidRDefault="007C21DF" w:rsidP="001142E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1573" w:type="dxa"/>
          </w:tcPr>
          <w:p w:rsidR="007C21DF" w:rsidRPr="008A6198" w:rsidRDefault="007C21DF" w:rsidP="001142E3">
            <w:pPr>
              <w:jc w:val="center"/>
              <w:rPr>
                <w:rFonts w:ascii="Times New Roman" w:hAnsi="Times New Roman" w:cs="Times New Roman"/>
              </w:rPr>
            </w:pPr>
            <w:r w:rsidRPr="008A6198">
              <w:rPr>
                <w:rFonts w:ascii="Times New Roman" w:hAnsi="Times New Roman" w:cs="Times New Roman"/>
              </w:rPr>
              <w:t>1</w:t>
            </w:r>
          </w:p>
        </w:tc>
      </w:tr>
      <w:tr w:rsidR="007C21DF" w:rsidRPr="008A6198" w:rsidTr="001142E3">
        <w:trPr>
          <w:trHeight w:val="780"/>
        </w:trPr>
        <w:tc>
          <w:tcPr>
            <w:tcW w:w="5838" w:type="dxa"/>
          </w:tcPr>
          <w:p w:rsidR="007C21DF" w:rsidRPr="00E17F49" w:rsidRDefault="007C21DF" w:rsidP="001142E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E17F49">
              <w:rPr>
                <w:rFonts w:ascii="Times New Roman" w:hAnsi="Times New Roman" w:cs="Times New Roman"/>
                <w:lang w:val="ru-RU"/>
              </w:rPr>
              <w:t>«Основы финансовой грамотности. Финансовая культура»</w:t>
            </w:r>
          </w:p>
          <w:p w:rsidR="007C21DF" w:rsidRPr="00E17F49" w:rsidRDefault="007C21DF" w:rsidP="001142E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E17F49">
              <w:rPr>
                <w:rFonts w:ascii="Times New Roman" w:hAnsi="Times New Roman" w:cs="Times New Roman"/>
                <w:lang w:val="ru-RU"/>
              </w:rPr>
              <w:t xml:space="preserve">«Великие достижения соотечественников» </w:t>
            </w:r>
          </w:p>
          <w:p w:rsidR="007C21DF" w:rsidRPr="00E17F49" w:rsidRDefault="007C21DF" w:rsidP="001142E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E17F49">
              <w:rPr>
                <w:rFonts w:ascii="Times New Roman" w:hAnsi="Times New Roman" w:cs="Times New Roman"/>
                <w:lang w:val="ru-RU"/>
              </w:rPr>
              <w:t>«Мой Симферополь в истории Отечества»</w:t>
            </w:r>
          </w:p>
          <w:p w:rsidR="007C21DF" w:rsidRPr="00E17F49" w:rsidRDefault="007C21DF" w:rsidP="007C21DF">
            <w:pPr>
              <w:jc w:val="center"/>
              <w:rPr>
                <w:rFonts w:ascii="Times New Roman" w:hAnsi="Times New Roman" w:cs="Times New Roman"/>
              </w:rPr>
            </w:pPr>
            <w:r w:rsidRPr="00E17F49">
              <w:rPr>
                <w:rFonts w:ascii="Times New Roman" w:hAnsi="Times New Roman" w:cs="Times New Roman"/>
              </w:rPr>
              <w:t>«</w:t>
            </w:r>
            <w:r w:rsidRPr="00E17F49">
              <w:rPr>
                <w:rFonts w:ascii="Times New Roman" w:hAnsi="Times New Roman" w:cs="Times New Roman"/>
                <w:lang w:val="ru-RU"/>
              </w:rPr>
              <w:t>Учебные сборы</w:t>
            </w:r>
            <w:r w:rsidRPr="00E17F49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567" w:type="dxa"/>
          </w:tcPr>
          <w:p w:rsidR="007C21DF" w:rsidRPr="004E2F59" w:rsidRDefault="004E2F59" w:rsidP="001142E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0,5</w:t>
            </w:r>
          </w:p>
          <w:p w:rsidR="007C21DF" w:rsidRPr="008A6198" w:rsidRDefault="007C21DF" w:rsidP="001142E3">
            <w:pPr>
              <w:jc w:val="center"/>
              <w:rPr>
                <w:rFonts w:ascii="Times New Roman" w:hAnsi="Times New Roman" w:cs="Times New Roman"/>
              </w:rPr>
            </w:pPr>
            <w:r w:rsidRPr="008A6198">
              <w:rPr>
                <w:rFonts w:ascii="Times New Roman" w:hAnsi="Times New Roman" w:cs="Times New Roman"/>
              </w:rPr>
              <w:t>0,5</w:t>
            </w:r>
          </w:p>
          <w:p w:rsidR="007C21DF" w:rsidRPr="008A6198" w:rsidRDefault="007C21DF" w:rsidP="001142E3">
            <w:pPr>
              <w:jc w:val="center"/>
              <w:rPr>
                <w:rFonts w:ascii="Times New Roman" w:hAnsi="Times New Roman" w:cs="Times New Roman"/>
              </w:rPr>
            </w:pPr>
            <w:r w:rsidRPr="008A6198">
              <w:rPr>
                <w:rFonts w:ascii="Times New Roman" w:hAnsi="Times New Roman" w:cs="Times New Roman"/>
              </w:rPr>
              <w:t>0,5</w:t>
            </w:r>
          </w:p>
          <w:p w:rsidR="007C21DF" w:rsidRPr="008A6198" w:rsidRDefault="007C21DF" w:rsidP="001142E3">
            <w:pPr>
              <w:jc w:val="center"/>
              <w:rPr>
                <w:rFonts w:ascii="Times New Roman" w:hAnsi="Times New Roman" w:cs="Times New Roman"/>
              </w:rPr>
            </w:pPr>
            <w:r w:rsidRPr="008A6198">
              <w:rPr>
                <w:rFonts w:ascii="Times New Roman" w:hAnsi="Times New Roman" w:cs="Times New Roman"/>
              </w:rPr>
              <w:t>0,5</w:t>
            </w:r>
          </w:p>
        </w:tc>
        <w:tc>
          <w:tcPr>
            <w:tcW w:w="601" w:type="dxa"/>
          </w:tcPr>
          <w:p w:rsidR="007C21DF" w:rsidRPr="004E2F59" w:rsidRDefault="004E2F59" w:rsidP="001142E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0,5</w:t>
            </w:r>
          </w:p>
          <w:p w:rsidR="007C21DF" w:rsidRPr="008A6198" w:rsidRDefault="007C21DF" w:rsidP="001142E3">
            <w:pPr>
              <w:jc w:val="center"/>
              <w:rPr>
                <w:rFonts w:ascii="Times New Roman" w:hAnsi="Times New Roman" w:cs="Times New Roman"/>
              </w:rPr>
            </w:pPr>
            <w:r w:rsidRPr="008A6198">
              <w:rPr>
                <w:rFonts w:ascii="Times New Roman" w:hAnsi="Times New Roman" w:cs="Times New Roman"/>
              </w:rPr>
              <w:t>0,5</w:t>
            </w:r>
          </w:p>
          <w:p w:rsidR="007C21DF" w:rsidRPr="008A6198" w:rsidRDefault="007C21DF" w:rsidP="001142E3">
            <w:pPr>
              <w:jc w:val="center"/>
              <w:rPr>
                <w:rFonts w:ascii="Times New Roman" w:hAnsi="Times New Roman" w:cs="Times New Roman"/>
              </w:rPr>
            </w:pPr>
            <w:r w:rsidRPr="008A6198">
              <w:rPr>
                <w:rFonts w:ascii="Times New Roman" w:hAnsi="Times New Roman" w:cs="Times New Roman"/>
              </w:rPr>
              <w:t>0,5</w:t>
            </w:r>
          </w:p>
          <w:p w:rsidR="007C21DF" w:rsidRPr="008A6198" w:rsidRDefault="007C21DF" w:rsidP="001142E3">
            <w:pPr>
              <w:jc w:val="center"/>
              <w:rPr>
                <w:rFonts w:ascii="Times New Roman" w:hAnsi="Times New Roman" w:cs="Times New Roman"/>
              </w:rPr>
            </w:pPr>
            <w:r w:rsidRPr="008A6198">
              <w:rPr>
                <w:rFonts w:ascii="Times New Roman" w:hAnsi="Times New Roman" w:cs="Times New Roman"/>
              </w:rPr>
              <w:t>0,5</w:t>
            </w:r>
          </w:p>
        </w:tc>
        <w:tc>
          <w:tcPr>
            <w:tcW w:w="601" w:type="dxa"/>
            <w:gridSpan w:val="2"/>
          </w:tcPr>
          <w:p w:rsidR="007C21DF" w:rsidRPr="004E2F59" w:rsidRDefault="004E2F59" w:rsidP="001142E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0,5</w:t>
            </w:r>
          </w:p>
          <w:p w:rsidR="007C21DF" w:rsidRPr="008A6198" w:rsidRDefault="007C21DF" w:rsidP="001142E3">
            <w:pPr>
              <w:jc w:val="center"/>
              <w:rPr>
                <w:rFonts w:ascii="Times New Roman" w:hAnsi="Times New Roman" w:cs="Times New Roman"/>
              </w:rPr>
            </w:pPr>
            <w:r w:rsidRPr="008A6198">
              <w:rPr>
                <w:rFonts w:ascii="Times New Roman" w:hAnsi="Times New Roman" w:cs="Times New Roman"/>
              </w:rPr>
              <w:t>0,5</w:t>
            </w:r>
          </w:p>
          <w:p w:rsidR="007C21DF" w:rsidRPr="008A6198" w:rsidRDefault="007C21DF" w:rsidP="001142E3">
            <w:pPr>
              <w:jc w:val="center"/>
              <w:rPr>
                <w:rFonts w:ascii="Times New Roman" w:hAnsi="Times New Roman" w:cs="Times New Roman"/>
              </w:rPr>
            </w:pPr>
            <w:r w:rsidRPr="008A6198">
              <w:rPr>
                <w:rFonts w:ascii="Times New Roman" w:hAnsi="Times New Roman" w:cs="Times New Roman"/>
              </w:rPr>
              <w:t>0,5</w:t>
            </w:r>
          </w:p>
          <w:p w:rsidR="007C21DF" w:rsidRPr="008A6198" w:rsidRDefault="007C21DF" w:rsidP="001142E3">
            <w:pPr>
              <w:jc w:val="center"/>
              <w:rPr>
                <w:rFonts w:ascii="Times New Roman" w:hAnsi="Times New Roman" w:cs="Times New Roman"/>
              </w:rPr>
            </w:pPr>
            <w:r w:rsidRPr="008A6198">
              <w:rPr>
                <w:rFonts w:ascii="Times New Roman" w:hAnsi="Times New Roman" w:cs="Times New Roman"/>
              </w:rPr>
              <w:t>0,5</w:t>
            </w:r>
          </w:p>
        </w:tc>
        <w:tc>
          <w:tcPr>
            <w:tcW w:w="601" w:type="dxa"/>
            <w:gridSpan w:val="2"/>
          </w:tcPr>
          <w:p w:rsidR="007C21DF" w:rsidRPr="004E2F59" w:rsidRDefault="004E2F59" w:rsidP="001142E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0,5</w:t>
            </w:r>
          </w:p>
          <w:p w:rsidR="007C21DF" w:rsidRPr="008A6198" w:rsidRDefault="007C21DF" w:rsidP="001142E3">
            <w:pPr>
              <w:jc w:val="center"/>
              <w:rPr>
                <w:rFonts w:ascii="Times New Roman" w:hAnsi="Times New Roman" w:cs="Times New Roman"/>
              </w:rPr>
            </w:pPr>
            <w:r w:rsidRPr="008A6198">
              <w:rPr>
                <w:rFonts w:ascii="Times New Roman" w:hAnsi="Times New Roman" w:cs="Times New Roman"/>
              </w:rPr>
              <w:t>0,5</w:t>
            </w:r>
          </w:p>
          <w:p w:rsidR="007C21DF" w:rsidRPr="008A6198" w:rsidRDefault="007C21DF" w:rsidP="001142E3">
            <w:pPr>
              <w:jc w:val="center"/>
              <w:rPr>
                <w:rFonts w:ascii="Times New Roman" w:hAnsi="Times New Roman" w:cs="Times New Roman"/>
              </w:rPr>
            </w:pPr>
            <w:r w:rsidRPr="008A6198">
              <w:rPr>
                <w:rFonts w:ascii="Times New Roman" w:hAnsi="Times New Roman" w:cs="Times New Roman"/>
              </w:rPr>
              <w:t>0,5</w:t>
            </w:r>
          </w:p>
          <w:p w:rsidR="007C21DF" w:rsidRPr="008A6198" w:rsidRDefault="007C21DF" w:rsidP="001142E3">
            <w:pPr>
              <w:jc w:val="center"/>
              <w:rPr>
                <w:rFonts w:ascii="Times New Roman" w:hAnsi="Times New Roman" w:cs="Times New Roman"/>
              </w:rPr>
            </w:pPr>
            <w:r w:rsidRPr="008A6198">
              <w:rPr>
                <w:rFonts w:ascii="Times New Roman" w:hAnsi="Times New Roman" w:cs="Times New Roman"/>
              </w:rPr>
              <w:t>0,5</w:t>
            </w:r>
          </w:p>
        </w:tc>
        <w:tc>
          <w:tcPr>
            <w:tcW w:w="1573" w:type="dxa"/>
          </w:tcPr>
          <w:p w:rsidR="007C21DF" w:rsidRPr="008A6198" w:rsidRDefault="007C21DF" w:rsidP="001142E3">
            <w:pPr>
              <w:jc w:val="center"/>
              <w:rPr>
                <w:rFonts w:ascii="Times New Roman" w:hAnsi="Times New Roman" w:cs="Times New Roman"/>
              </w:rPr>
            </w:pPr>
          </w:p>
          <w:p w:rsidR="007C21DF" w:rsidRPr="008A6198" w:rsidRDefault="007C21DF" w:rsidP="001142E3">
            <w:pPr>
              <w:jc w:val="center"/>
              <w:rPr>
                <w:rFonts w:ascii="Times New Roman" w:hAnsi="Times New Roman" w:cs="Times New Roman"/>
              </w:rPr>
            </w:pPr>
            <w:r w:rsidRPr="008A6198">
              <w:rPr>
                <w:rFonts w:ascii="Times New Roman" w:hAnsi="Times New Roman" w:cs="Times New Roman"/>
              </w:rPr>
              <w:t>0,5</w:t>
            </w:r>
          </w:p>
          <w:p w:rsidR="007C21DF" w:rsidRDefault="007C21DF" w:rsidP="001142E3">
            <w:pPr>
              <w:jc w:val="center"/>
              <w:rPr>
                <w:rFonts w:ascii="Times New Roman" w:hAnsi="Times New Roman" w:cs="Times New Roman"/>
              </w:rPr>
            </w:pPr>
            <w:r w:rsidRPr="008A6198">
              <w:rPr>
                <w:rFonts w:ascii="Times New Roman" w:hAnsi="Times New Roman" w:cs="Times New Roman"/>
              </w:rPr>
              <w:t>0,5</w:t>
            </w:r>
          </w:p>
          <w:p w:rsidR="007C21DF" w:rsidRPr="007C21DF" w:rsidRDefault="007C21DF" w:rsidP="007C21DF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0,5</w:t>
            </w:r>
          </w:p>
        </w:tc>
      </w:tr>
      <w:tr w:rsidR="007C21DF" w:rsidRPr="00A53BBE" w:rsidTr="001142E3">
        <w:trPr>
          <w:trHeight w:val="552"/>
        </w:trPr>
        <w:tc>
          <w:tcPr>
            <w:tcW w:w="5838" w:type="dxa"/>
          </w:tcPr>
          <w:p w:rsidR="007C21DF" w:rsidRPr="00E17F49" w:rsidRDefault="007C21DF" w:rsidP="001142E3">
            <w:pPr>
              <w:jc w:val="center"/>
              <w:rPr>
                <w:rFonts w:ascii="Times New Roman" w:hAnsi="Times New Roman" w:cs="Times New Roman"/>
                <w:bCs/>
                <w:shd w:val="clear" w:color="auto" w:fill="FBE395"/>
                <w:lang w:val="ru-RU"/>
              </w:rPr>
            </w:pPr>
            <w:r w:rsidRPr="00E17F49">
              <w:rPr>
                <w:rFonts w:ascii="Times New Roman" w:hAnsi="Times New Roman" w:cs="Times New Roman"/>
                <w:lang w:val="ru-RU"/>
              </w:rPr>
              <w:t>«Химия в экспериментах и задачах»</w:t>
            </w:r>
          </w:p>
          <w:p w:rsidR="007C21DF" w:rsidRPr="00E17F49" w:rsidRDefault="007C21DF" w:rsidP="001142E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E17F49">
              <w:rPr>
                <w:rFonts w:ascii="Times New Roman" w:hAnsi="Times New Roman" w:cs="Times New Roman"/>
                <w:lang w:val="ru-RU"/>
              </w:rPr>
              <w:t>«Занимательный английский»</w:t>
            </w:r>
          </w:p>
          <w:p w:rsidR="007C21DF" w:rsidRPr="00E17F49" w:rsidRDefault="007C21DF" w:rsidP="007C21DF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E17F49">
              <w:rPr>
                <w:rFonts w:ascii="Times New Roman" w:hAnsi="Times New Roman" w:cs="Times New Roman"/>
                <w:lang w:val="ru-RU"/>
              </w:rPr>
              <w:t>«Занимательные спортивные игры»</w:t>
            </w:r>
          </w:p>
        </w:tc>
        <w:tc>
          <w:tcPr>
            <w:tcW w:w="567" w:type="dxa"/>
          </w:tcPr>
          <w:p w:rsidR="007C21DF" w:rsidRPr="004E46CE" w:rsidRDefault="007C21DF" w:rsidP="001142E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  <w:p w:rsidR="007C21DF" w:rsidRDefault="007C21DF" w:rsidP="001142E3">
            <w:pPr>
              <w:jc w:val="center"/>
              <w:rPr>
                <w:rFonts w:ascii="Times New Roman" w:hAnsi="Times New Roman" w:cs="Times New Roman"/>
              </w:rPr>
            </w:pPr>
            <w:r w:rsidRPr="008A6198">
              <w:rPr>
                <w:rFonts w:ascii="Times New Roman" w:hAnsi="Times New Roman" w:cs="Times New Roman"/>
              </w:rPr>
              <w:t>0,5</w:t>
            </w:r>
          </w:p>
          <w:p w:rsidR="007C21DF" w:rsidRPr="007C21DF" w:rsidRDefault="007C21DF" w:rsidP="001142E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601" w:type="dxa"/>
          </w:tcPr>
          <w:p w:rsidR="007C21DF" w:rsidRDefault="007C21DF" w:rsidP="001142E3">
            <w:pPr>
              <w:jc w:val="center"/>
              <w:rPr>
                <w:rFonts w:ascii="Times New Roman" w:hAnsi="Times New Roman" w:cs="Times New Roman"/>
              </w:rPr>
            </w:pPr>
          </w:p>
          <w:p w:rsidR="007C21DF" w:rsidRDefault="007C21DF" w:rsidP="001142E3">
            <w:pPr>
              <w:jc w:val="center"/>
              <w:rPr>
                <w:rFonts w:ascii="Times New Roman" w:hAnsi="Times New Roman" w:cs="Times New Roman"/>
              </w:rPr>
            </w:pPr>
            <w:r w:rsidRPr="008A6198">
              <w:rPr>
                <w:rFonts w:ascii="Times New Roman" w:hAnsi="Times New Roman" w:cs="Times New Roman"/>
              </w:rPr>
              <w:t>0,5</w:t>
            </w:r>
          </w:p>
          <w:p w:rsidR="007C21DF" w:rsidRPr="007C21DF" w:rsidRDefault="007C21DF" w:rsidP="001142E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601" w:type="dxa"/>
            <w:gridSpan w:val="2"/>
          </w:tcPr>
          <w:p w:rsidR="007C21DF" w:rsidRDefault="007C21DF" w:rsidP="001142E3">
            <w:pPr>
              <w:jc w:val="center"/>
              <w:rPr>
                <w:rFonts w:ascii="Times New Roman" w:hAnsi="Times New Roman" w:cs="Times New Roman"/>
              </w:rPr>
            </w:pPr>
            <w:r w:rsidRPr="008A6198">
              <w:rPr>
                <w:rFonts w:ascii="Times New Roman" w:hAnsi="Times New Roman" w:cs="Times New Roman"/>
              </w:rPr>
              <w:t>0,5</w:t>
            </w:r>
          </w:p>
          <w:p w:rsidR="007C21DF" w:rsidRDefault="007C21DF" w:rsidP="001142E3">
            <w:pPr>
              <w:jc w:val="center"/>
              <w:rPr>
                <w:rFonts w:ascii="Times New Roman" w:hAnsi="Times New Roman" w:cs="Times New Roman"/>
              </w:rPr>
            </w:pPr>
          </w:p>
          <w:p w:rsidR="007C21DF" w:rsidRPr="007C21DF" w:rsidRDefault="007C21DF" w:rsidP="001142E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601" w:type="dxa"/>
            <w:gridSpan w:val="2"/>
          </w:tcPr>
          <w:p w:rsidR="007C21DF" w:rsidRPr="008A6198" w:rsidRDefault="007C21DF" w:rsidP="001142E3">
            <w:pPr>
              <w:jc w:val="center"/>
              <w:rPr>
                <w:rFonts w:ascii="Times New Roman" w:hAnsi="Times New Roman" w:cs="Times New Roman"/>
              </w:rPr>
            </w:pPr>
            <w:r w:rsidRPr="008A6198">
              <w:rPr>
                <w:rFonts w:ascii="Times New Roman" w:hAnsi="Times New Roman" w:cs="Times New Roman"/>
              </w:rPr>
              <w:t>0,5</w:t>
            </w:r>
          </w:p>
        </w:tc>
        <w:tc>
          <w:tcPr>
            <w:tcW w:w="1573" w:type="dxa"/>
          </w:tcPr>
          <w:p w:rsidR="007C21DF" w:rsidRPr="007C21DF" w:rsidRDefault="007C21DF" w:rsidP="001142E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</w:t>
            </w:r>
          </w:p>
          <w:p w:rsidR="007C21DF" w:rsidRDefault="007C21DF" w:rsidP="001142E3">
            <w:pPr>
              <w:jc w:val="center"/>
              <w:rPr>
                <w:rFonts w:ascii="Times New Roman" w:hAnsi="Times New Roman" w:cs="Times New Roman"/>
              </w:rPr>
            </w:pPr>
          </w:p>
          <w:p w:rsidR="007C21DF" w:rsidRPr="00A53BBE" w:rsidRDefault="007C21DF" w:rsidP="001142E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7C21DF" w:rsidRPr="008A6198" w:rsidTr="001142E3">
        <w:trPr>
          <w:trHeight w:val="552"/>
        </w:trPr>
        <w:tc>
          <w:tcPr>
            <w:tcW w:w="5838" w:type="dxa"/>
          </w:tcPr>
          <w:p w:rsidR="007C21DF" w:rsidRPr="00E17F49" w:rsidRDefault="007C21DF" w:rsidP="007C21DF">
            <w:pPr>
              <w:jc w:val="center"/>
              <w:rPr>
                <w:rFonts w:ascii="Times New Roman" w:hAnsi="Times New Roman" w:cs="Times New Roman"/>
              </w:rPr>
            </w:pPr>
            <w:r w:rsidRPr="00E17F49">
              <w:rPr>
                <w:rFonts w:ascii="Times New Roman" w:hAnsi="Times New Roman" w:cs="Times New Roman"/>
              </w:rPr>
              <w:t>«</w:t>
            </w:r>
            <w:r w:rsidRPr="00E17F49">
              <w:rPr>
                <w:rFonts w:ascii="Times New Roman" w:hAnsi="Times New Roman" w:cs="Times New Roman"/>
                <w:lang w:val="ru-RU"/>
              </w:rPr>
              <w:t>Ступенька ГТО»</w:t>
            </w:r>
            <w:r w:rsidRPr="00E17F49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567" w:type="dxa"/>
          </w:tcPr>
          <w:p w:rsidR="007C21DF" w:rsidRPr="008A6198" w:rsidRDefault="007C21DF" w:rsidP="001142E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1" w:type="dxa"/>
          </w:tcPr>
          <w:p w:rsidR="007C21DF" w:rsidRPr="008A6198" w:rsidRDefault="007C21DF" w:rsidP="001142E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1" w:type="dxa"/>
            <w:gridSpan w:val="2"/>
          </w:tcPr>
          <w:p w:rsidR="007C21DF" w:rsidRPr="008A6198" w:rsidRDefault="007C21DF" w:rsidP="001142E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1" w:type="dxa"/>
            <w:gridSpan w:val="2"/>
          </w:tcPr>
          <w:p w:rsidR="007C21DF" w:rsidRPr="008A6198" w:rsidRDefault="007C21DF" w:rsidP="001142E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73" w:type="dxa"/>
          </w:tcPr>
          <w:p w:rsidR="007C21DF" w:rsidRPr="008A6198" w:rsidRDefault="007C21DF" w:rsidP="001142E3">
            <w:pPr>
              <w:jc w:val="center"/>
              <w:rPr>
                <w:rFonts w:ascii="Times New Roman" w:hAnsi="Times New Roman" w:cs="Times New Roman"/>
              </w:rPr>
            </w:pPr>
            <w:r w:rsidRPr="008A6198">
              <w:rPr>
                <w:rFonts w:ascii="Times New Roman" w:hAnsi="Times New Roman" w:cs="Times New Roman"/>
              </w:rPr>
              <w:t>1</w:t>
            </w:r>
          </w:p>
        </w:tc>
      </w:tr>
      <w:tr w:rsidR="007C21DF" w:rsidRPr="008A6198" w:rsidTr="001142E3">
        <w:trPr>
          <w:trHeight w:val="552"/>
        </w:trPr>
        <w:tc>
          <w:tcPr>
            <w:tcW w:w="5838" w:type="dxa"/>
          </w:tcPr>
          <w:p w:rsidR="007C21DF" w:rsidRPr="00E17F49" w:rsidRDefault="007C21DF" w:rsidP="001142E3">
            <w:pPr>
              <w:jc w:val="center"/>
              <w:rPr>
                <w:rFonts w:ascii="Times New Roman" w:hAnsi="Times New Roman" w:cs="Times New Roman"/>
              </w:rPr>
            </w:pPr>
            <w:r w:rsidRPr="00E17F49">
              <w:rPr>
                <w:rFonts w:ascii="Times New Roman" w:hAnsi="Times New Roman" w:cs="Times New Roman"/>
              </w:rPr>
              <w:t>История государства Российского</w:t>
            </w:r>
          </w:p>
        </w:tc>
        <w:tc>
          <w:tcPr>
            <w:tcW w:w="567" w:type="dxa"/>
          </w:tcPr>
          <w:p w:rsidR="007C21DF" w:rsidRPr="008A6198" w:rsidRDefault="007C21DF" w:rsidP="001142E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1" w:type="dxa"/>
          </w:tcPr>
          <w:p w:rsidR="007C21DF" w:rsidRPr="008A6198" w:rsidRDefault="007C21DF" w:rsidP="001142E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1" w:type="dxa"/>
            <w:gridSpan w:val="2"/>
          </w:tcPr>
          <w:p w:rsidR="007C21DF" w:rsidRPr="008A6198" w:rsidRDefault="007C21DF" w:rsidP="001142E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1" w:type="dxa"/>
            <w:gridSpan w:val="2"/>
          </w:tcPr>
          <w:p w:rsidR="007C21DF" w:rsidRPr="008A6198" w:rsidRDefault="007C21DF" w:rsidP="001142E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73" w:type="dxa"/>
          </w:tcPr>
          <w:p w:rsidR="007C21DF" w:rsidRPr="008A6198" w:rsidRDefault="007C21DF" w:rsidP="001142E3">
            <w:pPr>
              <w:jc w:val="center"/>
              <w:rPr>
                <w:rFonts w:ascii="Times New Roman" w:hAnsi="Times New Roman" w:cs="Times New Roman"/>
              </w:rPr>
            </w:pPr>
            <w:r w:rsidRPr="008A6198">
              <w:rPr>
                <w:rFonts w:ascii="Times New Roman" w:hAnsi="Times New Roman" w:cs="Times New Roman"/>
              </w:rPr>
              <w:t>1</w:t>
            </w:r>
          </w:p>
        </w:tc>
      </w:tr>
      <w:tr w:rsidR="007C21DF" w:rsidRPr="008A6198" w:rsidTr="001142E3">
        <w:trPr>
          <w:trHeight w:val="552"/>
        </w:trPr>
        <w:tc>
          <w:tcPr>
            <w:tcW w:w="5838" w:type="dxa"/>
          </w:tcPr>
          <w:p w:rsidR="007C21DF" w:rsidRPr="00E17F49" w:rsidRDefault="007C21DF" w:rsidP="001142E3">
            <w:pPr>
              <w:jc w:val="center"/>
              <w:rPr>
                <w:rFonts w:ascii="Times New Roman" w:hAnsi="Times New Roman" w:cs="Times New Roman"/>
              </w:rPr>
            </w:pPr>
            <w:r w:rsidRPr="00E17F49">
              <w:rPr>
                <w:rFonts w:ascii="Times New Roman" w:hAnsi="Times New Roman" w:cs="Times New Roman"/>
              </w:rPr>
              <w:t>Основы строевой подготовки</w:t>
            </w:r>
          </w:p>
        </w:tc>
        <w:tc>
          <w:tcPr>
            <w:tcW w:w="567" w:type="dxa"/>
          </w:tcPr>
          <w:p w:rsidR="007C21DF" w:rsidRPr="008A6198" w:rsidRDefault="007C21DF" w:rsidP="001142E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1" w:type="dxa"/>
          </w:tcPr>
          <w:p w:rsidR="007C21DF" w:rsidRPr="008A6198" w:rsidRDefault="007C21DF" w:rsidP="001142E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1" w:type="dxa"/>
            <w:gridSpan w:val="2"/>
          </w:tcPr>
          <w:p w:rsidR="007C21DF" w:rsidRPr="008A6198" w:rsidRDefault="007C21DF" w:rsidP="001142E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1" w:type="dxa"/>
            <w:gridSpan w:val="2"/>
          </w:tcPr>
          <w:p w:rsidR="007C21DF" w:rsidRPr="008A6198" w:rsidRDefault="007C21DF" w:rsidP="001142E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73" w:type="dxa"/>
          </w:tcPr>
          <w:p w:rsidR="007C21DF" w:rsidRPr="007C21DF" w:rsidRDefault="007C21DF" w:rsidP="001142E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</w:t>
            </w:r>
          </w:p>
        </w:tc>
      </w:tr>
      <w:tr w:rsidR="007C21DF" w:rsidRPr="008A6198" w:rsidTr="001142E3">
        <w:trPr>
          <w:trHeight w:val="552"/>
        </w:trPr>
        <w:tc>
          <w:tcPr>
            <w:tcW w:w="5838" w:type="dxa"/>
          </w:tcPr>
          <w:p w:rsidR="007C21DF" w:rsidRPr="00E17F49" w:rsidRDefault="007C21DF" w:rsidP="001142E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E17F49">
              <w:rPr>
                <w:rFonts w:ascii="Times New Roman" w:hAnsi="Times New Roman" w:cs="Times New Roman"/>
                <w:lang w:val="ru-RU"/>
              </w:rPr>
              <w:t>Знакомство с оружием</w:t>
            </w:r>
          </w:p>
        </w:tc>
        <w:tc>
          <w:tcPr>
            <w:tcW w:w="567" w:type="dxa"/>
          </w:tcPr>
          <w:p w:rsidR="007C21DF" w:rsidRPr="008A6198" w:rsidRDefault="007C21DF" w:rsidP="001142E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1" w:type="dxa"/>
          </w:tcPr>
          <w:p w:rsidR="007C21DF" w:rsidRPr="008A6198" w:rsidRDefault="007C21DF" w:rsidP="001142E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1" w:type="dxa"/>
            <w:gridSpan w:val="2"/>
          </w:tcPr>
          <w:p w:rsidR="007C21DF" w:rsidRPr="008A6198" w:rsidRDefault="007C21DF" w:rsidP="001142E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1" w:type="dxa"/>
            <w:gridSpan w:val="2"/>
          </w:tcPr>
          <w:p w:rsidR="007C21DF" w:rsidRPr="008A6198" w:rsidRDefault="007C21DF" w:rsidP="001142E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73" w:type="dxa"/>
          </w:tcPr>
          <w:p w:rsidR="007C21DF" w:rsidRDefault="007C21DF" w:rsidP="001142E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</w:t>
            </w:r>
          </w:p>
        </w:tc>
      </w:tr>
      <w:tr w:rsidR="007C21DF" w:rsidRPr="00A53BBE" w:rsidTr="001142E3">
        <w:tc>
          <w:tcPr>
            <w:tcW w:w="5838" w:type="dxa"/>
          </w:tcPr>
          <w:p w:rsidR="007C21DF" w:rsidRPr="00E17F49" w:rsidRDefault="007C21DF" w:rsidP="001142E3">
            <w:pPr>
              <w:jc w:val="right"/>
              <w:rPr>
                <w:rFonts w:ascii="Times New Roman" w:hAnsi="Times New Roman" w:cs="Times New Roman"/>
                <w:b/>
                <w:lang w:val="ru-RU"/>
              </w:rPr>
            </w:pPr>
            <w:r w:rsidRPr="00E17F49">
              <w:rPr>
                <w:rFonts w:ascii="Times New Roman" w:hAnsi="Times New Roman" w:cs="Times New Roman"/>
                <w:b/>
                <w:lang w:val="ru-RU"/>
              </w:rPr>
              <w:t>ИТОГО</w:t>
            </w:r>
          </w:p>
        </w:tc>
        <w:tc>
          <w:tcPr>
            <w:tcW w:w="567" w:type="dxa"/>
          </w:tcPr>
          <w:p w:rsidR="007C21DF" w:rsidRPr="007C21DF" w:rsidRDefault="007C21DF" w:rsidP="001142E3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7</w:t>
            </w:r>
          </w:p>
        </w:tc>
        <w:tc>
          <w:tcPr>
            <w:tcW w:w="611" w:type="dxa"/>
            <w:gridSpan w:val="2"/>
          </w:tcPr>
          <w:p w:rsidR="007C21DF" w:rsidRPr="007C21DF" w:rsidRDefault="007C21DF" w:rsidP="001142E3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7</w:t>
            </w:r>
          </w:p>
        </w:tc>
        <w:tc>
          <w:tcPr>
            <w:tcW w:w="612" w:type="dxa"/>
            <w:gridSpan w:val="2"/>
          </w:tcPr>
          <w:p w:rsidR="007C21DF" w:rsidRPr="007C21DF" w:rsidRDefault="007C21DF" w:rsidP="001142E3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7</w:t>
            </w:r>
          </w:p>
        </w:tc>
        <w:tc>
          <w:tcPr>
            <w:tcW w:w="580" w:type="dxa"/>
          </w:tcPr>
          <w:p w:rsidR="007C21DF" w:rsidRPr="007C21DF" w:rsidRDefault="007C21DF" w:rsidP="001142E3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7</w:t>
            </w:r>
          </w:p>
        </w:tc>
        <w:tc>
          <w:tcPr>
            <w:tcW w:w="1573" w:type="dxa"/>
          </w:tcPr>
          <w:p w:rsidR="007C21DF" w:rsidRPr="00A53BBE" w:rsidRDefault="007C21DF" w:rsidP="001142E3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10</w:t>
            </w:r>
          </w:p>
        </w:tc>
      </w:tr>
      <w:tr w:rsidR="004E2F59" w:rsidRPr="00A53BBE" w:rsidTr="001142E3">
        <w:tc>
          <w:tcPr>
            <w:tcW w:w="5838" w:type="dxa"/>
          </w:tcPr>
          <w:p w:rsidR="004E2F59" w:rsidRPr="00E17F49" w:rsidRDefault="004E2F59" w:rsidP="001142E3">
            <w:pPr>
              <w:jc w:val="right"/>
              <w:rPr>
                <w:rFonts w:ascii="Times New Roman" w:hAnsi="Times New Roman" w:cs="Times New Roman"/>
                <w:b/>
                <w:lang w:val="ru-RU"/>
              </w:rPr>
            </w:pPr>
            <w:r w:rsidRPr="00E17F49">
              <w:rPr>
                <w:rFonts w:ascii="Times New Roman" w:hAnsi="Times New Roman" w:cs="Times New Roman"/>
                <w:b/>
                <w:lang w:val="ru-RU"/>
              </w:rPr>
              <w:t>ФАКТ</w:t>
            </w:r>
          </w:p>
        </w:tc>
        <w:tc>
          <w:tcPr>
            <w:tcW w:w="567" w:type="dxa"/>
          </w:tcPr>
          <w:p w:rsidR="004E2F59" w:rsidRDefault="004E2F59" w:rsidP="001142E3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5,5</w:t>
            </w:r>
          </w:p>
        </w:tc>
        <w:tc>
          <w:tcPr>
            <w:tcW w:w="611" w:type="dxa"/>
            <w:gridSpan w:val="2"/>
          </w:tcPr>
          <w:p w:rsidR="004E2F59" w:rsidRDefault="004E2F59" w:rsidP="001142E3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5,5</w:t>
            </w:r>
          </w:p>
        </w:tc>
        <w:tc>
          <w:tcPr>
            <w:tcW w:w="612" w:type="dxa"/>
            <w:gridSpan w:val="2"/>
          </w:tcPr>
          <w:p w:rsidR="004E2F59" w:rsidRDefault="004E2F59" w:rsidP="001142E3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5</w:t>
            </w:r>
          </w:p>
        </w:tc>
        <w:tc>
          <w:tcPr>
            <w:tcW w:w="580" w:type="dxa"/>
          </w:tcPr>
          <w:p w:rsidR="004E2F59" w:rsidRDefault="004E2F59" w:rsidP="001142E3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5</w:t>
            </w:r>
          </w:p>
        </w:tc>
        <w:tc>
          <w:tcPr>
            <w:tcW w:w="1573" w:type="dxa"/>
          </w:tcPr>
          <w:p w:rsidR="004E2F59" w:rsidRDefault="004E2F59" w:rsidP="001142E3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7,5</w:t>
            </w:r>
          </w:p>
        </w:tc>
      </w:tr>
    </w:tbl>
    <w:p w:rsidR="007C21DF" w:rsidRDefault="007C21DF" w:rsidP="00A53BBE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7C21DF" w:rsidRDefault="007C21DF" w:rsidP="00A53BBE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br w:type="page"/>
      </w:r>
    </w:p>
    <w:tbl>
      <w:tblPr>
        <w:tblStyle w:val="aff0"/>
        <w:tblW w:w="10206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6946"/>
        <w:gridCol w:w="709"/>
        <w:gridCol w:w="850"/>
        <w:gridCol w:w="851"/>
        <w:gridCol w:w="850"/>
      </w:tblGrid>
      <w:tr w:rsidR="007C21DF" w:rsidTr="007C21DF">
        <w:tc>
          <w:tcPr>
            <w:tcW w:w="6946" w:type="dxa"/>
            <w:vMerge w:val="restart"/>
          </w:tcPr>
          <w:p w:rsidR="007C21DF" w:rsidRPr="00E17F49" w:rsidRDefault="007C21DF" w:rsidP="001142E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17F49">
              <w:rPr>
                <w:rFonts w:ascii="Times New Roman" w:hAnsi="Times New Roman" w:cs="Times New Roman"/>
                <w:b/>
              </w:rPr>
              <w:lastRenderedPageBreak/>
              <w:t>Название курса</w:t>
            </w:r>
          </w:p>
        </w:tc>
        <w:tc>
          <w:tcPr>
            <w:tcW w:w="3260" w:type="dxa"/>
            <w:gridSpan w:val="4"/>
          </w:tcPr>
          <w:p w:rsidR="007C21DF" w:rsidRDefault="007C21DF" w:rsidP="001142E3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 xml:space="preserve">9 </w:t>
            </w:r>
            <w:r w:rsidRPr="008A6198">
              <w:rPr>
                <w:rFonts w:ascii="Times New Roman" w:hAnsi="Times New Roman" w:cs="Times New Roman"/>
                <w:b/>
              </w:rPr>
              <w:t>Класс</w:t>
            </w:r>
            <w:r>
              <w:rPr>
                <w:rFonts w:ascii="Times New Roman" w:hAnsi="Times New Roman" w:cs="Times New Roman"/>
                <w:b/>
                <w:lang w:val="ru-RU"/>
              </w:rPr>
              <w:t>ы</w:t>
            </w:r>
          </w:p>
        </w:tc>
      </w:tr>
      <w:tr w:rsidR="007C21DF" w:rsidRPr="00A53BBE" w:rsidTr="007C21DF">
        <w:tc>
          <w:tcPr>
            <w:tcW w:w="6946" w:type="dxa"/>
            <w:vMerge/>
          </w:tcPr>
          <w:p w:rsidR="007C21DF" w:rsidRPr="00E17F49" w:rsidRDefault="007C21DF" w:rsidP="001142E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9" w:type="dxa"/>
          </w:tcPr>
          <w:p w:rsidR="007C21DF" w:rsidRPr="008A6198" w:rsidRDefault="007C21DF" w:rsidP="001142E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A6198">
              <w:rPr>
                <w:rFonts w:ascii="Times New Roman" w:hAnsi="Times New Roman" w:cs="Times New Roman"/>
                <w:b/>
              </w:rPr>
              <w:t>А</w:t>
            </w:r>
          </w:p>
        </w:tc>
        <w:tc>
          <w:tcPr>
            <w:tcW w:w="850" w:type="dxa"/>
          </w:tcPr>
          <w:p w:rsidR="007C21DF" w:rsidRPr="008A6198" w:rsidRDefault="007C21DF" w:rsidP="001142E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A6198">
              <w:rPr>
                <w:rFonts w:ascii="Times New Roman" w:hAnsi="Times New Roman" w:cs="Times New Roman"/>
                <w:b/>
              </w:rPr>
              <w:t>Б</w:t>
            </w:r>
          </w:p>
        </w:tc>
        <w:tc>
          <w:tcPr>
            <w:tcW w:w="851" w:type="dxa"/>
          </w:tcPr>
          <w:p w:rsidR="007C21DF" w:rsidRPr="008A6198" w:rsidRDefault="007C21DF" w:rsidP="001142E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A6198">
              <w:rPr>
                <w:rFonts w:ascii="Times New Roman" w:hAnsi="Times New Roman" w:cs="Times New Roman"/>
                <w:b/>
              </w:rPr>
              <w:t>В</w:t>
            </w:r>
          </w:p>
        </w:tc>
        <w:tc>
          <w:tcPr>
            <w:tcW w:w="850" w:type="dxa"/>
          </w:tcPr>
          <w:p w:rsidR="007C21DF" w:rsidRPr="007C21DF" w:rsidRDefault="007C21DF" w:rsidP="001142E3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Н</w:t>
            </w:r>
          </w:p>
        </w:tc>
      </w:tr>
      <w:tr w:rsidR="007C21DF" w:rsidRPr="008A6198" w:rsidTr="007C21DF">
        <w:trPr>
          <w:trHeight w:val="439"/>
        </w:trPr>
        <w:tc>
          <w:tcPr>
            <w:tcW w:w="6946" w:type="dxa"/>
          </w:tcPr>
          <w:p w:rsidR="007C21DF" w:rsidRPr="00E17F49" w:rsidRDefault="007C21DF" w:rsidP="001142E3">
            <w:pPr>
              <w:jc w:val="center"/>
              <w:rPr>
                <w:rFonts w:ascii="Times New Roman" w:hAnsi="Times New Roman" w:cs="Times New Roman"/>
              </w:rPr>
            </w:pPr>
            <w:r w:rsidRPr="00E17F49">
              <w:rPr>
                <w:rFonts w:ascii="Times New Roman" w:hAnsi="Times New Roman" w:cs="Times New Roman"/>
              </w:rPr>
              <w:t>«Разговоры о важном»</w:t>
            </w:r>
          </w:p>
        </w:tc>
        <w:tc>
          <w:tcPr>
            <w:tcW w:w="709" w:type="dxa"/>
          </w:tcPr>
          <w:p w:rsidR="007C21DF" w:rsidRPr="008A6198" w:rsidRDefault="007C21DF" w:rsidP="001142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0" w:type="dxa"/>
          </w:tcPr>
          <w:p w:rsidR="007C21DF" w:rsidRPr="008A6198" w:rsidRDefault="007C21DF" w:rsidP="001142E3">
            <w:pPr>
              <w:jc w:val="center"/>
              <w:rPr>
                <w:rFonts w:ascii="Times New Roman" w:hAnsi="Times New Roman" w:cs="Times New Roman"/>
              </w:rPr>
            </w:pPr>
            <w:r w:rsidRPr="008A619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1" w:type="dxa"/>
          </w:tcPr>
          <w:p w:rsidR="007C21DF" w:rsidRPr="008A6198" w:rsidRDefault="007C21DF" w:rsidP="001142E3">
            <w:pPr>
              <w:jc w:val="center"/>
              <w:rPr>
                <w:rFonts w:ascii="Times New Roman" w:hAnsi="Times New Roman" w:cs="Times New Roman"/>
              </w:rPr>
            </w:pPr>
            <w:r w:rsidRPr="008A619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0" w:type="dxa"/>
          </w:tcPr>
          <w:p w:rsidR="007C21DF" w:rsidRPr="008A6198" w:rsidRDefault="007C21DF" w:rsidP="001142E3">
            <w:pPr>
              <w:jc w:val="center"/>
              <w:rPr>
                <w:rFonts w:ascii="Times New Roman" w:hAnsi="Times New Roman" w:cs="Times New Roman"/>
              </w:rPr>
            </w:pPr>
            <w:r w:rsidRPr="008A6198">
              <w:rPr>
                <w:rFonts w:ascii="Times New Roman" w:hAnsi="Times New Roman" w:cs="Times New Roman"/>
              </w:rPr>
              <w:t>1</w:t>
            </w:r>
          </w:p>
        </w:tc>
      </w:tr>
      <w:tr w:rsidR="007C21DF" w:rsidRPr="008A6198" w:rsidTr="007C21DF">
        <w:trPr>
          <w:trHeight w:val="418"/>
        </w:trPr>
        <w:tc>
          <w:tcPr>
            <w:tcW w:w="6946" w:type="dxa"/>
          </w:tcPr>
          <w:p w:rsidR="007C21DF" w:rsidRPr="00E17F49" w:rsidRDefault="007C21DF" w:rsidP="001142E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E17F49">
              <w:rPr>
                <w:rFonts w:ascii="Times New Roman" w:hAnsi="Times New Roman" w:cs="Times New Roman"/>
                <w:lang w:val="ru-RU"/>
              </w:rPr>
              <w:t>«Россия – мои горизонты»</w:t>
            </w:r>
          </w:p>
          <w:p w:rsidR="007C21DF" w:rsidRPr="00E17F49" w:rsidRDefault="007C21DF" w:rsidP="001142E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E17F49">
              <w:rPr>
                <w:rFonts w:ascii="Times New Roman" w:hAnsi="Times New Roman" w:cs="Times New Roman"/>
                <w:lang w:val="ru-RU"/>
              </w:rPr>
              <w:t xml:space="preserve">«Обучение служением. </w:t>
            </w:r>
            <w:r w:rsidRPr="00E17F49">
              <w:rPr>
                <w:rFonts w:ascii="Times New Roman" w:hAnsi="Times New Roman" w:cs="Times New Roman"/>
              </w:rPr>
              <w:t>Первые»</w:t>
            </w:r>
          </w:p>
        </w:tc>
        <w:tc>
          <w:tcPr>
            <w:tcW w:w="709" w:type="dxa"/>
          </w:tcPr>
          <w:p w:rsidR="007C21DF" w:rsidRDefault="007C21DF" w:rsidP="001142E3">
            <w:pPr>
              <w:jc w:val="center"/>
              <w:rPr>
                <w:rFonts w:ascii="Times New Roman" w:hAnsi="Times New Roman" w:cs="Times New Roman"/>
              </w:rPr>
            </w:pPr>
            <w:r w:rsidRPr="008A6198">
              <w:rPr>
                <w:rFonts w:ascii="Times New Roman" w:hAnsi="Times New Roman" w:cs="Times New Roman"/>
              </w:rPr>
              <w:t>1</w:t>
            </w:r>
          </w:p>
          <w:p w:rsidR="007C21DF" w:rsidRPr="007C21DF" w:rsidRDefault="007C21DF" w:rsidP="001142E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850" w:type="dxa"/>
          </w:tcPr>
          <w:p w:rsidR="007C21DF" w:rsidRDefault="007C21DF" w:rsidP="001142E3">
            <w:pPr>
              <w:jc w:val="center"/>
              <w:rPr>
                <w:rFonts w:ascii="Times New Roman" w:hAnsi="Times New Roman" w:cs="Times New Roman"/>
              </w:rPr>
            </w:pPr>
            <w:r w:rsidRPr="008A6198">
              <w:rPr>
                <w:rFonts w:ascii="Times New Roman" w:hAnsi="Times New Roman" w:cs="Times New Roman"/>
              </w:rPr>
              <w:t>1</w:t>
            </w:r>
          </w:p>
          <w:p w:rsidR="007C21DF" w:rsidRPr="007C21DF" w:rsidRDefault="007C21DF" w:rsidP="001142E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851" w:type="dxa"/>
          </w:tcPr>
          <w:p w:rsidR="007C21DF" w:rsidRDefault="007C21DF" w:rsidP="001142E3">
            <w:pPr>
              <w:jc w:val="center"/>
              <w:rPr>
                <w:rFonts w:ascii="Times New Roman" w:hAnsi="Times New Roman" w:cs="Times New Roman"/>
              </w:rPr>
            </w:pPr>
            <w:r w:rsidRPr="008A6198">
              <w:rPr>
                <w:rFonts w:ascii="Times New Roman" w:hAnsi="Times New Roman" w:cs="Times New Roman"/>
              </w:rPr>
              <w:t>1</w:t>
            </w:r>
          </w:p>
          <w:p w:rsidR="007C21DF" w:rsidRPr="007C21DF" w:rsidRDefault="007C21DF" w:rsidP="001142E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850" w:type="dxa"/>
          </w:tcPr>
          <w:p w:rsidR="007C21DF" w:rsidRDefault="007C21DF" w:rsidP="001142E3">
            <w:pPr>
              <w:jc w:val="center"/>
              <w:rPr>
                <w:rFonts w:ascii="Times New Roman" w:hAnsi="Times New Roman" w:cs="Times New Roman"/>
              </w:rPr>
            </w:pPr>
            <w:r w:rsidRPr="008A6198">
              <w:rPr>
                <w:rFonts w:ascii="Times New Roman" w:hAnsi="Times New Roman" w:cs="Times New Roman"/>
              </w:rPr>
              <w:t>1</w:t>
            </w:r>
          </w:p>
          <w:p w:rsidR="007C21DF" w:rsidRPr="007C21DF" w:rsidRDefault="007C21DF" w:rsidP="001142E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</w:t>
            </w:r>
          </w:p>
        </w:tc>
      </w:tr>
      <w:tr w:rsidR="007C21DF" w:rsidRPr="007C21DF" w:rsidTr="007C21DF">
        <w:trPr>
          <w:trHeight w:val="780"/>
        </w:trPr>
        <w:tc>
          <w:tcPr>
            <w:tcW w:w="6946" w:type="dxa"/>
          </w:tcPr>
          <w:p w:rsidR="007C21DF" w:rsidRPr="00E17F49" w:rsidRDefault="007C21DF" w:rsidP="001142E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E17F49">
              <w:rPr>
                <w:rFonts w:ascii="Times New Roman" w:hAnsi="Times New Roman" w:cs="Times New Roman"/>
                <w:lang w:val="ru-RU"/>
              </w:rPr>
              <w:t>«Основы финансовой грамотности. Финансовая культура»</w:t>
            </w:r>
          </w:p>
          <w:p w:rsidR="007C21DF" w:rsidRPr="00E17F49" w:rsidRDefault="007C21DF" w:rsidP="001142E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E17F49">
              <w:rPr>
                <w:rFonts w:ascii="Times New Roman" w:hAnsi="Times New Roman" w:cs="Times New Roman"/>
                <w:lang w:val="ru-RU"/>
              </w:rPr>
              <w:t xml:space="preserve">«Великие достижения соотечественников» </w:t>
            </w:r>
          </w:p>
          <w:p w:rsidR="007C21DF" w:rsidRPr="00E17F49" w:rsidRDefault="007C21DF" w:rsidP="007C21DF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E17F49">
              <w:rPr>
                <w:rFonts w:ascii="Times New Roman" w:hAnsi="Times New Roman" w:cs="Times New Roman"/>
                <w:lang w:val="ru-RU"/>
              </w:rPr>
              <w:t>«Мой Симферополь в истории Отечества»</w:t>
            </w:r>
          </w:p>
        </w:tc>
        <w:tc>
          <w:tcPr>
            <w:tcW w:w="709" w:type="dxa"/>
          </w:tcPr>
          <w:p w:rsidR="007C21DF" w:rsidRPr="00CC3C38" w:rsidRDefault="00CC3C38" w:rsidP="001142E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0,5</w:t>
            </w:r>
          </w:p>
          <w:p w:rsidR="007C21DF" w:rsidRPr="008A6198" w:rsidRDefault="007C21DF" w:rsidP="001142E3">
            <w:pPr>
              <w:jc w:val="center"/>
              <w:rPr>
                <w:rFonts w:ascii="Times New Roman" w:hAnsi="Times New Roman" w:cs="Times New Roman"/>
              </w:rPr>
            </w:pPr>
            <w:r w:rsidRPr="008A6198">
              <w:rPr>
                <w:rFonts w:ascii="Times New Roman" w:hAnsi="Times New Roman" w:cs="Times New Roman"/>
              </w:rPr>
              <w:t>0,5</w:t>
            </w:r>
          </w:p>
          <w:p w:rsidR="007C21DF" w:rsidRPr="008A6198" w:rsidRDefault="007C21DF" w:rsidP="007C21DF">
            <w:pPr>
              <w:jc w:val="center"/>
              <w:rPr>
                <w:rFonts w:ascii="Times New Roman" w:hAnsi="Times New Roman" w:cs="Times New Roman"/>
              </w:rPr>
            </w:pPr>
            <w:r w:rsidRPr="008A6198">
              <w:rPr>
                <w:rFonts w:ascii="Times New Roman" w:hAnsi="Times New Roman" w:cs="Times New Roman"/>
              </w:rPr>
              <w:t>0,5</w:t>
            </w:r>
          </w:p>
        </w:tc>
        <w:tc>
          <w:tcPr>
            <w:tcW w:w="850" w:type="dxa"/>
          </w:tcPr>
          <w:p w:rsidR="007C21DF" w:rsidRPr="00CC3C38" w:rsidRDefault="00CC3C38" w:rsidP="001142E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0,5</w:t>
            </w:r>
          </w:p>
          <w:p w:rsidR="007C21DF" w:rsidRPr="008A6198" w:rsidRDefault="007C21DF" w:rsidP="001142E3">
            <w:pPr>
              <w:jc w:val="center"/>
              <w:rPr>
                <w:rFonts w:ascii="Times New Roman" w:hAnsi="Times New Roman" w:cs="Times New Roman"/>
              </w:rPr>
            </w:pPr>
            <w:r w:rsidRPr="008A6198">
              <w:rPr>
                <w:rFonts w:ascii="Times New Roman" w:hAnsi="Times New Roman" w:cs="Times New Roman"/>
              </w:rPr>
              <w:t>0,5</w:t>
            </w:r>
          </w:p>
          <w:p w:rsidR="007C21DF" w:rsidRPr="008A6198" w:rsidRDefault="007C21DF" w:rsidP="007C21DF">
            <w:pPr>
              <w:jc w:val="center"/>
              <w:rPr>
                <w:rFonts w:ascii="Times New Roman" w:hAnsi="Times New Roman" w:cs="Times New Roman"/>
              </w:rPr>
            </w:pPr>
            <w:r w:rsidRPr="008A6198">
              <w:rPr>
                <w:rFonts w:ascii="Times New Roman" w:hAnsi="Times New Roman" w:cs="Times New Roman"/>
              </w:rPr>
              <w:t>0,5</w:t>
            </w:r>
          </w:p>
        </w:tc>
        <w:tc>
          <w:tcPr>
            <w:tcW w:w="851" w:type="dxa"/>
          </w:tcPr>
          <w:p w:rsidR="007C21DF" w:rsidRPr="00CC3C38" w:rsidRDefault="00CC3C38" w:rsidP="001142E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0,5</w:t>
            </w:r>
          </w:p>
          <w:p w:rsidR="007C21DF" w:rsidRPr="008A6198" w:rsidRDefault="007C21DF" w:rsidP="001142E3">
            <w:pPr>
              <w:jc w:val="center"/>
              <w:rPr>
                <w:rFonts w:ascii="Times New Roman" w:hAnsi="Times New Roman" w:cs="Times New Roman"/>
              </w:rPr>
            </w:pPr>
            <w:r w:rsidRPr="008A6198">
              <w:rPr>
                <w:rFonts w:ascii="Times New Roman" w:hAnsi="Times New Roman" w:cs="Times New Roman"/>
              </w:rPr>
              <w:t>0,5</w:t>
            </w:r>
          </w:p>
          <w:p w:rsidR="007C21DF" w:rsidRPr="008A6198" w:rsidRDefault="007C21DF" w:rsidP="007C21DF">
            <w:pPr>
              <w:jc w:val="center"/>
              <w:rPr>
                <w:rFonts w:ascii="Times New Roman" w:hAnsi="Times New Roman" w:cs="Times New Roman"/>
              </w:rPr>
            </w:pPr>
            <w:r w:rsidRPr="008A6198">
              <w:rPr>
                <w:rFonts w:ascii="Times New Roman" w:hAnsi="Times New Roman" w:cs="Times New Roman"/>
              </w:rPr>
              <w:t>0,5</w:t>
            </w:r>
          </w:p>
        </w:tc>
        <w:tc>
          <w:tcPr>
            <w:tcW w:w="850" w:type="dxa"/>
          </w:tcPr>
          <w:p w:rsidR="007C21DF" w:rsidRPr="00CC3C38" w:rsidRDefault="00CC3C38" w:rsidP="001142E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0,5</w:t>
            </w:r>
          </w:p>
          <w:p w:rsidR="007C21DF" w:rsidRPr="008A6198" w:rsidRDefault="007C21DF" w:rsidP="001142E3">
            <w:pPr>
              <w:jc w:val="center"/>
              <w:rPr>
                <w:rFonts w:ascii="Times New Roman" w:hAnsi="Times New Roman" w:cs="Times New Roman"/>
              </w:rPr>
            </w:pPr>
            <w:r w:rsidRPr="008A6198">
              <w:rPr>
                <w:rFonts w:ascii="Times New Roman" w:hAnsi="Times New Roman" w:cs="Times New Roman"/>
              </w:rPr>
              <w:t>0,5</w:t>
            </w:r>
          </w:p>
          <w:p w:rsidR="007C21DF" w:rsidRPr="008A6198" w:rsidRDefault="007C21DF" w:rsidP="007C21DF">
            <w:pPr>
              <w:jc w:val="center"/>
              <w:rPr>
                <w:rFonts w:ascii="Times New Roman" w:hAnsi="Times New Roman" w:cs="Times New Roman"/>
              </w:rPr>
            </w:pPr>
            <w:r w:rsidRPr="008A6198">
              <w:rPr>
                <w:rFonts w:ascii="Times New Roman" w:hAnsi="Times New Roman" w:cs="Times New Roman"/>
              </w:rPr>
              <w:t>0,5</w:t>
            </w:r>
          </w:p>
        </w:tc>
      </w:tr>
      <w:tr w:rsidR="007C21DF" w:rsidRPr="00A53BBE" w:rsidTr="007C21DF">
        <w:trPr>
          <w:trHeight w:val="552"/>
        </w:trPr>
        <w:tc>
          <w:tcPr>
            <w:tcW w:w="6946" w:type="dxa"/>
          </w:tcPr>
          <w:p w:rsidR="007C21DF" w:rsidRPr="00E17F49" w:rsidRDefault="007C21DF" w:rsidP="001142E3">
            <w:pPr>
              <w:jc w:val="center"/>
              <w:rPr>
                <w:rFonts w:ascii="Times New Roman" w:hAnsi="Times New Roman" w:cs="Times New Roman"/>
                <w:bCs/>
                <w:shd w:val="clear" w:color="auto" w:fill="FBE395"/>
                <w:lang w:val="ru-RU"/>
              </w:rPr>
            </w:pPr>
            <w:r w:rsidRPr="00E17F49">
              <w:rPr>
                <w:rFonts w:ascii="Times New Roman" w:hAnsi="Times New Roman" w:cs="Times New Roman"/>
                <w:lang w:val="ru-RU"/>
              </w:rPr>
              <w:t>«Химия в экспериментах и задачах»</w:t>
            </w:r>
          </w:p>
          <w:p w:rsidR="007C21DF" w:rsidRPr="00E17F49" w:rsidRDefault="007C21DF" w:rsidP="001142E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E17F49">
              <w:rPr>
                <w:rFonts w:ascii="Times New Roman" w:hAnsi="Times New Roman" w:cs="Times New Roman"/>
                <w:bCs/>
                <w:shd w:val="clear" w:color="auto" w:fill="FFFFFF"/>
                <w:lang w:val="ru-RU"/>
              </w:rPr>
              <w:t>«Сложные вопросы географии</w:t>
            </w:r>
            <w:r w:rsidRPr="00E17F49">
              <w:rPr>
                <w:rFonts w:ascii="Times New Roman" w:hAnsi="Times New Roman" w:cs="Times New Roman"/>
                <w:lang w:val="ru-RU"/>
              </w:rPr>
              <w:t>»</w:t>
            </w:r>
          </w:p>
          <w:p w:rsidR="007C21DF" w:rsidRPr="00E17F49" w:rsidRDefault="007C21DF" w:rsidP="001142E3">
            <w:pPr>
              <w:jc w:val="center"/>
              <w:rPr>
                <w:rFonts w:ascii="Times New Roman" w:hAnsi="Times New Roman" w:cs="Times New Roman"/>
                <w:bCs/>
                <w:shd w:val="clear" w:color="auto" w:fill="FFFFFF"/>
                <w:lang w:val="ru-RU"/>
              </w:rPr>
            </w:pPr>
            <w:r w:rsidRPr="00E17F49">
              <w:rPr>
                <w:rFonts w:ascii="Times New Roman" w:hAnsi="Times New Roman" w:cs="Times New Roman"/>
                <w:bCs/>
                <w:shd w:val="clear" w:color="auto" w:fill="FFFFFF"/>
                <w:lang w:val="ru-RU"/>
              </w:rPr>
              <w:t>«Сложные вопросы обществознания»</w:t>
            </w:r>
          </w:p>
          <w:p w:rsidR="007C21DF" w:rsidRPr="00E17F49" w:rsidRDefault="007C21DF" w:rsidP="001142E3">
            <w:pPr>
              <w:jc w:val="center"/>
              <w:rPr>
                <w:rFonts w:ascii="Times New Roman" w:hAnsi="Times New Roman" w:cs="Times New Roman"/>
                <w:bCs/>
                <w:shd w:val="clear" w:color="auto" w:fill="FFFFFF"/>
                <w:lang w:val="ru-RU"/>
              </w:rPr>
            </w:pPr>
            <w:r w:rsidRPr="00E17F49">
              <w:rPr>
                <w:rFonts w:ascii="Times New Roman" w:hAnsi="Times New Roman" w:cs="Times New Roman"/>
                <w:bCs/>
                <w:shd w:val="clear" w:color="auto" w:fill="FFFFFF"/>
                <w:lang w:val="ru-RU"/>
              </w:rPr>
              <w:t>«Сложные вопросы математики»</w:t>
            </w:r>
          </w:p>
          <w:p w:rsidR="007C21DF" w:rsidRPr="00E17F49" w:rsidRDefault="007C21DF" w:rsidP="001142E3">
            <w:pPr>
              <w:jc w:val="center"/>
              <w:rPr>
                <w:rFonts w:ascii="Times New Roman" w:hAnsi="Times New Roman" w:cs="Times New Roman"/>
                <w:bCs/>
                <w:shd w:val="clear" w:color="auto" w:fill="FFFFFF"/>
                <w:lang w:val="ru-RU"/>
              </w:rPr>
            </w:pPr>
            <w:r w:rsidRPr="00E17F49">
              <w:rPr>
                <w:rFonts w:ascii="Times New Roman" w:hAnsi="Times New Roman" w:cs="Times New Roman"/>
                <w:bCs/>
                <w:shd w:val="clear" w:color="auto" w:fill="FFFFFF"/>
                <w:lang w:val="ru-RU"/>
              </w:rPr>
              <w:t>«За страницами учебника «Физики»</w:t>
            </w:r>
          </w:p>
          <w:p w:rsidR="007C21DF" w:rsidRPr="00E17F49" w:rsidRDefault="007C21DF" w:rsidP="001142E3">
            <w:pPr>
              <w:jc w:val="center"/>
              <w:rPr>
                <w:rFonts w:ascii="Times New Roman" w:hAnsi="Times New Roman" w:cs="Times New Roman"/>
                <w:bCs/>
                <w:shd w:val="clear" w:color="auto" w:fill="FFFFFF"/>
                <w:lang w:val="ru-RU"/>
              </w:rPr>
            </w:pPr>
            <w:r w:rsidRPr="00E17F49">
              <w:rPr>
                <w:rFonts w:ascii="Times New Roman" w:hAnsi="Times New Roman" w:cs="Times New Roman"/>
                <w:bCs/>
                <w:shd w:val="clear" w:color="auto" w:fill="FFFFFF"/>
                <w:lang w:val="ru-RU"/>
              </w:rPr>
              <w:t>«Увлекательный английский»</w:t>
            </w:r>
          </w:p>
          <w:p w:rsidR="007C21DF" w:rsidRPr="00E17F49" w:rsidRDefault="007C21DF" w:rsidP="001142E3">
            <w:pPr>
              <w:jc w:val="center"/>
              <w:rPr>
                <w:rFonts w:ascii="Times New Roman" w:hAnsi="Times New Roman" w:cs="Times New Roman"/>
                <w:bCs/>
                <w:shd w:val="clear" w:color="auto" w:fill="FFFFFF"/>
                <w:lang w:val="ru-RU"/>
              </w:rPr>
            </w:pPr>
            <w:r w:rsidRPr="00E17F49">
              <w:rPr>
                <w:rFonts w:ascii="Times New Roman" w:hAnsi="Times New Roman" w:cs="Times New Roman"/>
                <w:bCs/>
                <w:shd w:val="clear" w:color="auto" w:fill="FFFFFF"/>
                <w:lang w:val="ru-RU"/>
              </w:rPr>
              <w:t>«ОГЭ на отлично!»</w:t>
            </w:r>
          </w:p>
          <w:p w:rsidR="007C21DF" w:rsidRPr="00E17F49" w:rsidRDefault="007C21DF" w:rsidP="001142E3">
            <w:pPr>
              <w:jc w:val="center"/>
              <w:rPr>
                <w:rFonts w:ascii="Times New Roman" w:hAnsi="Times New Roman" w:cs="Times New Roman"/>
                <w:bCs/>
                <w:shd w:val="clear" w:color="auto" w:fill="FFFFFF"/>
                <w:lang w:val="ru-RU"/>
              </w:rPr>
            </w:pPr>
            <w:r w:rsidRPr="00E17F49">
              <w:rPr>
                <w:rFonts w:ascii="Times New Roman" w:hAnsi="Times New Roman" w:cs="Times New Roman"/>
                <w:bCs/>
                <w:shd w:val="clear" w:color="auto" w:fill="FFFFFF"/>
                <w:lang w:val="ru-RU"/>
              </w:rPr>
              <w:t>«Шаги к успеху. Биология ОГЭ»</w:t>
            </w:r>
          </w:p>
          <w:p w:rsidR="007C21DF" w:rsidRPr="00E17F49" w:rsidRDefault="007C21DF" w:rsidP="001142E3">
            <w:pPr>
              <w:jc w:val="center"/>
              <w:rPr>
                <w:rFonts w:ascii="Times New Roman" w:hAnsi="Times New Roman" w:cs="Times New Roman"/>
                <w:bCs/>
                <w:shd w:val="clear" w:color="auto" w:fill="FFFFFF"/>
                <w:lang w:val="ru-RU"/>
              </w:rPr>
            </w:pPr>
            <w:r w:rsidRPr="00E17F49">
              <w:rPr>
                <w:rFonts w:ascii="Times New Roman" w:hAnsi="Times New Roman" w:cs="Times New Roman"/>
                <w:bCs/>
                <w:shd w:val="clear" w:color="auto" w:fill="FFFFFF"/>
                <w:lang w:val="ru-RU"/>
              </w:rPr>
              <w:t>«Практикум по решению физических задач»</w:t>
            </w:r>
          </w:p>
          <w:p w:rsidR="007C21DF" w:rsidRPr="00E17F49" w:rsidRDefault="007C21DF" w:rsidP="001142E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E17F49">
              <w:rPr>
                <w:rFonts w:ascii="Times New Roman" w:hAnsi="Times New Roman" w:cs="Times New Roman"/>
                <w:bCs/>
                <w:shd w:val="clear" w:color="auto" w:fill="FFFFFF"/>
              </w:rPr>
              <w:t>«Трудные вопросы математики»</w:t>
            </w:r>
          </w:p>
        </w:tc>
        <w:tc>
          <w:tcPr>
            <w:tcW w:w="709" w:type="dxa"/>
          </w:tcPr>
          <w:p w:rsidR="007C21DF" w:rsidRPr="007C21DF" w:rsidRDefault="00CC3C38" w:rsidP="001142E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</w:t>
            </w:r>
          </w:p>
          <w:p w:rsidR="007C21DF" w:rsidRDefault="007C21DF" w:rsidP="001142E3">
            <w:pPr>
              <w:jc w:val="center"/>
              <w:rPr>
                <w:rFonts w:ascii="Times New Roman" w:hAnsi="Times New Roman" w:cs="Times New Roman"/>
              </w:rPr>
            </w:pPr>
          </w:p>
          <w:p w:rsidR="007C21DF" w:rsidRDefault="007C21DF" w:rsidP="001142E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  <w:p w:rsidR="00CC3C38" w:rsidRDefault="00CC3C38" w:rsidP="001142E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</w:t>
            </w:r>
          </w:p>
          <w:p w:rsidR="00CC3C38" w:rsidRPr="007C21DF" w:rsidRDefault="00CC3C38" w:rsidP="001142E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0,5</w:t>
            </w:r>
          </w:p>
        </w:tc>
        <w:tc>
          <w:tcPr>
            <w:tcW w:w="850" w:type="dxa"/>
          </w:tcPr>
          <w:p w:rsidR="007C21DF" w:rsidRDefault="007C21DF" w:rsidP="001142E3">
            <w:pPr>
              <w:jc w:val="center"/>
              <w:rPr>
                <w:rFonts w:ascii="Times New Roman" w:hAnsi="Times New Roman" w:cs="Times New Roman"/>
              </w:rPr>
            </w:pPr>
          </w:p>
          <w:p w:rsidR="007C21DF" w:rsidRPr="00CC3C38" w:rsidRDefault="00CC3C38" w:rsidP="001142E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</w:t>
            </w:r>
          </w:p>
          <w:p w:rsidR="007C21DF" w:rsidRDefault="007C21DF" w:rsidP="001142E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  <w:p w:rsidR="00CC3C38" w:rsidRDefault="00CC3C38" w:rsidP="001142E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  <w:p w:rsidR="00CC3C38" w:rsidRDefault="00CC3C38" w:rsidP="001142E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0,5</w:t>
            </w:r>
          </w:p>
          <w:p w:rsidR="00CC3C38" w:rsidRDefault="00CC3C38" w:rsidP="001142E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  <w:p w:rsidR="00CC3C38" w:rsidRPr="007C21DF" w:rsidRDefault="00CC3C38" w:rsidP="001142E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851" w:type="dxa"/>
          </w:tcPr>
          <w:p w:rsidR="007C21DF" w:rsidRDefault="007C21DF" w:rsidP="001142E3">
            <w:pPr>
              <w:jc w:val="center"/>
              <w:rPr>
                <w:rFonts w:ascii="Times New Roman" w:hAnsi="Times New Roman" w:cs="Times New Roman"/>
              </w:rPr>
            </w:pPr>
          </w:p>
          <w:p w:rsidR="00CC3C38" w:rsidRDefault="00CC3C38" w:rsidP="001142E3">
            <w:pPr>
              <w:jc w:val="center"/>
              <w:rPr>
                <w:rFonts w:ascii="Times New Roman" w:hAnsi="Times New Roman" w:cs="Times New Roman"/>
              </w:rPr>
            </w:pPr>
          </w:p>
          <w:p w:rsidR="007C21DF" w:rsidRDefault="007C21DF" w:rsidP="001142E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</w:t>
            </w:r>
          </w:p>
          <w:p w:rsidR="00CC3C38" w:rsidRDefault="00CC3C38" w:rsidP="001142E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</w:t>
            </w:r>
          </w:p>
          <w:p w:rsidR="00CC3C38" w:rsidRDefault="00CC3C38" w:rsidP="001142E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  <w:p w:rsidR="00CC3C38" w:rsidRPr="007C21DF" w:rsidRDefault="00CC3C38" w:rsidP="001142E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0,5</w:t>
            </w:r>
          </w:p>
        </w:tc>
        <w:tc>
          <w:tcPr>
            <w:tcW w:w="850" w:type="dxa"/>
          </w:tcPr>
          <w:p w:rsidR="00CC3C38" w:rsidRDefault="00CC3C38" w:rsidP="001142E3">
            <w:pPr>
              <w:jc w:val="center"/>
              <w:rPr>
                <w:rFonts w:ascii="Times New Roman" w:hAnsi="Times New Roman" w:cs="Times New Roman"/>
              </w:rPr>
            </w:pPr>
          </w:p>
          <w:p w:rsidR="00CC3C38" w:rsidRDefault="00CC3C38" w:rsidP="001142E3">
            <w:pPr>
              <w:jc w:val="center"/>
              <w:rPr>
                <w:rFonts w:ascii="Times New Roman" w:hAnsi="Times New Roman" w:cs="Times New Roman"/>
              </w:rPr>
            </w:pPr>
          </w:p>
          <w:p w:rsidR="00CC3C38" w:rsidRDefault="00CC3C38" w:rsidP="001142E3">
            <w:pPr>
              <w:jc w:val="center"/>
              <w:rPr>
                <w:rFonts w:ascii="Times New Roman" w:hAnsi="Times New Roman" w:cs="Times New Roman"/>
              </w:rPr>
            </w:pPr>
          </w:p>
          <w:p w:rsidR="00CC3C38" w:rsidRDefault="00CC3C38" w:rsidP="001142E3">
            <w:pPr>
              <w:jc w:val="center"/>
              <w:rPr>
                <w:rFonts w:ascii="Times New Roman" w:hAnsi="Times New Roman" w:cs="Times New Roman"/>
              </w:rPr>
            </w:pPr>
          </w:p>
          <w:p w:rsidR="00CC3C38" w:rsidRDefault="00CC3C38" w:rsidP="001142E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  <w:p w:rsidR="00CC3C38" w:rsidRDefault="00CC3C38" w:rsidP="001142E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0,5</w:t>
            </w:r>
          </w:p>
          <w:p w:rsidR="00CC3C38" w:rsidRDefault="00CC3C38" w:rsidP="001142E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  <w:p w:rsidR="00CC3C38" w:rsidRDefault="00CC3C38" w:rsidP="001142E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</w:t>
            </w:r>
          </w:p>
          <w:p w:rsidR="00CC3C38" w:rsidRDefault="00CC3C38" w:rsidP="001142E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</w:t>
            </w:r>
          </w:p>
          <w:p w:rsidR="00CC3C38" w:rsidRPr="00CC3C38" w:rsidRDefault="00CC3C38" w:rsidP="001142E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</w:t>
            </w:r>
          </w:p>
        </w:tc>
      </w:tr>
      <w:tr w:rsidR="007C21DF" w:rsidRPr="008A6198" w:rsidTr="007C21DF">
        <w:trPr>
          <w:trHeight w:val="552"/>
        </w:trPr>
        <w:tc>
          <w:tcPr>
            <w:tcW w:w="6946" w:type="dxa"/>
          </w:tcPr>
          <w:p w:rsidR="007C21DF" w:rsidRPr="00E17F49" w:rsidRDefault="007C21DF" w:rsidP="001142E3">
            <w:pPr>
              <w:jc w:val="center"/>
              <w:rPr>
                <w:rFonts w:ascii="Times New Roman" w:hAnsi="Times New Roman" w:cs="Times New Roman"/>
              </w:rPr>
            </w:pPr>
            <w:r w:rsidRPr="00E17F49">
              <w:rPr>
                <w:rFonts w:ascii="Times New Roman" w:hAnsi="Times New Roman" w:cs="Times New Roman"/>
              </w:rPr>
              <w:t>«Занимательные спортивные игры»</w:t>
            </w:r>
          </w:p>
        </w:tc>
        <w:tc>
          <w:tcPr>
            <w:tcW w:w="709" w:type="dxa"/>
          </w:tcPr>
          <w:p w:rsidR="007C21DF" w:rsidRPr="00CC3C38" w:rsidRDefault="00CC3C38" w:rsidP="001142E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850" w:type="dxa"/>
          </w:tcPr>
          <w:p w:rsidR="007C21DF" w:rsidRPr="00CC3C38" w:rsidRDefault="00CC3C38" w:rsidP="001142E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851" w:type="dxa"/>
          </w:tcPr>
          <w:p w:rsidR="007C21DF" w:rsidRPr="00CC3C38" w:rsidRDefault="00CC3C38" w:rsidP="001142E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850" w:type="dxa"/>
          </w:tcPr>
          <w:p w:rsidR="007C21DF" w:rsidRPr="00CC3C38" w:rsidRDefault="00CC3C38" w:rsidP="001142E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</w:t>
            </w:r>
          </w:p>
        </w:tc>
      </w:tr>
      <w:tr w:rsidR="007C21DF" w:rsidRPr="00A53BBE" w:rsidTr="007C21DF">
        <w:tc>
          <w:tcPr>
            <w:tcW w:w="6946" w:type="dxa"/>
          </w:tcPr>
          <w:p w:rsidR="007C21DF" w:rsidRPr="00E17F49" w:rsidRDefault="007C21DF" w:rsidP="001142E3">
            <w:pPr>
              <w:jc w:val="right"/>
              <w:rPr>
                <w:rFonts w:ascii="Times New Roman" w:hAnsi="Times New Roman" w:cs="Times New Roman"/>
                <w:b/>
                <w:lang w:val="ru-RU"/>
              </w:rPr>
            </w:pPr>
            <w:r w:rsidRPr="00E17F49">
              <w:rPr>
                <w:rFonts w:ascii="Times New Roman" w:hAnsi="Times New Roman" w:cs="Times New Roman"/>
                <w:b/>
                <w:lang w:val="ru-RU"/>
              </w:rPr>
              <w:t>ИТОГО</w:t>
            </w:r>
          </w:p>
        </w:tc>
        <w:tc>
          <w:tcPr>
            <w:tcW w:w="709" w:type="dxa"/>
          </w:tcPr>
          <w:p w:rsidR="007C21DF" w:rsidRPr="007C21DF" w:rsidRDefault="00CC3C38" w:rsidP="001142E3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8</w:t>
            </w:r>
          </w:p>
        </w:tc>
        <w:tc>
          <w:tcPr>
            <w:tcW w:w="850" w:type="dxa"/>
          </w:tcPr>
          <w:p w:rsidR="007C21DF" w:rsidRPr="007C21DF" w:rsidRDefault="00CC3C38" w:rsidP="001142E3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8</w:t>
            </w:r>
          </w:p>
        </w:tc>
        <w:tc>
          <w:tcPr>
            <w:tcW w:w="851" w:type="dxa"/>
          </w:tcPr>
          <w:p w:rsidR="007C21DF" w:rsidRPr="007C21DF" w:rsidRDefault="00CC3C38" w:rsidP="001142E3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8</w:t>
            </w:r>
          </w:p>
        </w:tc>
        <w:tc>
          <w:tcPr>
            <w:tcW w:w="850" w:type="dxa"/>
          </w:tcPr>
          <w:p w:rsidR="007C21DF" w:rsidRPr="007C21DF" w:rsidRDefault="00CC3C38" w:rsidP="001142E3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10</w:t>
            </w:r>
          </w:p>
        </w:tc>
      </w:tr>
      <w:tr w:rsidR="00E17F49" w:rsidRPr="00A53BBE" w:rsidTr="007C21DF">
        <w:tc>
          <w:tcPr>
            <w:tcW w:w="6946" w:type="dxa"/>
          </w:tcPr>
          <w:p w:rsidR="00E17F49" w:rsidRPr="00E17F49" w:rsidRDefault="00E17F49" w:rsidP="001142E3">
            <w:pPr>
              <w:jc w:val="right"/>
              <w:rPr>
                <w:rFonts w:ascii="Times New Roman" w:hAnsi="Times New Roman" w:cs="Times New Roman"/>
                <w:b/>
                <w:lang w:val="ru-RU"/>
              </w:rPr>
            </w:pPr>
            <w:r w:rsidRPr="00E17F49">
              <w:rPr>
                <w:rFonts w:ascii="Times New Roman" w:hAnsi="Times New Roman" w:cs="Times New Roman"/>
                <w:b/>
                <w:lang w:val="ru-RU"/>
              </w:rPr>
              <w:t>ФАКТ</w:t>
            </w:r>
          </w:p>
        </w:tc>
        <w:tc>
          <w:tcPr>
            <w:tcW w:w="709" w:type="dxa"/>
          </w:tcPr>
          <w:p w:rsidR="00E17F49" w:rsidRDefault="00E17F49" w:rsidP="001142E3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6,5</w:t>
            </w:r>
          </w:p>
        </w:tc>
        <w:tc>
          <w:tcPr>
            <w:tcW w:w="850" w:type="dxa"/>
          </w:tcPr>
          <w:p w:rsidR="00E17F49" w:rsidRDefault="00E17F49" w:rsidP="001142E3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6,5</w:t>
            </w:r>
          </w:p>
        </w:tc>
        <w:tc>
          <w:tcPr>
            <w:tcW w:w="851" w:type="dxa"/>
          </w:tcPr>
          <w:p w:rsidR="00E17F49" w:rsidRDefault="00E17F49" w:rsidP="001142E3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6,5</w:t>
            </w:r>
          </w:p>
        </w:tc>
        <w:tc>
          <w:tcPr>
            <w:tcW w:w="850" w:type="dxa"/>
          </w:tcPr>
          <w:p w:rsidR="00E17F49" w:rsidRDefault="00E17F49" w:rsidP="001142E3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8,5</w:t>
            </w:r>
          </w:p>
        </w:tc>
      </w:tr>
    </w:tbl>
    <w:p w:rsidR="007C21DF" w:rsidRPr="007C2DA2" w:rsidRDefault="007C21DF" w:rsidP="00A53BBE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C46270" w:rsidRPr="007C2DA2" w:rsidRDefault="00C46270" w:rsidP="007C2DA2">
      <w:pPr>
        <w:pStyle w:val="1"/>
        <w:jc w:val="both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</w:p>
    <w:p w:rsidR="001142E3" w:rsidRDefault="007C21DF" w:rsidP="001142E3">
      <w:pPr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br w:type="page"/>
      </w:r>
    </w:p>
    <w:p w:rsidR="001142E3" w:rsidRDefault="001142E3" w:rsidP="001142E3">
      <w:pPr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7C2DA2">
        <w:rPr>
          <w:rFonts w:ascii="Times New Roman" w:hAnsi="Times New Roman" w:cs="Times New Roman"/>
          <w:b/>
          <w:sz w:val="24"/>
          <w:szCs w:val="24"/>
          <w:lang w:val="ru-RU"/>
        </w:rPr>
        <w:lastRenderedPageBreak/>
        <w:t>Сетка часов годовая (пятидневная неделя)</w:t>
      </w:r>
    </w:p>
    <w:p w:rsidR="001142E3" w:rsidRPr="007C2DA2" w:rsidRDefault="001142E3" w:rsidP="001142E3">
      <w:pPr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7C2DA2">
        <w:rPr>
          <w:rFonts w:ascii="Times New Roman" w:hAnsi="Times New Roman" w:cs="Times New Roman"/>
          <w:b/>
          <w:sz w:val="24"/>
          <w:szCs w:val="24"/>
          <w:lang w:val="ru-RU"/>
        </w:rPr>
        <w:t>5-9е классы</w:t>
      </w:r>
    </w:p>
    <w:tbl>
      <w:tblPr>
        <w:tblStyle w:val="aff0"/>
        <w:tblW w:w="9616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838"/>
        <w:gridCol w:w="567"/>
        <w:gridCol w:w="546"/>
        <w:gridCol w:w="704"/>
        <w:gridCol w:w="709"/>
        <w:gridCol w:w="1252"/>
      </w:tblGrid>
      <w:tr w:rsidR="001142E3" w:rsidRPr="008A6198" w:rsidTr="001142E3">
        <w:tc>
          <w:tcPr>
            <w:tcW w:w="5838" w:type="dxa"/>
            <w:vMerge w:val="restart"/>
          </w:tcPr>
          <w:p w:rsidR="001142E3" w:rsidRPr="00E17F49" w:rsidRDefault="001142E3" w:rsidP="001142E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17F49">
              <w:rPr>
                <w:rFonts w:ascii="Times New Roman" w:hAnsi="Times New Roman" w:cs="Times New Roman"/>
                <w:b/>
              </w:rPr>
              <w:t>Название курса</w:t>
            </w:r>
          </w:p>
        </w:tc>
        <w:tc>
          <w:tcPr>
            <w:tcW w:w="3778" w:type="dxa"/>
            <w:gridSpan w:val="5"/>
          </w:tcPr>
          <w:p w:rsidR="001142E3" w:rsidRDefault="001142E3" w:rsidP="001142E3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 xml:space="preserve">5 </w:t>
            </w:r>
            <w:r w:rsidRPr="008A6198">
              <w:rPr>
                <w:rFonts w:ascii="Times New Roman" w:hAnsi="Times New Roman" w:cs="Times New Roman"/>
                <w:b/>
              </w:rPr>
              <w:t>Класс</w:t>
            </w:r>
            <w:r>
              <w:rPr>
                <w:rFonts w:ascii="Times New Roman" w:hAnsi="Times New Roman" w:cs="Times New Roman"/>
                <w:b/>
                <w:lang w:val="ru-RU"/>
              </w:rPr>
              <w:t>ы</w:t>
            </w:r>
          </w:p>
        </w:tc>
      </w:tr>
      <w:tr w:rsidR="001142E3" w:rsidRPr="008A6198" w:rsidTr="001142E3">
        <w:tc>
          <w:tcPr>
            <w:tcW w:w="5838" w:type="dxa"/>
            <w:vMerge/>
          </w:tcPr>
          <w:p w:rsidR="001142E3" w:rsidRPr="00E17F49" w:rsidRDefault="001142E3" w:rsidP="001142E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7" w:type="dxa"/>
          </w:tcPr>
          <w:p w:rsidR="001142E3" w:rsidRPr="008A6198" w:rsidRDefault="001142E3" w:rsidP="001142E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A6198">
              <w:rPr>
                <w:rFonts w:ascii="Times New Roman" w:hAnsi="Times New Roman" w:cs="Times New Roman"/>
                <w:b/>
              </w:rPr>
              <w:t>А</w:t>
            </w:r>
          </w:p>
        </w:tc>
        <w:tc>
          <w:tcPr>
            <w:tcW w:w="546" w:type="dxa"/>
          </w:tcPr>
          <w:p w:rsidR="001142E3" w:rsidRPr="008A6198" w:rsidRDefault="001142E3" w:rsidP="001142E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A6198">
              <w:rPr>
                <w:rFonts w:ascii="Times New Roman" w:hAnsi="Times New Roman" w:cs="Times New Roman"/>
                <w:b/>
              </w:rPr>
              <w:t>Б</w:t>
            </w:r>
          </w:p>
        </w:tc>
        <w:tc>
          <w:tcPr>
            <w:tcW w:w="704" w:type="dxa"/>
          </w:tcPr>
          <w:p w:rsidR="001142E3" w:rsidRPr="008A6198" w:rsidRDefault="001142E3" w:rsidP="001142E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A6198">
              <w:rPr>
                <w:rFonts w:ascii="Times New Roman" w:hAnsi="Times New Roman" w:cs="Times New Roman"/>
                <w:b/>
              </w:rPr>
              <w:t>В</w:t>
            </w:r>
          </w:p>
        </w:tc>
        <w:tc>
          <w:tcPr>
            <w:tcW w:w="709" w:type="dxa"/>
          </w:tcPr>
          <w:p w:rsidR="001142E3" w:rsidRPr="008A6198" w:rsidRDefault="001142E3" w:rsidP="001142E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A6198">
              <w:rPr>
                <w:rFonts w:ascii="Times New Roman" w:hAnsi="Times New Roman" w:cs="Times New Roman"/>
                <w:b/>
              </w:rPr>
              <w:t>Г</w:t>
            </w:r>
          </w:p>
        </w:tc>
        <w:tc>
          <w:tcPr>
            <w:tcW w:w="1252" w:type="dxa"/>
          </w:tcPr>
          <w:p w:rsidR="001142E3" w:rsidRPr="00A53BBE" w:rsidRDefault="001142E3" w:rsidP="001142E3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К</w:t>
            </w:r>
          </w:p>
        </w:tc>
      </w:tr>
      <w:tr w:rsidR="001142E3" w:rsidRPr="008A6198" w:rsidTr="001142E3">
        <w:trPr>
          <w:trHeight w:val="439"/>
        </w:trPr>
        <w:tc>
          <w:tcPr>
            <w:tcW w:w="5838" w:type="dxa"/>
          </w:tcPr>
          <w:p w:rsidR="001142E3" w:rsidRPr="00E17F49" w:rsidRDefault="001142E3" w:rsidP="001142E3">
            <w:pPr>
              <w:jc w:val="center"/>
              <w:rPr>
                <w:rFonts w:ascii="Times New Roman" w:hAnsi="Times New Roman" w:cs="Times New Roman"/>
              </w:rPr>
            </w:pPr>
            <w:r w:rsidRPr="00E17F49">
              <w:rPr>
                <w:rFonts w:ascii="Times New Roman" w:hAnsi="Times New Roman" w:cs="Times New Roman"/>
              </w:rPr>
              <w:t>«Разговоры о важном»</w:t>
            </w:r>
          </w:p>
        </w:tc>
        <w:tc>
          <w:tcPr>
            <w:tcW w:w="567" w:type="dxa"/>
          </w:tcPr>
          <w:p w:rsidR="001142E3" w:rsidRPr="008A6198" w:rsidRDefault="001142E3" w:rsidP="001142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546" w:type="dxa"/>
          </w:tcPr>
          <w:p w:rsidR="001142E3" w:rsidRPr="008A6198" w:rsidRDefault="001142E3" w:rsidP="001142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704" w:type="dxa"/>
          </w:tcPr>
          <w:p w:rsidR="001142E3" w:rsidRPr="008A6198" w:rsidRDefault="001142E3" w:rsidP="001142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709" w:type="dxa"/>
          </w:tcPr>
          <w:p w:rsidR="001142E3" w:rsidRPr="008A6198" w:rsidRDefault="001142E3" w:rsidP="001142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1252" w:type="dxa"/>
          </w:tcPr>
          <w:p w:rsidR="001142E3" w:rsidRPr="008A6198" w:rsidRDefault="001142E3" w:rsidP="001142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</w:t>
            </w:r>
          </w:p>
        </w:tc>
      </w:tr>
      <w:tr w:rsidR="001142E3" w:rsidRPr="008A6198" w:rsidTr="001142E3">
        <w:trPr>
          <w:trHeight w:val="418"/>
        </w:trPr>
        <w:tc>
          <w:tcPr>
            <w:tcW w:w="5838" w:type="dxa"/>
          </w:tcPr>
          <w:p w:rsidR="001142E3" w:rsidRPr="00E17F49" w:rsidRDefault="001142E3" w:rsidP="001142E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E17F49">
              <w:rPr>
                <w:rFonts w:ascii="Times New Roman" w:hAnsi="Times New Roman" w:cs="Times New Roman"/>
              </w:rPr>
              <w:t>«Дорога в будущее</w:t>
            </w:r>
            <w:r w:rsidRPr="00E17F49">
              <w:rPr>
                <w:rFonts w:ascii="Times New Roman" w:hAnsi="Times New Roman" w:cs="Times New Roman"/>
                <w:lang w:val="ru-RU"/>
              </w:rPr>
              <w:t>»</w:t>
            </w:r>
          </w:p>
        </w:tc>
        <w:tc>
          <w:tcPr>
            <w:tcW w:w="567" w:type="dxa"/>
          </w:tcPr>
          <w:p w:rsidR="001142E3" w:rsidRPr="008A6198" w:rsidRDefault="001142E3" w:rsidP="001142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546" w:type="dxa"/>
          </w:tcPr>
          <w:p w:rsidR="001142E3" w:rsidRPr="008A6198" w:rsidRDefault="001142E3" w:rsidP="001142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704" w:type="dxa"/>
          </w:tcPr>
          <w:p w:rsidR="001142E3" w:rsidRPr="008A6198" w:rsidRDefault="001142E3" w:rsidP="001142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709" w:type="dxa"/>
          </w:tcPr>
          <w:p w:rsidR="001142E3" w:rsidRPr="008A6198" w:rsidRDefault="001142E3" w:rsidP="001142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1252" w:type="dxa"/>
          </w:tcPr>
          <w:p w:rsidR="001142E3" w:rsidRPr="008A6198" w:rsidRDefault="001142E3" w:rsidP="001142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</w:t>
            </w:r>
          </w:p>
        </w:tc>
      </w:tr>
      <w:tr w:rsidR="001142E3" w:rsidRPr="008A6198" w:rsidTr="001142E3">
        <w:trPr>
          <w:trHeight w:val="780"/>
        </w:trPr>
        <w:tc>
          <w:tcPr>
            <w:tcW w:w="5838" w:type="dxa"/>
          </w:tcPr>
          <w:p w:rsidR="001142E3" w:rsidRPr="00E17F49" w:rsidRDefault="001142E3" w:rsidP="001142E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E17F49">
              <w:rPr>
                <w:rFonts w:ascii="Times New Roman" w:hAnsi="Times New Roman" w:cs="Times New Roman"/>
                <w:lang w:val="ru-RU"/>
              </w:rPr>
              <w:t>«Основы финансовой грамотности. Финансовая культура»</w:t>
            </w:r>
          </w:p>
          <w:p w:rsidR="001142E3" w:rsidRPr="00E17F49" w:rsidRDefault="001142E3" w:rsidP="001142E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E17F49">
              <w:rPr>
                <w:rFonts w:ascii="Times New Roman" w:hAnsi="Times New Roman" w:cs="Times New Roman"/>
                <w:lang w:val="ru-RU"/>
              </w:rPr>
              <w:t xml:space="preserve">«Великие достижения соотечественников» </w:t>
            </w:r>
          </w:p>
          <w:p w:rsidR="001142E3" w:rsidRPr="00E17F49" w:rsidRDefault="001142E3" w:rsidP="001142E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E17F49">
              <w:rPr>
                <w:rFonts w:ascii="Times New Roman" w:hAnsi="Times New Roman" w:cs="Times New Roman"/>
                <w:lang w:val="ru-RU"/>
              </w:rPr>
              <w:t>«Мой Симферополь в истории Отечества»</w:t>
            </w:r>
          </w:p>
          <w:p w:rsidR="001142E3" w:rsidRPr="00E17F49" w:rsidRDefault="001142E3" w:rsidP="001142E3">
            <w:pPr>
              <w:jc w:val="center"/>
              <w:rPr>
                <w:rFonts w:ascii="Times New Roman" w:hAnsi="Times New Roman" w:cs="Times New Roman"/>
              </w:rPr>
            </w:pPr>
            <w:r w:rsidRPr="00E17F49">
              <w:rPr>
                <w:rFonts w:ascii="Times New Roman" w:hAnsi="Times New Roman" w:cs="Times New Roman"/>
              </w:rPr>
              <w:t>«Театр «Арлекин»</w:t>
            </w:r>
          </w:p>
        </w:tc>
        <w:tc>
          <w:tcPr>
            <w:tcW w:w="567" w:type="dxa"/>
          </w:tcPr>
          <w:p w:rsidR="001142E3" w:rsidRDefault="001142E3" w:rsidP="001142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</w:t>
            </w:r>
          </w:p>
          <w:p w:rsidR="001142E3" w:rsidRDefault="001142E3" w:rsidP="001142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  <w:p w:rsidR="001142E3" w:rsidRDefault="001142E3" w:rsidP="001142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  <w:p w:rsidR="001142E3" w:rsidRPr="008A6198" w:rsidRDefault="001142E3" w:rsidP="001142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546" w:type="dxa"/>
          </w:tcPr>
          <w:p w:rsidR="001142E3" w:rsidRDefault="001142E3" w:rsidP="001142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</w:t>
            </w:r>
          </w:p>
          <w:p w:rsidR="001142E3" w:rsidRDefault="001142E3" w:rsidP="001142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  <w:p w:rsidR="001142E3" w:rsidRDefault="001142E3" w:rsidP="001142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  <w:p w:rsidR="001142E3" w:rsidRPr="008A6198" w:rsidRDefault="001142E3" w:rsidP="001142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704" w:type="dxa"/>
          </w:tcPr>
          <w:p w:rsidR="001142E3" w:rsidRDefault="001142E3" w:rsidP="001142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</w:t>
            </w:r>
          </w:p>
          <w:p w:rsidR="001142E3" w:rsidRDefault="001142E3" w:rsidP="001142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  <w:p w:rsidR="001142E3" w:rsidRDefault="001142E3" w:rsidP="001142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  <w:p w:rsidR="001142E3" w:rsidRPr="008A6198" w:rsidRDefault="001142E3" w:rsidP="001142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709" w:type="dxa"/>
          </w:tcPr>
          <w:p w:rsidR="001142E3" w:rsidRDefault="001142E3" w:rsidP="001142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</w:t>
            </w:r>
          </w:p>
          <w:p w:rsidR="001142E3" w:rsidRDefault="001142E3" w:rsidP="001142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  <w:p w:rsidR="001142E3" w:rsidRDefault="001142E3" w:rsidP="001142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  <w:p w:rsidR="001142E3" w:rsidRPr="008A6198" w:rsidRDefault="001142E3" w:rsidP="001142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252" w:type="dxa"/>
          </w:tcPr>
          <w:p w:rsidR="001142E3" w:rsidRDefault="001142E3" w:rsidP="001142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</w:t>
            </w:r>
          </w:p>
          <w:p w:rsidR="001142E3" w:rsidRDefault="001142E3" w:rsidP="001142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  <w:p w:rsidR="001142E3" w:rsidRPr="008A6198" w:rsidRDefault="001142E3" w:rsidP="001142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</w:tr>
      <w:tr w:rsidR="001142E3" w:rsidRPr="008A6198" w:rsidTr="001142E3">
        <w:trPr>
          <w:trHeight w:val="552"/>
        </w:trPr>
        <w:tc>
          <w:tcPr>
            <w:tcW w:w="5838" w:type="dxa"/>
          </w:tcPr>
          <w:p w:rsidR="001142E3" w:rsidRPr="00E17F49" w:rsidRDefault="001142E3" w:rsidP="001142E3">
            <w:pPr>
              <w:jc w:val="center"/>
              <w:rPr>
                <w:rFonts w:ascii="Times New Roman" w:hAnsi="Times New Roman" w:cs="Times New Roman"/>
                <w:bCs/>
                <w:shd w:val="clear" w:color="auto" w:fill="FBE395"/>
                <w:lang w:val="ru-RU"/>
              </w:rPr>
            </w:pPr>
            <w:r w:rsidRPr="00E17F49">
              <w:rPr>
                <w:rFonts w:ascii="Times New Roman" w:hAnsi="Times New Roman" w:cs="Times New Roman"/>
                <w:lang w:val="ru-RU"/>
              </w:rPr>
              <w:t>«География. Проектно-исследовательская деятельность»</w:t>
            </w:r>
          </w:p>
          <w:p w:rsidR="001142E3" w:rsidRPr="00E17F49" w:rsidRDefault="001142E3" w:rsidP="001142E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E17F49">
              <w:rPr>
                <w:rFonts w:ascii="Times New Roman" w:hAnsi="Times New Roman" w:cs="Times New Roman"/>
                <w:lang w:val="ru-RU"/>
              </w:rPr>
              <w:t>«Занимательный английский»</w:t>
            </w:r>
          </w:p>
          <w:p w:rsidR="001142E3" w:rsidRPr="00E17F49" w:rsidRDefault="001142E3" w:rsidP="001142E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E17F49">
              <w:rPr>
                <w:rFonts w:ascii="Times New Roman" w:hAnsi="Times New Roman" w:cs="Times New Roman"/>
                <w:bCs/>
                <w:shd w:val="clear" w:color="auto" w:fill="FFFFFF"/>
                <w:lang w:val="ru-RU"/>
              </w:rPr>
              <w:t>«Математика: магия и стройность чисел»</w:t>
            </w:r>
          </w:p>
        </w:tc>
        <w:tc>
          <w:tcPr>
            <w:tcW w:w="567" w:type="dxa"/>
          </w:tcPr>
          <w:p w:rsidR="001142E3" w:rsidRPr="008A6198" w:rsidRDefault="001142E3" w:rsidP="001142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546" w:type="dxa"/>
          </w:tcPr>
          <w:p w:rsidR="001142E3" w:rsidRDefault="001142E3" w:rsidP="001142E3">
            <w:pPr>
              <w:jc w:val="center"/>
              <w:rPr>
                <w:rFonts w:ascii="Times New Roman" w:hAnsi="Times New Roman" w:cs="Times New Roman"/>
              </w:rPr>
            </w:pPr>
          </w:p>
          <w:p w:rsidR="001142E3" w:rsidRPr="008A6198" w:rsidRDefault="001142E3" w:rsidP="001142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704" w:type="dxa"/>
          </w:tcPr>
          <w:p w:rsidR="001142E3" w:rsidRDefault="001142E3" w:rsidP="001142E3">
            <w:pPr>
              <w:jc w:val="center"/>
              <w:rPr>
                <w:rFonts w:ascii="Times New Roman" w:hAnsi="Times New Roman" w:cs="Times New Roman"/>
              </w:rPr>
            </w:pPr>
          </w:p>
          <w:p w:rsidR="001142E3" w:rsidRPr="008A6198" w:rsidRDefault="001142E3" w:rsidP="001142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709" w:type="dxa"/>
          </w:tcPr>
          <w:p w:rsidR="001142E3" w:rsidRDefault="001142E3" w:rsidP="001142E3">
            <w:pPr>
              <w:jc w:val="center"/>
              <w:rPr>
                <w:rFonts w:ascii="Times New Roman" w:hAnsi="Times New Roman" w:cs="Times New Roman"/>
              </w:rPr>
            </w:pPr>
          </w:p>
          <w:p w:rsidR="001142E3" w:rsidRPr="008A6198" w:rsidRDefault="001142E3" w:rsidP="001142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252" w:type="dxa"/>
          </w:tcPr>
          <w:p w:rsidR="001142E3" w:rsidRDefault="001142E3" w:rsidP="001142E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  <w:p w:rsidR="001142E3" w:rsidRDefault="001142E3" w:rsidP="001142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  <w:p w:rsidR="001142E3" w:rsidRPr="001142E3" w:rsidRDefault="001142E3" w:rsidP="001142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</w:tr>
      <w:tr w:rsidR="001142E3" w:rsidRPr="008A6198" w:rsidTr="001142E3">
        <w:trPr>
          <w:trHeight w:val="552"/>
        </w:trPr>
        <w:tc>
          <w:tcPr>
            <w:tcW w:w="5838" w:type="dxa"/>
          </w:tcPr>
          <w:p w:rsidR="001142E3" w:rsidRPr="00E17F49" w:rsidRDefault="001142E3" w:rsidP="001142E3">
            <w:pPr>
              <w:jc w:val="center"/>
              <w:rPr>
                <w:rFonts w:ascii="Times New Roman" w:hAnsi="Times New Roman" w:cs="Times New Roman"/>
              </w:rPr>
            </w:pPr>
            <w:r w:rsidRPr="00E17F49">
              <w:rPr>
                <w:rFonts w:ascii="Times New Roman" w:hAnsi="Times New Roman" w:cs="Times New Roman"/>
              </w:rPr>
              <w:t>«Бейсбол»</w:t>
            </w:r>
          </w:p>
        </w:tc>
        <w:tc>
          <w:tcPr>
            <w:tcW w:w="567" w:type="dxa"/>
          </w:tcPr>
          <w:p w:rsidR="001142E3" w:rsidRPr="008A6198" w:rsidRDefault="001142E3" w:rsidP="001142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546" w:type="dxa"/>
          </w:tcPr>
          <w:p w:rsidR="001142E3" w:rsidRPr="008A6198" w:rsidRDefault="001142E3" w:rsidP="001142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704" w:type="dxa"/>
          </w:tcPr>
          <w:p w:rsidR="001142E3" w:rsidRPr="008A6198" w:rsidRDefault="001142E3" w:rsidP="001142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709" w:type="dxa"/>
          </w:tcPr>
          <w:p w:rsidR="001142E3" w:rsidRPr="008A6198" w:rsidRDefault="001142E3" w:rsidP="001142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1252" w:type="dxa"/>
          </w:tcPr>
          <w:p w:rsidR="001142E3" w:rsidRPr="008A6198" w:rsidRDefault="001142E3" w:rsidP="001142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</w:t>
            </w:r>
          </w:p>
        </w:tc>
      </w:tr>
      <w:tr w:rsidR="001142E3" w:rsidRPr="008A6198" w:rsidTr="001142E3">
        <w:trPr>
          <w:trHeight w:val="552"/>
        </w:trPr>
        <w:tc>
          <w:tcPr>
            <w:tcW w:w="5838" w:type="dxa"/>
          </w:tcPr>
          <w:p w:rsidR="001142E3" w:rsidRPr="00E17F49" w:rsidRDefault="001142E3" w:rsidP="001142E3">
            <w:pPr>
              <w:jc w:val="center"/>
              <w:rPr>
                <w:rFonts w:ascii="Times New Roman" w:hAnsi="Times New Roman" w:cs="Times New Roman"/>
              </w:rPr>
            </w:pPr>
            <w:r w:rsidRPr="00E17F49">
              <w:rPr>
                <w:rFonts w:ascii="Times New Roman" w:hAnsi="Times New Roman" w:cs="Times New Roman"/>
              </w:rPr>
              <w:t>История государства Российского</w:t>
            </w:r>
          </w:p>
        </w:tc>
        <w:tc>
          <w:tcPr>
            <w:tcW w:w="567" w:type="dxa"/>
          </w:tcPr>
          <w:p w:rsidR="001142E3" w:rsidRPr="008A6198" w:rsidRDefault="001142E3" w:rsidP="001142E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46" w:type="dxa"/>
          </w:tcPr>
          <w:p w:rsidR="001142E3" w:rsidRPr="008A6198" w:rsidRDefault="001142E3" w:rsidP="001142E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4" w:type="dxa"/>
          </w:tcPr>
          <w:p w:rsidR="001142E3" w:rsidRPr="008A6198" w:rsidRDefault="001142E3" w:rsidP="001142E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1142E3" w:rsidRPr="008A6198" w:rsidRDefault="001142E3" w:rsidP="001142E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</w:tcPr>
          <w:p w:rsidR="001142E3" w:rsidRPr="008A6198" w:rsidRDefault="001142E3" w:rsidP="001142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</w:t>
            </w:r>
          </w:p>
        </w:tc>
      </w:tr>
      <w:tr w:rsidR="001142E3" w:rsidRPr="008A6198" w:rsidTr="001142E3">
        <w:trPr>
          <w:trHeight w:val="552"/>
        </w:trPr>
        <w:tc>
          <w:tcPr>
            <w:tcW w:w="5838" w:type="dxa"/>
          </w:tcPr>
          <w:p w:rsidR="001142E3" w:rsidRPr="00E17F49" w:rsidRDefault="001142E3" w:rsidP="001142E3">
            <w:pPr>
              <w:jc w:val="center"/>
              <w:rPr>
                <w:rFonts w:ascii="Times New Roman" w:hAnsi="Times New Roman" w:cs="Times New Roman"/>
              </w:rPr>
            </w:pPr>
            <w:r w:rsidRPr="00E17F49">
              <w:rPr>
                <w:rFonts w:ascii="Times New Roman" w:hAnsi="Times New Roman" w:cs="Times New Roman"/>
              </w:rPr>
              <w:t>Основы строевой подготовки</w:t>
            </w:r>
          </w:p>
        </w:tc>
        <w:tc>
          <w:tcPr>
            <w:tcW w:w="567" w:type="dxa"/>
          </w:tcPr>
          <w:p w:rsidR="001142E3" w:rsidRPr="008A6198" w:rsidRDefault="001142E3" w:rsidP="001142E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46" w:type="dxa"/>
          </w:tcPr>
          <w:p w:rsidR="001142E3" w:rsidRPr="008A6198" w:rsidRDefault="001142E3" w:rsidP="001142E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4" w:type="dxa"/>
          </w:tcPr>
          <w:p w:rsidR="001142E3" w:rsidRPr="008A6198" w:rsidRDefault="001142E3" w:rsidP="001142E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1142E3" w:rsidRPr="008A6198" w:rsidRDefault="001142E3" w:rsidP="001142E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</w:tcPr>
          <w:p w:rsidR="001142E3" w:rsidRPr="008A6198" w:rsidRDefault="001142E3" w:rsidP="001142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</w:t>
            </w:r>
          </w:p>
        </w:tc>
      </w:tr>
      <w:tr w:rsidR="001142E3" w:rsidRPr="008A6198" w:rsidTr="001142E3">
        <w:tc>
          <w:tcPr>
            <w:tcW w:w="5838" w:type="dxa"/>
          </w:tcPr>
          <w:p w:rsidR="001142E3" w:rsidRPr="00E17F49" w:rsidRDefault="001142E3" w:rsidP="001142E3">
            <w:pPr>
              <w:jc w:val="right"/>
              <w:rPr>
                <w:rFonts w:ascii="Times New Roman" w:hAnsi="Times New Roman" w:cs="Times New Roman"/>
                <w:b/>
                <w:lang w:val="ru-RU"/>
              </w:rPr>
            </w:pPr>
            <w:r w:rsidRPr="00E17F49">
              <w:rPr>
                <w:rFonts w:ascii="Times New Roman" w:hAnsi="Times New Roman" w:cs="Times New Roman"/>
                <w:b/>
                <w:lang w:val="ru-RU"/>
              </w:rPr>
              <w:t>ИТОГО</w:t>
            </w:r>
          </w:p>
        </w:tc>
        <w:tc>
          <w:tcPr>
            <w:tcW w:w="567" w:type="dxa"/>
          </w:tcPr>
          <w:p w:rsidR="001142E3" w:rsidRPr="008A6198" w:rsidRDefault="001142E3" w:rsidP="001142E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204</w:t>
            </w:r>
          </w:p>
        </w:tc>
        <w:tc>
          <w:tcPr>
            <w:tcW w:w="546" w:type="dxa"/>
          </w:tcPr>
          <w:p w:rsidR="001142E3" w:rsidRPr="008A6198" w:rsidRDefault="001142E3" w:rsidP="001142E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204</w:t>
            </w:r>
          </w:p>
        </w:tc>
        <w:tc>
          <w:tcPr>
            <w:tcW w:w="704" w:type="dxa"/>
          </w:tcPr>
          <w:p w:rsidR="001142E3" w:rsidRPr="008A6198" w:rsidRDefault="001142E3" w:rsidP="001142E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204</w:t>
            </w:r>
          </w:p>
        </w:tc>
        <w:tc>
          <w:tcPr>
            <w:tcW w:w="709" w:type="dxa"/>
          </w:tcPr>
          <w:p w:rsidR="001142E3" w:rsidRPr="008A6198" w:rsidRDefault="001142E3" w:rsidP="001142E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204</w:t>
            </w:r>
          </w:p>
        </w:tc>
        <w:tc>
          <w:tcPr>
            <w:tcW w:w="1252" w:type="dxa"/>
          </w:tcPr>
          <w:p w:rsidR="001142E3" w:rsidRPr="001142E3" w:rsidRDefault="001142E3" w:rsidP="001142E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272</w:t>
            </w:r>
          </w:p>
        </w:tc>
      </w:tr>
    </w:tbl>
    <w:p w:rsidR="001142E3" w:rsidRPr="007C2DA2" w:rsidRDefault="001142E3" w:rsidP="001142E3">
      <w:pPr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1142E3" w:rsidRPr="007C2DA2" w:rsidRDefault="001142E3" w:rsidP="001142E3">
      <w:pPr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7C2DA2">
        <w:rPr>
          <w:rFonts w:ascii="Times New Roman" w:hAnsi="Times New Roman" w:cs="Times New Roman"/>
          <w:b/>
          <w:sz w:val="24"/>
          <w:szCs w:val="24"/>
          <w:lang w:val="ru-RU"/>
        </w:rPr>
        <w:br w:type="page"/>
      </w:r>
    </w:p>
    <w:tbl>
      <w:tblPr>
        <w:tblStyle w:val="aff0"/>
        <w:tblW w:w="9923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838"/>
        <w:gridCol w:w="567"/>
        <w:gridCol w:w="601"/>
        <w:gridCol w:w="10"/>
        <w:gridCol w:w="781"/>
        <w:gridCol w:w="850"/>
        <w:gridCol w:w="1276"/>
      </w:tblGrid>
      <w:tr w:rsidR="001142E3" w:rsidRPr="008A6198" w:rsidTr="001142E3">
        <w:tc>
          <w:tcPr>
            <w:tcW w:w="5838" w:type="dxa"/>
            <w:vMerge w:val="restart"/>
          </w:tcPr>
          <w:p w:rsidR="001142E3" w:rsidRPr="00E17F49" w:rsidRDefault="001142E3" w:rsidP="001142E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17F49">
              <w:rPr>
                <w:rFonts w:ascii="Times New Roman" w:hAnsi="Times New Roman" w:cs="Times New Roman"/>
                <w:b/>
              </w:rPr>
              <w:lastRenderedPageBreak/>
              <w:t>Название курса</w:t>
            </w:r>
          </w:p>
        </w:tc>
        <w:tc>
          <w:tcPr>
            <w:tcW w:w="4085" w:type="dxa"/>
            <w:gridSpan w:val="6"/>
          </w:tcPr>
          <w:p w:rsidR="001142E3" w:rsidRDefault="001142E3" w:rsidP="001142E3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 xml:space="preserve">6 </w:t>
            </w:r>
            <w:r w:rsidRPr="008A6198">
              <w:rPr>
                <w:rFonts w:ascii="Times New Roman" w:hAnsi="Times New Roman" w:cs="Times New Roman"/>
                <w:b/>
              </w:rPr>
              <w:t>Класс</w:t>
            </w:r>
            <w:r>
              <w:rPr>
                <w:rFonts w:ascii="Times New Roman" w:hAnsi="Times New Roman" w:cs="Times New Roman"/>
                <w:b/>
                <w:lang w:val="ru-RU"/>
              </w:rPr>
              <w:t>ы</w:t>
            </w:r>
          </w:p>
        </w:tc>
      </w:tr>
      <w:tr w:rsidR="001142E3" w:rsidRPr="008A6198" w:rsidTr="001142E3">
        <w:tc>
          <w:tcPr>
            <w:tcW w:w="5838" w:type="dxa"/>
            <w:vMerge/>
          </w:tcPr>
          <w:p w:rsidR="001142E3" w:rsidRPr="00E17F49" w:rsidRDefault="001142E3" w:rsidP="001142E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7" w:type="dxa"/>
          </w:tcPr>
          <w:p w:rsidR="001142E3" w:rsidRPr="00A53BBE" w:rsidRDefault="001142E3" w:rsidP="001142E3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И</w:t>
            </w:r>
          </w:p>
        </w:tc>
        <w:tc>
          <w:tcPr>
            <w:tcW w:w="601" w:type="dxa"/>
          </w:tcPr>
          <w:p w:rsidR="001142E3" w:rsidRPr="008A6198" w:rsidRDefault="001142E3" w:rsidP="001142E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A6198">
              <w:rPr>
                <w:rFonts w:ascii="Times New Roman" w:hAnsi="Times New Roman" w:cs="Times New Roman"/>
                <w:b/>
              </w:rPr>
              <w:t>Б</w:t>
            </w:r>
          </w:p>
        </w:tc>
        <w:tc>
          <w:tcPr>
            <w:tcW w:w="791" w:type="dxa"/>
            <w:gridSpan w:val="2"/>
          </w:tcPr>
          <w:p w:rsidR="001142E3" w:rsidRPr="008A6198" w:rsidRDefault="001142E3" w:rsidP="001142E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A6198">
              <w:rPr>
                <w:rFonts w:ascii="Times New Roman" w:hAnsi="Times New Roman" w:cs="Times New Roman"/>
                <w:b/>
              </w:rPr>
              <w:t>В</w:t>
            </w:r>
          </w:p>
        </w:tc>
        <w:tc>
          <w:tcPr>
            <w:tcW w:w="850" w:type="dxa"/>
          </w:tcPr>
          <w:p w:rsidR="001142E3" w:rsidRPr="008A6198" w:rsidRDefault="001142E3" w:rsidP="001142E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A6198">
              <w:rPr>
                <w:rFonts w:ascii="Times New Roman" w:hAnsi="Times New Roman" w:cs="Times New Roman"/>
                <w:b/>
              </w:rPr>
              <w:t>Г</w:t>
            </w:r>
          </w:p>
        </w:tc>
        <w:tc>
          <w:tcPr>
            <w:tcW w:w="1276" w:type="dxa"/>
          </w:tcPr>
          <w:p w:rsidR="001142E3" w:rsidRPr="00A53BBE" w:rsidRDefault="001142E3" w:rsidP="001142E3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К</w:t>
            </w:r>
          </w:p>
        </w:tc>
      </w:tr>
      <w:tr w:rsidR="001142E3" w:rsidRPr="008A6198" w:rsidTr="001142E3">
        <w:trPr>
          <w:trHeight w:val="439"/>
        </w:trPr>
        <w:tc>
          <w:tcPr>
            <w:tcW w:w="5838" w:type="dxa"/>
          </w:tcPr>
          <w:p w:rsidR="001142E3" w:rsidRPr="00E17F49" w:rsidRDefault="001142E3" w:rsidP="001142E3">
            <w:pPr>
              <w:jc w:val="center"/>
              <w:rPr>
                <w:rFonts w:ascii="Times New Roman" w:hAnsi="Times New Roman" w:cs="Times New Roman"/>
              </w:rPr>
            </w:pPr>
            <w:r w:rsidRPr="00E17F49">
              <w:rPr>
                <w:rFonts w:ascii="Times New Roman" w:hAnsi="Times New Roman" w:cs="Times New Roman"/>
              </w:rPr>
              <w:t>«Разговоры о важном»</w:t>
            </w:r>
          </w:p>
        </w:tc>
        <w:tc>
          <w:tcPr>
            <w:tcW w:w="567" w:type="dxa"/>
          </w:tcPr>
          <w:p w:rsidR="001142E3" w:rsidRPr="008A6198" w:rsidRDefault="001142E3" w:rsidP="001142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601" w:type="dxa"/>
          </w:tcPr>
          <w:p w:rsidR="001142E3" w:rsidRPr="008A6198" w:rsidRDefault="001142E3" w:rsidP="001142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791" w:type="dxa"/>
            <w:gridSpan w:val="2"/>
          </w:tcPr>
          <w:p w:rsidR="001142E3" w:rsidRPr="008A6198" w:rsidRDefault="001142E3" w:rsidP="001142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850" w:type="dxa"/>
          </w:tcPr>
          <w:p w:rsidR="001142E3" w:rsidRPr="008A6198" w:rsidRDefault="001142E3" w:rsidP="001142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1276" w:type="dxa"/>
          </w:tcPr>
          <w:p w:rsidR="001142E3" w:rsidRPr="008A6198" w:rsidRDefault="001142E3" w:rsidP="001142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</w:t>
            </w:r>
          </w:p>
        </w:tc>
      </w:tr>
      <w:tr w:rsidR="001142E3" w:rsidRPr="008A6198" w:rsidTr="001142E3">
        <w:trPr>
          <w:trHeight w:val="418"/>
        </w:trPr>
        <w:tc>
          <w:tcPr>
            <w:tcW w:w="5838" w:type="dxa"/>
          </w:tcPr>
          <w:p w:rsidR="001142E3" w:rsidRPr="00E17F49" w:rsidRDefault="001142E3" w:rsidP="001142E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E17F49">
              <w:rPr>
                <w:rFonts w:ascii="Times New Roman" w:hAnsi="Times New Roman" w:cs="Times New Roman"/>
              </w:rPr>
              <w:t>«Россия – мои горизонты»</w:t>
            </w:r>
          </w:p>
        </w:tc>
        <w:tc>
          <w:tcPr>
            <w:tcW w:w="567" w:type="dxa"/>
          </w:tcPr>
          <w:p w:rsidR="001142E3" w:rsidRPr="008A6198" w:rsidRDefault="001142E3" w:rsidP="001142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601" w:type="dxa"/>
          </w:tcPr>
          <w:p w:rsidR="001142E3" w:rsidRPr="008A6198" w:rsidRDefault="001142E3" w:rsidP="001142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791" w:type="dxa"/>
            <w:gridSpan w:val="2"/>
          </w:tcPr>
          <w:p w:rsidR="001142E3" w:rsidRPr="008A6198" w:rsidRDefault="001142E3" w:rsidP="001142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850" w:type="dxa"/>
          </w:tcPr>
          <w:p w:rsidR="001142E3" w:rsidRPr="008A6198" w:rsidRDefault="001142E3" w:rsidP="001142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1276" w:type="dxa"/>
          </w:tcPr>
          <w:p w:rsidR="001142E3" w:rsidRPr="008A6198" w:rsidRDefault="001142E3" w:rsidP="001142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</w:t>
            </w:r>
          </w:p>
        </w:tc>
      </w:tr>
      <w:tr w:rsidR="001142E3" w:rsidRPr="001142E3" w:rsidTr="001142E3">
        <w:trPr>
          <w:trHeight w:val="780"/>
        </w:trPr>
        <w:tc>
          <w:tcPr>
            <w:tcW w:w="5838" w:type="dxa"/>
          </w:tcPr>
          <w:p w:rsidR="001142E3" w:rsidRPr="00E17F49" w:rsidRDefault="001142E3" w:rsidP="001142E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E17F49">
              <w:rPr>
                <w:rFonts w:ascii="Times New Roman" w:hAnsi="Times New Roman" w:cs="Times New Roman"/>
                <w:lang w:val="ru-RU"/>
              </w:rPr>
              <w:t>«Основы финансовой грамотности. Финансовая культура»</w:t>
            </w:r>
          </w:p>
          <w:p w:rsidR="001142E3" w:rsidRPr="00E17F49" w:rsidRDefault="001142E3" w:rsidP="001142E3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E17F49">
              <w:rPr>
                <w:rFonts w:ascii="Times New Roman" w:hAnsi="Times New Roman" w:cs="Times New Roman"/>
                <w:b/>
                <w:bCs/>
                <w:shd w:val="clear" w:color="auto" w:fill="FFFFFF"/>
                <w:lang w:val="ru-RU"/>
              </w:rPr>
              <w:t>«</w:t>
            </w:r>
            <w:r w:rsidRPr="00E17F49">
              <w:rPr>
                <w:rStyle w:val="af6"/>
                <w:rFonts w:ascii="Times New Roman" w:hAnsi="Times New Roman" w:cs="Times New Roman"/>
                <w:b w:val="0"/>
                <w:bdr w:val="none" w:sz="0" w:space="0" w:color="auto" w:frame="1"/>
                <w:shd w:val="clear" w:color="auto" w:fill="FFFFFF"/>
                <w:lang w:val="ru-RU"/>
              </w:rPr>
              <w:t>Основы информационной культуры школьников: учимся быть убедительными и защищенными</w:t>
            </w:r>
            <w:r w:rsidRPr="00E17F49">
              <w:rPr>
                <w:rFonts w:ascii="Times New Roman" w:hAnsi="Times New Roman" w:cs="Times New Roman"/>
                <w:b/>
                <w:bCs/>
                <w:shd w:val="clear" w:color="auto" w:fill="FFFFFF"/>
                <w:lang w:val="ru-RU"/>
              </w:rPr>
              <w:t>»</w:t>
            </w:r>
          </w:p>
          <w:p w:rsidR="001142E3" w:rsidRPr="00E17F49" w:rsidRDefault="001142E3" w:rsidP="001142E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E17F49">
              <w:rPr>
                <w:rFonts w:ascii="Times New Roman" w:hAnsi="Times New Roman" w:cs="Times New Roman"/>
                <w:lang w:val="ru-RU"/>
              </w:rPr>
              <w:t xml:space="preserve">«Великие достижения соотечественников» </w:t>
            </w:r>
          </w:p>
          <w:p w:rsidR="001142E3" w:rsidRPr="00E17F49" w:rsidRDefault="001142E3" w:rsidP="001142E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E17F49">
              <w:rPr>
                <w:rFonts w:ascii="Times New Roman" w:hAnsi="Times New Roman" w:cs="Times New Roman"/>
                <w:lang w:val="ru-RU"/>
              </w:rPr>
              <w:t>«Мой Симферополь в истории Отечества»</w:t>
            </w:r>
          </w:p>
          <w:p w:rsidR="001142E3" w:rsidRPr="00E17F49" w:rsidRDefault="001142E3" w:rsidP="001142E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567" w:type="dxa"/>
          </w:tcPr>
          <w:p w:rsidR="001142E3" w:rsidRDefault="001142E3" w:rsidP="001142E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  <w:p w:rsidR="001142E3" w:rsidRDefault="001142E3" w:rsidP="001142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</w:t>
            </w:r>
          </w:p>
          <w:p w:rsidR="001142E3" w:rsidRDefault="001142E3" w:rsidP="001142E3">
            <w:pPr>
              <w:jc w:val="center"/>
              <w:rPr>
                <w:rFonts w:ascii="Times New Roman" w:hAnsi="Times New Roman" w:cs="Times New Roman"/>
              </w:rPr>
            </w:pPr>
          </w:p>
          <w:p w:rsidR="001142E3" w:rsidRDefault="001142E3" w:rsidP="001142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  <w:p w:rsidR="001142E3" w:rsidRDefault="001142E3" w:rsidP="001142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  <w:p w:rsidR="001142E3" w:rsidRPr="001142E3" w:rsidRDefault="001142E3" w:rsidP="001142E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1" w:type="dxa"/>
          </w:tcPr>
          <w:p w:rsidR="001142E3" w:rsidRDefault="001142E3" w:rsidP="001142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</w:t>
            </w:r>
          </w:p>
          <w:p w:rsidR="001142E3" w:rsidRDefault="001142E3" w:rsidP="001142E3">
            <w:pPr>
              <w:rPr>
                <w:rFonts w:ascii="Times New Roman" w:hAnsi="Times New Roman" w:cs="Times New Roman"/>
              </w:rPr>
            </w:pPr>
          </w:p>
          <w:p w:rsidR="001142E3" w:rsidRDefault="001142E3" w:rsidP="001142E3">
            <w:pPr>
              <w:rPr>
                <w:rFonts w:ascii="Times New Roman" w:hAnsi="Times New Roman" w:cs="Times New Roman"/>
              </w:rPr>
            </w:pPr>
          </w:p>
          <w:p w:rsidR="001142E3" w:rsidRDefault="001142E3" w:rsidP="001142E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  <w:p w:rsidR="001142E3" w:rsidRPr="001142E3" w:rsidRDefault="001142E3" w:rsidP="001142E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791" w:type="dxa"/>
            <w:gridSpan w:val="2"/>
          </w:tcPr>
          <w:p w:rsidR="001142E3" w:rsidRDefault="001142E3" w:rsidP="001142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</w:t>
            </w:r>
          </w:p>
          <w:p w:rsidR="001142E3" w:rsidRDefault="001142E3" w:rsidP="001142E3">
            <w:pPr>
              <w:rPr>
                <w:rFonts w:ascii="Times New Roman" w:hAnsi="Times New Roman" w:cs="Times New Roman"/>
              </w:rPr>
            </w:pPr>
          </w:p>
          <w:p w:rsidR="001142E3" w:rsidRDefault="001142E3" w:rsidP="001142E3">
            <w:pPr>
              <w:rPr>
                <w:rFonts w:ascii="Times New Roman" w:hAnsi="Times New Roman" w:cs="Times New Roman"/>
              </w:rPr>
            </w:pPr>
          </w:p>
          <w:p w:rsidR="001142E3" w:rsidRDefault="001142E3" w:rsidP="001142E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  <w:p w:rsidR="001142E3" w:rsidRPr="001142E3" w:rsidRDefault="001142E3" w:rsidP="001142E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850" w:type="dxa"/>
          </w:tcPr>
          <w:p w:rsidR="001142E3" w:rsidRDefault="001142E3" w:rsidP="001142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</w:t>
            </w:r>
          </w:p>
          <w:p w:rsidR="001142E3" w:rsidRDefault="001142E3" w:rsidP="001142E3">
            <w:pPr>
              <w:jc w:val="center"/>
              <w:rPr>
                <w:rFonts w:ascii="Times New Roman" w:hAnsi="Times New Roman" w:cs="Times New Roman"/>
              </w:rPr>
            </w:pPr>
          </w:p>
          <w:p w:rsidR="001142E3" w:rsidRDefault="001142E3" w:rsidP="001142E3">
            <w:pPr>
              <w:jc w:val="center"/>
              <w:rPr>
                <w:rFonts w:ascii="Times New Roman" w:hAnsi="Times New Roman" w:cs="Times New Roman"/>
              </w:rPr>
            </w:pPr>
          </w:p>
          <w:p w:rsidR="001142E3" w:rsidRDefault="001142E3" w:rsidP="001142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  <w:p w:rsidR="001142E3" w:rsidRPr="001142E3" w:rsidRDefault="001142E3" w:rsidP="001142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276" w:type="dxa"/>
          </w:tcPr>
          <w:p w:rsidR="001142E3" w:rsidRDefault="001142E3" w:rsidP="001142E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  <w:p w:rsidR="001142E3" w:rsidRDefault="001142E3" w:rsidP="001142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</w:t>
            </w:r>
          </w:p>
          <w:p w:rsidR="001142E3" w:rsidRDefault="001142E3" w:rsidP="001142E3">
            <w:pPr>
              <w:jc w:val="center"/>
              <w:rPr>
                <w:rFonts w:ascii="Times New Roman" w:hAnsi="Times New Roman" w:cs="Times New Roman"/>
              </w:rPr>
            </w:pPr>
          </w:p>
          <w:p w:rsidR="001142E3" w:rsidRDefault="001142E3" w:rsidP="001142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  <w:p w:rsidR="001142E3" w:rsidRPr="001142E3" w:rsidRDefault="001142E3" w:rsidP="001142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</w:tr>
      <w:tr w:rsidR="001142E3" w:rsidRPr="008A6198" w:rsidTr="001142E3">
        <w:trPr>
          <w:trHeight w:val="552"/>
        </w:trPr>
        <w:tc>
          <w:tcPr>
            <w:tcW w:w="5838" w:type="dxa"/>
          </w:tcPr>
          <w:p w:rsidR="001142E3" w:rsidRPr="00E17F49" w:rsidRDefault="001142E3" w:rsidP="001142E3">
            <w:pPr>
              <w:jc w:val="center"/>
              <w:rPr>
                <w:rFonts w:ascii="Times New Roman" w:hAnsi="Times New Roman" w:cs="Times New Roman"/>
                <w:bCs/>
                <w:shd w:val="clear" w:color="auto" w:fill="FBE395"/>
                <w:lang w:val="ru-RU"/>
              </w:rPr>
            </w:pPr>
            <w:r w:rsidRPr="00E17F49">
              <w:rPr>
                <w:rFonts w:ascii="Times New Roman" w:hAnsi="Times New Roman" w:cs="Times New Roman"/>
                <w:lang w:val="ru-RU"/>
              </w:rPr>
              <w:t>«Искусственный интелект»</w:t>
            </w:r>
          </w:p>
          <w:p w:rsidR="001142E3" w:rsidRPr="00E17F49" w:rsidRDefault="001142E3" w:rsidP="001142E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E17F49">
              <w:rPr>
                <w:rFonts w:ascii="Times New Roman" w:hAnsi="Times New Roman" w:cs="Times New Roman"/>
                <w:lang w:val="ru-RU"/>
              </w:rPr>
              <w:t>«Биология. Проектно-исследовательская деятельность»</w:t>
            </w:r>
          </w:p>
          <w:p w:rsidR="001142E3" w:rsidRPr="00E17F49" w:rsidRDefault="001142E3" w:rsidP="001142E3">
            <w:pPr>
              <w:jc w:val="center"/>
              <w:rPr>
                <w:rFonts w:ascii="Times New Roman" w:hAnsi="Times New Roman" w:cs="Times New Roman"/>
                <w:bCs/>
                <w:shd w:val="clear" w:color="auto" w:fill="FFFFFF"/>
                <w:lang w:val="ru-RU"/>
              </w:rPr>
            </w:pPr>
            <w:r w:rsidRPr="00E17F49">
              <w:rPr>
                <w:rFonts w:ascii="Times New Roman" w:hAnsi="Times New Roman" w:cs="Times New Roman"/>
                <w:bCs/>
                <w:shd w:val="clear" w:color="auto" w:fill="FFFFFF"/>
                <w:lang w:val="ru-RU"/>
              </w:rPr>
              <w:t>«Математика: магия и стройность чисел»</w:t>
            </w:r>
          </w:p>
          <w:p w:rsidR="001142E3" w:rsidRPr="00E17F49" w:rsidRDefault="001142E3" w:rsidP="001142E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E17F49">
              <w:rPr>
                <w:rFonts w:ascii="Times New Roman" w:hAnsi="Times New Roman" w:cs="Times New Roman"/>
              </w:rPr>
              <w:t>«Нескучная информатика»</w:t>
            </w:r>
          </w:p>
        </w:tc>
        <w:tc>
          <w:tcPr>
            <w:tcW w:w="567" w:type="dxa"/>
          </w:tcPr>
          <w:p w:rsidR="001142E3" w:rsidRDefault="001142E3" w:rsidP="001142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  <w:p w:rsidR="001142E3" w:rsidRDefault="001142E3" w:rsidP="001142E3">
            <w:pPr>
              <w:jc w:val="center"/>
              <w:rPr>
                <w:rFonts w:ascii="Times New Roman" w:hAnsi="Times New Roman" w:cs="Times New Roman"/>
              </w:rPr>
            </w:pPr>
          </w:p>
          <w:p w:rsidR="001142E3" w:rsidRPr="001142E3" w:rsidRDefault="001142E3" w:rsidP="001142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601" w:type="dxa"/>
          </w:tcPr>
          <w:p w:rsidR="001142E3" w:rsidRDefault="001142E3" w:rsidP="001142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  <w:p w:rsidR="001142E3" w:rsidRPr="008A6198" w:rsidRDefault="001142E3" w:rsidP="001142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791" w:type="dxa"/>
            <w:gridSpan w:val="2"/>
          </w:tcPr>
          <w:p w:rsidR="001142E3" w:rsidRDefault="001142E3" w:rsidP="001142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  <w:p w:rsidR="001142E3" w:rsidRPr="001142E3" w:rsidRDefault="001142E3" w:rsidP="001142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850" w:type="dxa"/>
          </w:tcPr>
          <w:p w:rsidR="001142E3" w:rsidRDefault="001142E3" w:rsidP="001142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  <w:p w:rsidR="001142E3" w:rsidRPr="001142E3" w:rsidRDefault="001142E3" w:rsidP="001142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276" w:type="dxa"/>
          </w:tcPr>
          <w:p w:rsidR="001142E3" w:rsidRDefault="001142E3" w:rsidP="001142E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  <w:p w:rsidR="001142E3" w:rsidRDefault="001142E3" w:rsidP="001142E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  <w:p w:rsidR="001142E3" w:rsidRDefault="001142E3" w:rsidP="001142E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  <w:p w:rsidR="001142E3" w:rsidRPr="001142E3" w:rsidRDefault="001142E3" w:rsidP="001142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</w:t>
            </w:r>
          </w:p>
        </w:tc>
      </w:tr>
      <w:tr w:rsidR="001142E3" w:rsidRPr="008A6198" w:rsidTr="001142E3">
        <w:trPr>
          <w:trHeight w:val="552"/>
        </w:trPr>
        <w:tc>
          <w:tcPr>
            <w:tcW w:w="5838" w:type="dxa"/>
          </w:tcPr>
          <w:p w:rsidR="001142E3" w:rsidRPr="00E17F49" w:rsidRDefault="001142E3" w:rsidP="001142E3">
            <w:pPr>
              <w:jc w:val="center"/>
              <w:rPr>
                <w:rFonts w:ascii="Times New Roman" w:hAnsi="Times New Roman" w:cs="Times New Roman"/>
              </w:rPr>
            </w:pPr>
            <w:r w:rsidRPr="00E17F49">
              <w:rPr>
                <w:rFonts w:ascii="Times New Roman" w:hAnsi="Times New Roman" w:cs="Times New Roman"/>
              </w:rPr>
              <w:t>«Бейсбол»</w:t>
            </w:r>
          </w:p>
        </w:tc>
        <w:tc>
          <w:tcPr>
            <w:tcW w:w="567" w:type="dxa"/>
          </w:tcPr>
          <w:p w:rsidR="001142E3" w:rsidRPr="008A6198" w:rsidRDefault="001142E3" w:rsidP="001142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601" w:type="dxa"/>
          </w:tcPr>
          <w:p w:rsidR="001142E3" w:rsidRPr="008A6198" w:rsidRDefault="001142E3" w:rsidP="001142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791" w:type="dxa"/>
            <w:gridSpan w:val="2"/>
          </w:tcPr>
          <w:p w:rsidR="001142E3" w:rsidRPr="008A6198" w:rsidRDefault="001142E3" w:rsidP="001142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850" w:type="dxa"/>
          </w:tcPr>
          <w:p w:rsidR="001142E3" w:rsidRPr="008A6198" w:rsidRDefault="001142E3" w:rsidP="001142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1276" w:type="dxa"/>
          </w:tcPr>
          <w:p w:rsidR="001142E3" w:rsidRPr="008A6198" w:rsidRDefault="001142E3" w:rsidP="001142E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142E3" w:rsidRPr="008A6198" w:rsidTr="001142E3">
        <w:trPr>
          <w:trHeight w:val="552"/>
        </w:trPr>
        <w:tc>
          <w:tcPr>
            <w:tcW w:w="5838" w:type="dxa"/>
          </w:tcPr>
          <w:p w:rsidR="001142E3" w:rsidRPr="00E17F49" w:rsidRDefault="001142E3" w:rsidP="001142E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E17F49">
              <w:rPr>
                <w:rFonts w:ascii="Times New Roman" w:hAnsi="Times New Roman" w:cs="Times New Roman"/>
                <w:lang w:val="ru-RU"/>
              </w:rPr>
              <w:t>«Ступенька ГТО»</w:t>
            </w:r>
          </w:p>
        </w:tc>
        <w:tc>
          <w:tcPr>
            <w:tcW w:w="567" w:type="dxa"/>
          </w:tcPr>
          <w:p w:rsidR="001142E3" w:rsidRPr="008A6198" w:rsidRDefault="001142E3" w:rsidP="001142E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1" w:type="dxa"/>
          </w:tcPr>
          <w:p w:rsidR="001142E3" w:rsidRPr="008A6198" w:rsidRDefault="001142E3" w:rsidP="001142E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91" w:type="dxa"/>
            <w:gridSpan w:val="2"/>
          </w:tcPr>
          <w:p w:rsidR="001142E3" w:rsidRPr="008A6198" w:rsidRDefault="001142E3" w:rsidP="001142E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1142E3" w:rsidRPr="008A6198" w:rsidRDefault="001142E3" w:rsidP="001142E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1142E3" w:rsidRPr="001142E3" w:rsidRDefault="001142E3" w:rsidP="001142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</w:t>
            </w:r>
          </w:p>
        </w:tc>
      </w:tr>
      <w:tr w:rsidR="001142E3" w:rsidRPr="008A6198" w:rsidTr="001142E3">
        <w:trPr>
          <w:trHeight w:val="552"/>
        </w:trPr>
        <w:tc>
          <w:tcPr>
            <w:tcW w:w="5838" w:type="dxa"/>
          </w:tcPr>
          <w:p w:rsidR="001142E3" w:rsidRPr="00E17F49" w:rsidRDefault="001142E3" w:rsidP="001142E3">
            <w:pPr>
              <w:jc w:val="center"/>
              <w:rPr>
                <w:rFonts w:ascii="Times New Roman" w:hAnsi="Times New Roman" w:cs="Times New Roman"/>
              </w:rPr>
            </w:pPr>
            <w:r w:rsidRPr="00E17F49">
              <w:rPr>
                <w:rFonts w:ascii="Times New Roman" w:hAnsi="Times New Roman" w:cs="Times New Roman"/>
              </w:rPr>
              <w:t>История государства Российского</w:t>
            </w:r>
          </w:p>
        </w:tc>
        <w:tc>
          <w:tcPr>
            <w:tcW w:w="567" w:type="dxa"/>
          </w:tcPr>
          <w:p w:rsidR="001142E3" w:rsidRPr="008A6198" w:rsidRDefault="001142E3" w:rsidP="001142E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1" w:type="dxa"/>
          </w:tcPr>
          <w:p w:rsidR="001142E3" w:rsidRPr="008A6198" w:rsidRDefault="001142E3" w:rsidP="001142E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91" w:type="dxa"/>
            <w:gridSpan w:val="2"/>
          </w:tcPr>
          <w:p w:rsidR="001142E3" w:rsidRPr="008A6198" w:rsidRDefault="001142E3" w:rsidP="001142E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1142E3" w:rsidRPr="008A6198" w:rsidRDefault="001142E3" w:rsidP="001142E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1142E3" w:rsidRPr="008A6198" w:rsidRDefault="001142E3" w:rsidP="001142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</w:t>
            </w:r>
          </w:p>
        </w:tc>
      </w:tr>
      <w:tr w:rsidR="001142E3" w:rsidRPr="008A6198" w:rsidTr="001142E3">
        <w:trPr>
          <w:trHeight w:val="552"/>
        </w:trPr>
        <w:tc>
          <w:tcPr>
            <w:tcW w:w="5838" w:type="dxa"/>
          </w:tcPr>
          <w:p w:rsidR="001142E3" w:rsidRPr="00E17F49" w:rsidRDefault="001142E3" w:rsidP="001142E3">
            <w:pPr>
              <w:jc w:val="center"/>
              <w:rPr>
                <w:rFonts w:ascii="Times New Roman" w:hAnsi="Times New Roman" w:cs="Times New Roman"/>
              </w:rPr>
            </w:pPr>
            <w:r w:rsidRPr="00E17F49">
              <w:rPr>
                <w:rFonts w:ascii="Times New Roman" w:hAnsi="Times New Roman" w:cs="Times New Roman"/>
              </w:rPr>
              <w:t>Основы строевой подготовки</w:t>
            </w:r>
          </w:p>
        </w:tc>
        <w:tc>
          <w:tcPr>
            <w:tcW w:w="567" w:type="dxa"/>
          </w:tcPr>
          <w:p w:rsidR="001142E3" w:rsidRPr="008A6198" w:rsidRDefault="001142E3" w:rsidP="001142E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1" w:type="dxa"/>
          </w:tcPr>
          <w:p w:rsidR="001142E3" w:rsidRPr="008A6198" w:rsidRDefault="001142E3" w:rsidP="001142E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91" w:type="dxa"/>
            <w:gridSpan w:val="2"/>
          </w:tcPr>
          <w:p w:rsidR="001142E3" w:rsidRPr="008A6198" w:rsidRDefault="001142E3" w:rsidP="001142E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1142E3" w:rsidRPr="008A6198" w:rsidRDefault="001142E3" w:rsidP="001142E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1142E3" w:rsidRPr="001142E3" w:rsidRDefault="001142E3" w:rsidP="001142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68</w:t>
            </w:r>
          </w:p>
        </w:tc>
      </w:tr>
      <w:tr w:rsidR="001142E3" w:rsidRPr="008A6198" w:rsidTr="001142E3">
        <w:trPr>
          <w:trHeight w:val="552"/>
        </w:trPr>
        <w:tc>
          <w:tcPr>
            <w:tcW w:w="5838" w:type="dxa"/>
          </w:tcPr>
          <w:p w:rsidR="001142E3" w:rsidRPr="00E17F49" w:rsidRDefault="001142E3" w:rsidP="001142E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E17F49">
              <w:rPr>
                <w:rFonts w:ascii="Times New Roman" w:hAnsi="Times New Roman" w:cs="Times New Roman"/>
                <w:lang w:val="ru-RU"/>
              </w:rPr>
              <w:t>Знакомство с оружием</w:t>
            </w:r>
          </w:p>
        </w:tc>
        <w:tc>
          <w:tcPr>
            <w:tcW w:w="567" w:type="dxa"/>
          </w:tcPr>
          <w:p w:rsidR="001142E3" w:rsidRPr="008A6198" w:rsidRDefault="001142E3" w:rsidP="001142E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1" w:type="dxa"/>
          </w:tcPr>
          <w:p w:rsidR="001142E3" w:rsidRPr="008A6198" w:rsidRDefault="001142E3" w:rsidP="001142E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91" w:type="dxa"/>
            <w:gridSpan w:val="2"/>
          </w:tcPr>
          <w:p w:rsidR="001142E3" w:rsidRPr="008A6198" w:rsidRDefault="001142E3" w:rsidP="001142E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1142E3" w:rsidRPr="008A6198" w:rsidRDefault="001142E3" w:rsidP="001142E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1142E3" w:rsidRPr="001142E3" w:rsidRDefault="001142E3" w:rsidP="001142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</w:t>
            </w:r>
          </w:p>
        </w:tc>
      </w:tr>
      <w:tr w:rsidR="001142E3" w:rsidRPr="008A6198" w:rsidTr="001142E3">
        <w:tc>
          <w:tcPr>
            <w:tcW w:w="5838" w:type="dxa"/>
          </w:tcPr>
          <w:p w:rsidR="001142E3" w:rsidRPr="00E17F49" w:rsidRDefault="001142E3" w:rsidP="001142E3">
            <w:pPr>
              <w:jc w:val="right"/>
              <w:rPr>
                <w:rFonts w:ascii="Times New Roman" w:hAnsi="Times New Roman" w:cs="Times New Roman"/>
                <w:b/>
                <w:lang w:val="ru-RU"/>
              </w:rPr>
            </w:pPr>
            <w:r w:rsidRPr="00E17F49">
              <w:rPr>
                <w:rFonts w:ascii="Times New Roman" w:hAnsi="Times New Roman" w:cs="Times New Roman"/>
                <w:b/>
                <w:lang w:val="ru-RU"/>
              </w:rPr>
              <w:t>ИТОГО</w:t>
            </w:r>
          </w:p>
        </w:tc>
        <w:tc>
          <w:tcPr>
            <w:tcW w:w="567" w:type="dxa"/>
          </w:tcPr>
          <w:p w:rsidR="001142E3" w:rsidRPr="008A6198" w:rsidRDefault="001142E3" w:rsidP="001142E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204</w:t>
            </w:r>
          </w:p>
        </w:tc>
        <w:tc>
          <w:tcPr>
            <w:tcW w:w="611" w:type="dxa"/>
            <w:gridSpan w:val="2"/>
          </w:tcPr>
          <w:p w:rsidR="001142E3" w:rsidRPr="008A6198" w:rsidRDefault="001142E3" w:rsidP="001142E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204</w:t>
            </w:r>
          </w:p>
        </w:tc>
        <w:tc>
          <w:tcPr>
            <w:tcW w:w="781" w:type="dxa"/>
          </w:tcPr>
          <w:p w:rsidR="001142E3" w:rsidRPr="008A6198" w:rsidRDefault="001142E3" w:rsidP="001142E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204</w:t>
            </w:r>
          </w:p>
        </w:tc>
        <w:tc>
          <w:tcPr>
            <w:tcW w:w="850" w:type="dxa"/>
          </w:tcPr>
          <w:p w:rsidR="001142E3" w:rsidRPr="008A6198" w:rsidRDefault="001142E3" w:rsidP="001142E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204</w:t>
            </w:r>
          </w:p>
        </w:tc>
        <w:tc>
          <w:tcPr>
            <w:tcW w:w="1276" w:type="dxa"/>
          </w:tcPr>
          <w:p w:rsidR="001142E3" w:rsidRPr="001142E3" w:rsidRDefault="001142E3" w:rsidP="001142E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340</w:t>
            </w:r>
          </w:p>
        </w:tc>
      </w:tr>
    </w:tbl>
    <w:p w:rsidR="001142E3" w:rsidRPr="007C2DA2" w:rsidRDefault="001142E3" w:rsidP="001142E3">
      <w:pPr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1142E3" w:rsidRDefault="001142E3" w:rsidP="001142E3">
      <w:pPr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7C2DA2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br w:type="page"/>
      </w:r>
    </w:p>
    <w:p w:rsidR="001142E3" w:rsidRPr="007C2DA2" w:rsidRDefault="001142E3" w:rsidP="001142E3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tbl>
      <w:tblPr>
        <w:tblStyle w:val="aff0"/>
        <w:tblW w:w="9781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838"/>
        <w:gridCol w:w="567"/>
        <w:gridCol w:w="601"/>
        <w:gridCol w:w="10"/>
        <w:gridCol w:w="591"/>
        <w:gridCol w:w="21"/>
        <w:gridCol w:w="580"/>
        <w:gridCol w:w="1573"/>
      </w:tblGrid>
      <w:tr w:rsidR="001142E3" w:rsidRPr="008A6198" w:rsidTr="001142E3">
        <w:tc>
          <w:tcPr>
            <w:tcW w:w="5838" w:type="dxa"/>
            <w:vMerge w:val="restart"/>
          </w:tcPr>
          <w:p w:rsidR="001142E3" w:rsidRPr="00E17F49" w:rsidRDefault="001142E3" w:rsidP="001142E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17F49">
              <w:rPr>
                <w:rFonts w:ascii="Times New Roman" w:hAnsi="Times New Roman" w:cs="Times New Roman"/>
                <w:b/>
              </w:rPr>
              <w:t>Название курса</w:t>
            </w:r>
          </w:p>
        </w:tc>
        <w:tc>
          <w:tcPr>
            <w:tcW w:w="3943" w:type="dxa"/>
            <w:gridSpan w:val="7"/>
          </w:tcPr>
          <w:p w:rsidR="001142E3" w:rsidRDefault="001142E3" w:rsidP="001142E3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 xml:space="preserve">7 </w:t>
            </w:r>
            <w:r w:rsidRPr="008A6198">
              <w:rPr>
                <w:rFonts w:ascii="Times New Roman" w:hAnsi="Times New Roman" w:cs="Times New Roman"/>
                <w:b/>
              </w:rPr>
              <w:t>Класс</w:t>
            </w:r>
            <w:r>
              <w:rPr>
                <w:rFonts w:ascii="Times New Roman" w:hAnsi="Times New Roman" w:cs="Times New Roman"/>
                <w:b/>
                <w:lang w:val="ru-RU"/>
              </w:rPr>
              <w:t>ы</w:t>
            </w:r>
          </w:p>
        </w:tc>
      </w:tr>
      <w:tr w:rsidR="001142E3" w:rsidRPr="008A6198" w:rsidTr="001142E3">
        <w:tc>
          <w:tcPr>
            <w:tcW w:w="5838" w:type="dxa"/>
            <w:vMerge/>
          </w:tcPr>
          <w:p w:rsidR="001142E3" w:rsidRPr="00E17F49" w:rsidRDefault="001142E3" w:rsidP="001142E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7" w:type="dxa"/>
          </w:tcPr>
          <w:p w:rsidR="001142E3" w:rsidRPr="00A53BBE" w:rsidRDefault="001142E3" w:rsidP="001142E3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А</w:t>
            </w:r>
          </w:p>
        </w:tc>
        <w:tc>
          <w:tcPr>
            <w:tcW w:w="601" w:type="dxa"/>
          </w:tcPr>
          <w:p w:rsidR="001142E3" w:rsidRPr="008A6198" w:rsidRDefault="001142E3" w:rsidP="001142E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A6198">
              <w:rPr>
                <w:rFonts w:ascii="Times New Roman" w:hAnsi="Times New Roman" w:cs="Times New Roman"/>
                <w:b/>
              </w:rPr>
              <w:t>Б</w:t>
            </w:r>
          </w:p>
        </w:tc>
        <w:tc>
          <w:tcPr>
            <w:tcW w:w="601" w:type="dxa"/>
            <w:gridSpan w:val="2"/>
          </w:tcPr>
          <w:p w:rsidR="001142E3" w:rsidRPr="008A6198" w:rsidRDefault="001142E3" w:rsidP="001142E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A6198">
              <w:rPr>
                <w:rFonts w:ascii="Times New Roman" w:hAnsi="Times New Roman" w:cs="Times New Roman"/>
                <w:b/>
              </w:rPr>
              <w:t>В</w:t>
            </w:r>
          </w:p>
        </w:tc>
        <w:tc>
          <w:tcPr>
            <w:tcW w:w="601" w:type="dxa"/>
            <w:gridSpan w:val="2"/>
          </w:tcPr>
          <w:p w:rsidR="001142E3" w:rsidRPr="008A6198" w:rsidRDefault="001142E3" w:rsidP="001142E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A6198">
              <w:rPr>
                <w:rFonts w:ascii="Times New Roman" w:hAnsi="Times New Roman" w:cs="Times New Roman"/>
                <w:b/>
              </w:rPr>
              <w:t>Г</w:t>
            </w:r>
          </w:p>
        </w:tc>
        <w:tc>
          <w:tcPr>
            <w:tcW w:w="1573" w:type="dxa"/>
          </w:tcPr>
          <w:p w:rsidR="001142E3" w:rsidRPr="00A53BBE" w:rsidRDefault="001142E3" w:rsidP="001142E3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Д</w:t>
            </w:r>
          </w:p>
        </w:tc>
      </w:tr>
      <w:tr w:rsidR="001142E3" w:rsidRPr="008A6198" w:rsidTr="001142E3">
        <w:trPr>
          <w:trHeight w:val="439"/>
        </w:trPr>
        <w:tc>
          <w:tcPr>
            <w:tcW w:w="5838" w:type="dxa"/>
          </w:tcPr>
          <w:p w:rsidR="001142E3" w:rsidRPr="00E17F49" w:rsidRDefault="001142E3" w:rsidP="001142E3">
            <w:pPr>
              <w:jc w:val="center"/>
              <w:rPr>
                <w:rFonts w:ascii="Times New Roman" w:hAnsi="Times New Roman" w:cs="Times New Roman"/>
              </w:rPr>
            </w:pPr>
            <w:r w:rsidRPr="00E17F49">
              <w:rPr>
                <w:rFonts w:ascii="Times New Roman" w:hAnsi="Times New Roman" w:cs="Times New Roman"/>
              </w:rPr>
              <w:t>«Разговоры о важном»</w:t>
            </w:r>
          </w:p>
        </w:tc>
        <w:tc>
          <w:tcPr>
            <w:tcW w:w="567" w:type="dxa"/>
          </w:tcPr>
          <w:p w:rsidR="001142E3" w:rsidRPr="008A6198" w:rsidRDefault="001142E3" w:rsidP="001142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601" w:type="dxa"/>
          </w:tcPr>
          <w:p w:rsidR="001142E3" w:rsidRPr="008A6198" w:rsidRDefault="001142E3" w:rsidP="001142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601" w:type="dxa"/>
            <w:gridSpan w:val="2"/>
          </w:tcPr>
          <w:p w:rsidR="001142E3" w:rsidRPr="008A6198" w:rsidRDefault="001142E3" w:rsidP="001142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601" w:type="dxa"/>
            <w:gridSpan w:val="2"/>
          </w:tcPr>
          <w:p w:rsidR="001142E3" w:rsidRPr="008A6198" w:rsidRDefault="001142E3" w:rsidP="001142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1573" w:type="dxa"/>
          </w:tcPr>
          <w:p w:rsidR="001142E3" w:rsidRPr="008A6198" w:rsidRDefault="001142E3" w:rsidP="001142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</w:t>
            </w:r>
          </w:p>
        </w:tc>
      </w:tr>
      <w:tr w:rsidR="001142E3" w:rsidRPr="008A6198" w:rsidTr="001142E3">
        <w:trPr>
          <w:trHeight w:val="418"/>
        </w:trPr>
        <w:tc>
          <w:tcPr>
            <w:tcW w:w="5838" w:type="dxa"/>
          </w:tcPr>
          <w:p w:rsidR="001142E3" w:rsidRPr="00E17F49" w:rsidRDefault="001142E3" w:rsidP="001142E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E17F49">
              <w:rPr>
                <w:rFonts w:ascii="Times New Roman" w:hAnsi="Times New Roman" w:cs="Times New Roman"/>
              </w:rPr>
              <w:t>«Россия – мои горизонты»</w:t>
            </w:r>
          </w:p>
        </w:tc>
        <w:tc>
          <w:tcPr>
            <w:tcW w:w="567" w:type="dxa"/>
          </w:tcPr>
          <w:p w:rsidR="001142E3" w:rsidRPr="008A6198" w:rsidRDefault="001142E3" w:rsidP="001142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601" w:type="dxa"/>
          </w:tcPr>
          <w:p w:rsidR="001142E3" w:rsidRPr="008A6198" w:rsidRDefault="001142E3" w:rsidP="001142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601" w:type="dxa"/>
            <w:gridSpan w:val="2"/>
          </w:tcPr>
          <w:p w:rsidR="001142E3" w:rsidRPr="008A6198" w:rsidRDefault="001142E3" w:rsidP="001142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601" w:type="dxa"/>
            <w:gridSpan w:val="2"/>
          </w:tcPr>
          <w:p w:rsidR="001142E3" w:rsidRPr="008A6198" w:rsidRDefault="001142E3" w:rsidP="001142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1573" w:type="dxa"/>
          </w:tcPr>
          <w:p w:rsidR="001142E3" w:rsidRPr="008A6198" w:rsidRDefault="001142E3" w:rsidP="001142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</w:t>
            </w:r>
          </w:p>
        </w:tc>
      </w:tr>
      <w:tr w:rsidR="001142E3" w:rsidRPr="008A6198" w:rsidTr="001142E3">
        <w:trPr>
          <w:trHeight w:val="780"/>
        </w:trPr>
        <w:tc>
          <w:tcPr>
            <w:tcW w:w="5838" w:type="dxa"/>
          </w:tcPr>
          <w:p w:rsidR="001142E3" w:rsidRPr="00E17F49" w:rsidRDefault="001142E3" w:rsidP="001142E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E17F49">
              <w:rPr>
                <w:rFonts w:ascii="Times New Roman" w:hAnsi="Times New Roman" w:cs="Times New Roman"/>
                <w:lang w:val="ru-RU"/>
              </w:rPr>
              <w:t>«Основы финансовой грамотности. Финансовая культура»</w:t>
            </w:r>
          </w:p>
          <w:p w:rsidR="001142E3" w:rsidRPr="00E17F49" w:rsidRDefault="001142E3" w:rsidP="001142E3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E17F49">
              <w:rPr>
                <w:rFonts w:ascii="Times New Roman" w:hAnsi="Times New Roman" w:cs="Times New Roman"/>
                <w:b/>
                <w:bCs/>
                <w:shd w:val="clear" w:color="auto" w:fill="FFFFFF"/>
                <w:lang w:val="ru-RU"/>
              </w:rPr>
              <w:t>«</w:t>
            </w:r>
            <w:r w:rsidRPr="00E17F49">
              <w:rPr>
                <w:rStyle w:val="af6"/>
                <w:rFonts w:ascii="Times New Roman" w:hAnsi="Times New Roman" w:cs="Times New Roman"/>
                <w:b w:val="0"/>
                <w:bdr w:val="none" w:sz="0" w:space="0" w:color="auto" w:frame="1"/>
                <w:shd w:val="clear" w:color="auto" w:fill="FFFFFF"/>
                <w:lang w:val="ru-RU"/>
              </w:rPr>
              <w:t>Основы информационной культуры школьников: учимся быть убедительными и защищенными</w:t>
            </w:r>
            <w:r w:rsidRPr="00E17F49">
              <w:rPr>
                <w:rFonts w:ascii="Times New Roman" w:hAnsi="Times New Roman" w:cs="Times New Roman"/>
                <w:b/>
                <w:bCs/>
                <w:shd w:val="clear" w:color="auto" w:fill="FFFFFF"/>
                <w:lang w:val="ru-RU"/>
              </w:rPr>
              <w:t>»</w:t>
            </w:r>
          </w:p>
          <w:p w:rsidR="001142E3" w:rsidRPr="00E17F49" w:rsidRDefault="001142E3" w:rsidP="001142E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E17F49">
              <w:rPr>
                <w:rFonts w:ascii="Times New Roman" w:hAnsi="Times New Roman" w:cs="Times New Roman"/>
                <w:lang w:val="ru-RU"/>
              </w:rPr>
              <w:t xml:space="preserve">«Великие достижения соотечественников» </w:t>
            </w:r>
          </w:p>
          <w:p w:rsidR="001142E3" w:rsidRPr="00E17F49" w:rsidRDefault="001142E3" w:rsidP="001142E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E17F49">
              <w:rPr>
                <w:rFonts w:ascii="Times New Roman" w:hAnsi="Times New Roman" w:cs="Times New Roman"/>
                <w:lang w:val="ru-RU"/>
              </w:rPr>
              <w:t>«Мой Симферополь в истории Отечества»</w:t>
            </w:r>
          </w:p>
          <w:p w:rsidR="001142E3" w:rsidRPr="00E17F49" w:rsidRDefault="001142E3" w:rsidP="001142E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567" w:type="dxa"/>
          </w:tcPr>
          <w:p w:rsidR="001142E3" w:rsidRDefault="001142E3" w:rsidP="001142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  <w:p w:rsidR="001142E3" w:rsidRDefault="001142E3" w:rsidP="001142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  <w:p w:rsidR="001142E3" w:rsidRDefault="001142E3" w:rsidP="001142E3">
            <w:pPr>
              <w:jc w:val="center"/>
              <w:rPr>
                <w:rFonts w:ascii="Times New Roman" w:hAnsi="Times New Roman" w:cs="Times New Roman"/>
              </w:rPr>
            </w:pPr>
          </w:p>
          <w:p w:rsidR="001142E3" w:rsidRDefault="001142E3" w:rsidP="001142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  <w:p w:rsidR="001142E3" w:rsidRPr="008A6198" w:rsidRDefault="001142E3" w:rsidP="001142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601" w:type="dxa"/>
          </w:tcPr>
          <w:p w:rsidR="001142E3" w:rsidRDefault="001142E3" w:rsidP="001142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  <w:p w:rsidR="001142E3" w:rsidRDefault="001142E3" w:rsidP="001142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  <w:p w:rsidR="001142E3" w:rsidRDefault="001142E3" w:rsidP="001142E3">
            <w:pPr>
              <w:jc w:val="center"/>
              <w:rPr>
                <w:rFonts w:ascii="Times New Roman" w:hAnsi="Times New Roman" w:cs="Times New Roman"/>
              </w:rPr>
            </w:pPr>
          </w:p>
          <w:p w:rsidR="001142E3" w:rsidRDefault="001142E3" w:rsidP="001142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  <w:p w:rsidR="001142E3" w:rsidRPr="008A6198" w:rsidRDefault="001142E3" w:rsidP="001142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601" w:type="dxa"/>
            <w:gridSpan w:val="2"/>
          </w:tcPr>
          <w:p w:rsidR="001142E3" w:rsidRDefault="001142E3" w:rsidP="001142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  <w:p w:rsidR="001142E3" w:rsidRDefault="001142E3" w:rsidP="001142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  <w:p w:rsidR="001142E3" w:rsidRDefault="001142E3" w:rsidP="001142E3">
            <w:pPr>
              <w:jc w:val="center"/>
              <w:rPr>
                <w:rFonts w:ascii="Times New Roman" w:hAnsi="Times New Roman" w:cs="Times New Roman"/>
              </w:rPr>
            </w:pPr>
          </w:p>
          <w:p w:rsidR="001142E3" w:rsidRDefault="001142E3" w:rsidP="001142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  <w:p w:rsidR="001142E3" w:rsidRPr="008A6198" w:rsidRDefault="001142E3" w:rsidP="001142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601" w:type="dxa"/>
            <w:gridSpan w:val="2"/>
          </w:tcPr>
          <w:p w:rsidR="001142E3" w:rsidRDefault="001142E3" w:rsidP="001142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  <w:p w:rsidR="001142E3" w:rsidRDefault="001142E3" w:rsidP="001142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  <w:p w:rsidR="001142E3" w:rsidRDefault="001142E3" w:rsidP="001142E3">
            <w:pPr>
              <w:jc w:val="center"/>
              <w:rPr>
                <w:rFonts w:ascii="Times New Roman" w:hAnsi="Times New Roman" w:cs="Times New Roman"/>
              </w:rPr>
            </w:pPr>
          </w:p>
          <w:p w:rsidR="001142E3" w:rsidRDefault="001142E3" w:rsidP="001142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  <w:p w:rsidR="001142E3" w:rsidRPr="008A6198" w:rsidRDefault="001142E3" w:rsidP="001142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573" w:type="dxa"/>
          </w:tcPr>
          <w:p w:rsidR="001142E3" w:rsidRDefault="001142E3" w:rsidP="001142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  <w:p w:rsidR="001142E3" w:rsidRDefault="001142E3" w:rsidP="001142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  <w:p w:rsidR="001142E3" w:rsidRDefault="001142E3" w:rsidP="001142E3">
            <w:pPr>
              <w:jc w:val="center"/>
              <w:rPr>
                <w:rFonts w:ascii="Times New Roman" w:hAnsi="Times New Roman" w:cs="Times New Roman"/>
              </w:rPr>
            </w:pPr>
          </w:p>
          <w:p w:rsidR="001142E3" w:rsidRDefault="001142E3" w:rsidP="001142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  <w:p w:rsidR="001142E3" w:rsidRPr="008A6198" w:rsidRDefault="001142E3" w:rsidP="001142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</w:tr>
      <w:tr w:rsidR="001142E3" w:rsidRPr="008A6198" w:rsidTr="001142E3">
        <w:trPr>
          <w:trHeight w:val="552"/>
        </w:trPr>
        <w:tc>
          <w:tcPr>
            <w:tcW w:w="5838" w:type="dxa"/>
          </w:tcPr>
          <w:p w:rsidR="001142E3" w:rsidRPr="00E17F49" w:rsidRDefault="001142E3" w:rsidP="001142E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E17F49">
              <w:rPr>
                <w:rFonts w:ascii="Times New Roman" w:hAnsi="Times New Roman" w:cs="Times New Roman"/>
                <w:bCs/>
                <w:color w:val="363636"/>
                <w:shd w:val="clear" w:color="auto" w:fill="FFFFFF"/>
                <w:lang w:val="ru-RU"/>
              </w:rPr>
              <w:t>«Трудные вопросы физики»</w:t>
            </w:r>
            <w:r w:rsidRPr="00E17F49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:rsidR="001142E3" w:rsidRPr="00E17F49" w:rsidRDefault="001142E3" w:rsidP="001142E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E17F49">
              <w:rPr>
                <w:rFonts w:ascii="Times New Roman" w:hAnsi="Times New Roman" w:cs="Times New Roman"/>
                <w:bCs/>
                <w:color w:val="363636"/>
                <w:shd w:val="clear" w:color="auto" w:fill="FFFFFF"/>
                <w:lang w:val="ru-RU"/>
              </w:rPr>
              <w:t>«Мир визуально-пространственных искусств»</w:t>
            </w:r>
          </w:p>
          <w:p w:rsidR="001142E3" w:rsidRPr="00E17F49" w:rsidRDefault="001142E3" w:rsidP="001142E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567" w:type="dxa"/>
          </w:tcPr>
          <w:p w:rsidR="001142E3" w:rsidRDefault="001142E3" w:rsidP="001142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  <w:p w:rsidR="001142E3" w:rsidRPr="001142E3" w:rsidRDefault="001142E3" w:rsidP="001142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601" w:type="dxa"/>
          </w:tcPr>
          <w:p w:rsidR="001142E3" w:rsidRDefault="001142E3" w:rsidP="001142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  <w:p w:rsidR="001142E3" w:rsidRPr="001142E3" w:rsidRDefault="001142E3" w:rsidP="001142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601" w:type="dxa"/>
            <w:gridSpan w:val="2"/>
          </w:tcPr>
          <w:p w:rsidR="001142E3" w:rsidRDefault="001142E3" w:rsidP="001142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  <w:p w:rsidR="001142E3" w:rsidRPr="001142E3" w:rsidRDefault="001142E3" w:rsidP="001142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601" w:type="dxa"/>
            <w:gridSpan w:val="2"/>
          </w:tcPr>
          <w:p w:rsidR="001142E3" w:rsidRDefault="001142E3" w:rsidP="001142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  <w:p w:rsidR="001142E3" w:rsidRPr="001142E3" w:rsidRDefault="001142E3" w:rsidP="001142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573" w:type="dxa"/>
          </w:tcPr>
          <w:p w:rsidR="001142E3" w:rsidRDefault="001142E3" w:rsidP="001142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  <w:p w:rsidR="001142E3" w:rsidRPr="001142E3" w:rsidRDefault="001142E3" w:rsidP="001142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</w:tr>
      <w:tr w:rsidR="001142E3" w:rsidRPr="008A6198" w:rsidTr="001142E3">
        <w:trPr>
          <w:trHeight w:val="552"/>
        </w:trPr>
        <w:tc>
          <w:tcPr>
            <w:tcW w:w="5838" w:type="dxa"/>
          </w:tcPr>
          <w:p w:rsidR="001142E3" w:rsidRPr="00E17F49" w:rsidRDefault="001142E3" w:rsidP="001142E3">
            <w:pPr>
              <w:jc w:val="center"/>
              <w:rPr>
                <w:rFonts w:ascii="Times New Roman" w:hAnsi="Times New Roman" w:cs="Times New Roman"/>
                <w:bCs/>
                <w:color w:val="363636"/>
                <w:shd w:val="clear" w:color="auto" w:fill="FFFFFF"/>
                <w:lang w:val="ru-RU"/>
              </w:rPr>
            </w:pPr>
            <w:r w:rsidRPr="00E17F49">
              <w:rPr>
                <w:rFonts w:ascii="Times New Roman" w:hAnsi="Times New Roman" w:cs="Times New Roman"/>
              </w:rPr>
              <w:t>«Занимательные спортивные игры»</w:t>
            </w:r>
          </w:p>
        </w:tc>
        <w:tc>
          <w:tcPr>
            <w:tcW w:w="567" w:type="dxa"/>
          </w:tcPr>
          <w:p w:rsidR="001142E3" w:rsidRPr="001142E3" w:rsidRDefault="001142E3" w:rsidP="001142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601" w:type="dxa"/>
          </w:tcPr>
          <w:p w:rsidR="001142E3" w:rsidRPr="001142E3" w:rsidRDefault="001142E3" w:rsidP="001142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601" w:type="dxa"/>
            <w:gridSpan w:val="2"/>
          </w:tcPr>
          <w:p w:rsidR="001142E3" w:rsidRPr="001142E3" w:rsidRDefault="001142E3" w:rsidP="001142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601" w:type="dxa"/>
            <w:gridSpan w:val="2"/>
          </w:tcPr>
          <w:p w:rsidR="001142E3" w:rsidRPr="001142E3" w:rsidRDefault="001142E3" w:rsidP="001142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1573" w:type="dxa"/>
          </w:tcPr>
          <w:p w:rsidR="001142E3" w:rsidRPr="001142E3" w:rsidRDefault="001142E3" w:rsidP="001142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</w:t>
            </w:r>
          </w:p>
        </w:tc>
      </w:tr>
      <w:tr w:rsidR="001142E3" w:rsidRPr="008A6198" w:rsidTr="001142E3">
        <w:tc>
          <w:tcPr>
            <w:tcW w:w="5838" w:type="dxa"/>
          </w:tcPr>
          <w:p w:rsidR="001142E3" w:rsidRPr="00E17F49" w:rsidRDefault="001142E3" w:rsidP="001142E3">
            <w:pPr>
              <w:jc w:val="right"/>
              <w:rPr>
                <w:rFonts w:ascii="Times New Roman" w:hAnsi="Times New Roman" w:cs="Times New Roman"/>
                <w:b/>
                <w:lang w:val="ru-RU"/>
              </w:rPr>
            </w:pPr>
            <w:r w:rsidRPr="00E17F49">
              <w:rPr>
                <w:rFonts w:ascii="Times New Roman" w:hAnsi="Times New Roman" w:cs="Times New Roman"/>
                <w:b/>
                <w:lang w:val="ru-RU"/>
              </w:rPr>
              <w:t>ИТОГО</w:t>
            </w:r>
          </w:p>
        </w:tc>
        <w:tc>
          <w:tcPr>
            <w:tcW w:w="567" w:type="dxa"/>
          </w:tcPr>
          <w:p w:rsidR="001142E3" w:rsidRPr="008A6198" w:rsidRDefault="001142E3" w:rsidP="001142E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204</w:t>
            </w:r>
          </w:p>
        </w:tc>
        <w:tc>
          <w:tcPr>
            <w:tcW w:w="611" w:type="dxa"/>
            <w:gridSpan w:val="2"/>
          </w:tcPr>
          <w:p w:rsidR="001142E3" w:rsidRPr="008A6198" w:rsidRDefault="001142E3" w:rsidP="001142E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204</w:t>
            </w:r>
          </w:p>
        </w:tc>
        <w:tc>
          <w:tcPr>
            <w:tcW w:w="612" w:type="dxa"/>
            <w:gridSpan w:val="2"/>
          </w:tcPr>
          <w:p w:rsidR="001142E3" w:rsidRPr="008A6198" w:rsidRDefault="001142E3" w:rsidP="001142E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204</w:t>
            </w:r>
          </w:p>
        </w:tc>
        <w:tc>
          <w:tcPr>
            <w:tcW w:w="580" w:type="dxa"/>
          </w:tcPr>
          <w:p w:rsidR="001142E3" w:rsidRPr="008A6198" w:rsidRDefault="001142E3" w:rsidP="001142E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204</w:t>
            </w:r>
          </w:p>
        </w:tc>
        <w:tc>
          <w:tcPr>
            <w:tcW w:w="1573" w:type="dxa"/>
          </w:tcPr>
          <w:p w:rsidR="001142E3" w:rsidRPr="001142E3" w:rsidRDefault="001142E3" w:rsidP="001142E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204</w:t>
            </w:r>
          </w:p>
        </w:tc>
      </w:tr>
    </w:tbl>
    <w:p w:rsidR="001142E3" w:rsidRDefault="001142E3" w:rsidP="001142E3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1142E3" w:rsidRDefault="001142E3" w:rsidP="001142E3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br w:type="page"/>
      </w:r>
    </w:p>
    <w:tbl>
      <w:tblPr>
        <w:tblStyle w:val="aff0"/>
        <w:tblW w:w="9781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838"/>
        <w:gridCol w:w="567"/>
        <w:gridCol w:w="601"/>
        <w:gridCol w:w="10"/>
        <w:gridCol w:w="591"/>
        <w:gridCol w:w="21"/>
        <w:gridCol w:w="877"/>
        <w:gridCol w:w="1276"/>
      </w:tblGrid>
      <w:tr w:rsidR="001142E3" w:rsidTr="001142E3">
        <w:tc>
          <w:tcPr>
            <w:tcW w:w="5838" w:type="dxa"/>
            <w:vMerge w:val="restart"/>
          </w:tcPr>
          <w:p w:rsidR="001142E3" w:rsidRPr="00E17F49" w:rsidRDefault="001142E3" w:rsidP="001142E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17F49">
              <w:rPr>
                <w:rFonts w:ascii="Times New Roman" w:hAnsi="Times New Roman" w:cs="Times New Roman"/>
                <w:b/>
              </w:rPr>
              <w:lastRenderedPageBreak/>
              <w:t>Название курса</w:t>
            </w:r>
          </w:p>
        </w:tc>
        <w:tc>
          <w:tcPr>
            <w:tcW w:w="3943" w:type="dxa"/>
            <w:gridSpan w:val="7"/>
          </w:tcPr>
          <w:p w:rsidR="001142E3" w:rsidRDefault="001142E3" w:rsidP="001142E3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 xml:space="preserve">8 </w:t>
            </w:r>
            <w:r w:rsidRPr="008A6198">
              <w:rPr>
                <w:rFonts w:ascii="Times New Roman" w:hAnsi="Times New Roman" w:cs="Times New Roman"/>
                <w:b/>
              </w:rPr>
              <w:t>Класс</w:t>
            </w:r>
            <w:r>
              <w:rPr>
                <w:rFonts w:ascii="Times New Roman" w:hAnsi="Times New Roman" w:cs="Times New Roman"/>
                <w:b/>
                <w:lang w:val="ru-RU"/>
              </w:rPr>
              <w:t>ы</w:t>
            </w:r>
          </w:p>
        </w:tc>
      </w:tr>
      <w:tr w:rsidR="001142E3" w:rsidRPr="00A53BBE" w:rsidTr="00B838E3">
        <w:tc>
          <w:tcPr>
            <w:tcW w:w="5838" w:type="dxa"/>
            <w:vMerge/>
          </w:tcPr>
          <w:p w:rsidR="001142E3" w:rsidRPr="00E17F49" w:rsidRDefault="001142E3" w:rsidP="001142E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7" w:type="dxa"/>
          </w:tcPr>
          <w:p w:rsidR="001142E3" w:rsidRPr="008A6198" w:rsidRDefault="001142E3" w:rsidP="001142E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A6198">
              <w:rPr>
                <w:rFonts w:ascii="Times New Roman" w:hAnsi="Times New Roman" w:cs="Times New Roman"/>
                <w:b/>
              </w:rPr>
              <w:t>А</w:t>
            </w:r>
          </w:p>
        </w:tc>
        <w:tc>
          <w:tcPr>
            <w:tcW w:w="601" w:type="dxa"/>
          </w:tcPr>
          <w:p w:rsidR="001142E3" w:rsidRPr="008A6198" w:rsidRDefault="001142E3" w:rsidP="001142E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A6198">
              <w:rPr>
                <w:rFonts w:ascii="Times New Roman" w:hAnsi="Times New Roman" w:cs="Times New Roman"/>
                <w:b/>
              </w:rPr>
              <w:t>Б</w:t>
            </w:r>
          </w:p>
        </w:tc>
        <w:tc>
          <w:tcPr>
            <w:tcW w:w="601" w:type="dxa"/>
            <w:gridSpan w:val="2"/>
          </w:tcPr>
          <w:p w:rsidR="001142E3" w:rsidRPr="008A6198" w:rsidRDefault="001142E3" w:rsidP="001142E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A6198">
              <w:rPr>
                <w:rFonts w:ascii="Times New Roman" w:hAnsi="Times New Roman" w:cs="Times New Roman"/>
                <w:b/>
              </w:rPr>
              <w:t>В</w:t>
            </w:r>
          </w:p>
        </w:tc>
        <w:tc>
          <w:tcPr>
            <w:tcW w:w="898" w:type="dxa"/>
            <w:gridSpan w:val="2"/>
          </w:tcPr>
          <w:p w:rsidR="001142E3" w:rsidRPr="008A6198" w:rsidRDefault="001142E3" w:rsidP="001142E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A6198">
              <w:rPr>
                <w:rFonts w:ascii="Times New Roman" w:hAnsi="Times New Roman" w:cs="Times New Roman"/>
                <w:b/>
              </w:rPr>
              <w:t>Г</w:t>
            </w:r>
          </w:p>
        </w:tc>
        <w:tc>
          <w:tcPr>
            <w:tcW w:w="1276" w:type="dxa"/>
          </w:tcPr>
          <w:p w:rsidR="001142E3" w:rsidRPr="00A53BBE" w:rsidRDefault="001142E3" w:rsidP="001142E3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К</w:t>
            </w:r>
          </w:p>
        </w:tc>
      </w:tr>
      <w:tr w:rsidR="001142E3" w:rsidRPr="008A6198" w:rsidTr="00B838E3">
        <w:trPr>
          <w:trHeight w:val="439"/>
        </w:trPr>
        <w:tc>
          <w:tcPr>
            <w:tcW w:w="5838" w:type="dxa"/>
          </w:tcPr>
          <w:p w:rsidR="001142E3" w:rsidRPr="00E17F49" w:rsidRDefault="001142E3" w:rsidP="001142E3">
            <w:pPr>
              <w:jc w:val="center"/>
              <w:rPr>
                <w:rFonts w:ascii="Times New Roman" w:hAnsi="Times New Roman" w:cs="Times New Roman"/>
              </w:rPr>
            </w:pPr>
            <w:r w:rsidRPr="00E17F49">
              <w:rPr>
                <w:rFonts w:ascii="Times New Roman" w:hAnsi="Times New Roman" w:cs="Times New Roman"/>
              </w:rPr>
              <w:t>«Разговоры о важном»</w:t>
            </w:r>
          </w:p>
        </w:tc>
        <w:tc>
          <w:tcPr>
            <w:tcW w:w="567" w:type="dxa"/>
          </w:tcPr>
          <w:p w:rsidR="001142E3" w:rsidRPr="008A6198" w:rsidRDefault="00B838E3" w:rsidP="001142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601" w:type="dxa"/>
          </w:tcPr>
          <w:p w:rsidR="001142E3" w:rsidRPr="008A6198" w:rsidRDefault="00B838E3" w:rsidP="001142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601" w:type="dxa"/>
            <w:gridSpan w:val="2"/>
          </w:tcPr>
          <w:p w:rsidR="001142E3" w:rsidRPr="008A6198" w:rsidRDefault="00B838E3" w:rsidP="001142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898" w:type="dxa"/>
            <w:gridSpan w:val="2"/>
          </w:tcPr>
          <w:p w:rsidR="001142E3" w:rsidRPr="008A6198" w:rsidRDefault="00B838E3" w:rsidP="001142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1276" w:type="dxa"/>
          </w:tcPr>
          <w:p w:rsidR="001142E3" w:rsidRPr="008A6198" w:rsidRDefault="00B838E3" w:rsidP="001142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</w:t>
            </w:r>
          </w:p>
        </w:tc>
      </w:tr>
      <w:tr w:rsidR="001142E3" w:rsidRPr="008A6198" w:rsidTr="00B838E3">
        <w:trPr>
          <w:trHeight w:val="418"/>
        </w:trPr>
        <w:tc>
          <w:tcPr>
            <w:tcW w:w="5838" w:type="dxa"/>
          </w:tcPr>
          <w:p w:rsidR="001142E3" w:rsidRPr="00E17F49" w:rsidRDefault="001142E3" w:rsidP="001142E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E17F49">
              <w:rPr>
                <w:rFonts w:ascii="Times New Roman" w:hAnsi="Times New Roman" w:cs="Times New Roman"/>
                <w:lang w:val="ru-RU"/>
              </w:rPr>
              <w:t>«Россия – мои горизонты»</w:t>
            </w:r>
          </w:p>
          <w:p w:rsidR="001142E3" w:rsidRPr="00E17F49" w:rsidRDefault="001142E3" w:rsidP="001142E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E17F49">
              <w:rPr>
                <w:rFonts w:ascii="Times New Roman" w:hAnsi="Times New Roman" w:cs="Times New Roman"/>
                <w:lang w:val="ru-RU"/>
              </w:rPr>
              <w:t xml:space="preserve">«Обучение служением. </w:t>
            </w:r>
            <w:r w:rsidRPr="00E17F49">
              <w:rPr>
                <w:rFonts w:ascii="Times New Roman" w:hAnsi="Times New Roman" w:cs="Times New Roman"/>
              </w:rPr>
              <w:t>Первые»</w:t>
            </w:r>
          </w:p>
        </w:tc>
        <w:tc>
          <w:tcPr>
            <w:tcW w:w="567" w:type="dxa"/>
          </w:tcPr>
          <w:p w:rsidR="001142E3" w:rsidRDefault="00B838E3" w:rsidP="001142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</w:t>
            </w:r>
          </w:p>
          <w:p w:rsidR="00B838E3" w:rsidRPr="00B838E3" w:rsidRDefault="00B838E3" w:rsidP="001142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601" w:type="dxa"/>
          </w:tcPr>
          <w:p w:rsidR="001142E3" w:rsidRDefault="00B838E3" w:rsidP="001142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</w:t>
            </w:r>
          </w:p>
          <w:p w:rsidR="00B838E3" w:rsidRPr="00B838E3" w:rsidRDefault="00B838E3" w:rsidP="001142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601" w:type="dxa"/>
            <w:gridSpan w:val="2"/>
          </w:tcPr>
          <w:p w:rsidR="001142E3" w:rsidRDefault="00B838E3" w:rsidP="001142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</w:t>
            </w:r>
          </w:p>
          <w:p w:rsidR="00B838E3" w:rsidRPr="00B838E3" w:rsidRDefault="00B838E3" w:rsidP="001142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898" w:type="dxa"/>
            <w:gridSpan w:val="2"/>
          </w:tcPr>
          <w:p w:rsidR="001142E3" w:rsidRDefault="00B838E3" w:rsidP="001142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</w:t>
            </w:r>
          </w:p>
          <w:p w:rsidR="00B838E3" w:rsidRPr="00B838E3" w:rsidRDefault="00B838E3" w:rsidP="001142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1276" w:type="dxa"/>
          </w:tcPr>
          <w:p w:rsidR="001142E3" w:rsidRPr="008A6198" w:rsidRDefault="00B838E3" w:rsidP="001142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</w:t>
            </w:r>
          </w:p>
        </w:tc>
      </w:tr>
      <w:tr w:rsidR="00B838E3" w:rsidRPr="008A6198" w:rsidTr="00B838E3">
        <w:trPr>
          <w:trHeight w:val="780"/>
        </w:trPr>
        <w:tc>
          <w:tcPr>
            <w:tcW w:w="5838" w:type="dxa"/>
          </w:tcPr>
          <w:p w:rsidR="00B838E3" w:rsidRPr="00E17F49" w:rsidRDefault="00B838E3" w:rsidP="00B838E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E17F49">
              <w:rPr>
                <w:rFonts w:ascii="Times New Roman" w:hAnsi="Times New Roman" w:cs="Times New Roman"/>
                <w:lang w:val="ru-RU"/>
              </w:rPr>
              <w:t>«Основы финансовой грамотности. Финансовая культура»</w:t>
            </w:r>
          </w:p>
          <w:p w:rsidR="00B838E3" w:rsidRPr="00E17F49" w:rsidRDefault="00B838E3" w:rsidP="00B838E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E17F49">
              <w:rPr>
                <w:rFonts w:ascii="Times New Roman" w:hAnsi="Times New Roman" w:cs="Times New Roman"/>
                <w:lang w:val="ru-RU"/>
              </w:rPr>
              <w:t xml:space="preserve">«Великие достижения соотечественников» </w:t>
            </w:r>
          </w:p>
          <w:p w:rsidR="00B838E3" w:rsidRPr="00E17F49" w:rsidRDefault="00B838E3" w:rsidP="00B838E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E17F49">
              <w:rPr>
                <w:rFonts w:ascii="Times New Roman" w:hAnsi="Times New Roman" w:cs="Times New Roman"/>
                <w:lang w:val="ru-RU"/>
              </w:rPr>
              <w:t>«Мой Симферополь в истории Отечества»</w:t>
            </w:r>
          </w:p>
          <w:p w:rsidR="00B838E3" w:rsidRPr="00E17F49" w:rsidRDefault="00B838E3" w:rsidP="00B838E3">
            <w:pPr>
              <w:jc w:val="center"/>
              <w:rPr>
                <w:rFonts w:ascii="Times New Roman" w:hAnsi="Times New Roman" w:cs="Times New Roman"/>
              </w:rPr>
            </w:pPr>
            <w:r w:rsidRPr="00E17F49">
              <w:rPr>
                <w:rFonts w:ascii="Times New Roman" w:hAnsi="Times New Roman" w:cs="Times New Roman"/>
              </w:rPr>
              <w:t>«</w:t>
            </w:r>
            <w:r w:rsidRPr="00E17F49">
              <w:rPr>
                <w:rFonts w:ascii="Times New Roman" w:hAnsi="Times New Roman" w:cs="Times New Roman"/>
                <w:lang w:val="ru-RU"/>
              </w:rPr>
              <w:t>Учебные сборы</w:t>
            </w:r>
            <w:r w:rsidRPr="00E17F49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567" w:type="dxa"/>
          </w:tcPr>
          <w:p w:rsidR="00B838E3" w:rsidRDefault="00B838E3" w:rsidP="00B838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</w:t>
            </w:r>
          </w:p>
          <w:p w:rsidR="00B838E3" w:rsidRDefault="00B838E3" w:rsidP="00B838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  <w:p w:rsidR="00B838E3" w:rsidRDefault="00B838E3" w:rsidP="00B838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  <w:p w:rsidR="00B838E3" w:rsidRPr="008A6198" w:rsidRDefault="00B838E3" w:rsidP="00B838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601" w:type="dxa"/>
          </w:tcPr>
          <w:p w:rsidR="00B838E3" w:rsidRDefault="00B838E3" w:rsidP="00B838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</w:t>
            </w:r>
          </w:p>
          <w:p w:rsidR="00B838E3" w:rsidRDefault="00B838E3" w:rsidP="00B838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  <w:p w:rsidR="00B838E3" w:rsidRDefault="00B838E3" w:rsidP="00B838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  <w:p w:rsidR="00B838E3" w:rsidRPr="008A6198" w:rsidRDefault="00B838E3" w:rsidP="00B838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601" w:type="dxa"/>
            <w:gridSpan w:val="2"/>
          </w:tcPr>
          <w:p w:rsidR="00B838E3" w:rsidRDefault="00B838E3" w:rsidP="00B838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</w:t>
            </w:r>
          </w:p>
          <w:p w:rsidR="00B838E3" w:rsidRDefault="00B838E3" w:rsidP="00B838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  <w:p w:rsidR="00B838E3" w:rsidRDefault="00B838E3" w:rsidP="00B838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  <w:p w:rsidR="00B838E3" w:rsidRPr="008A6198" w:rsidRDefault="00B838E3" w:rsidP="00B838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898" w:type="dxa"/>
            <w:gridSpan w:val="2"/>
          </w:tcPr>
          <w:p w:rsidR="00B838E3" w:rsidRDefault="00B838E3" w:rsidP="00B838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</w:t>
            </w:r>
          </w:p>
          <w:p w:rsidR="00B838E3" w:rsidRDefault="00B838E3" w:rsidP="00B838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  <w:p w:rsidR="00B838E3" w:rsidRDefault="00B838E3" w:rsidP="00B838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  <w:p w:rsidR="00B838E3" w:rsidRPr="008A6198" w:rsidRDefault="00B838E3" w:rsidP="00B838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276" w:type="dxa"/>
          </w:tcPr>
          <w:p w:rsidR="00B838E3" w:rsidRDefault="00B838E3" w:rsidP="00B838E3">
            <w:pPr>
              <w:jc w:val="center"/>
              <w:rPr>
                <w:rFonts w:ascii="Times New Roman" w:hAnsi="Times New Roman" w:cs="Times New Roman"/>
              </w:rPr>
            </w:pPr>
          </w:p>
          <w:p w:rsidR="00B838E3" w:rsidRDefault="00B838E3" w:rsidP="00B838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  <w:p w:rsidR="00B838E3" w:rsidRDefault="00B838E3" w:rsidP="00B838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  <w:p w:rsidR="00B838E3" w:rsidRPr="008A6198" w:rsidRDefault="00B838E3" w:rsidP="00B838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</w:tr>
      <w:tr w:rsidR="00B838E3" w:rsidRPr="00A53BBE" w:rsidTr="00B838E3">
        <w:trPr>
          <w:trHeight w:val="552"/>
        </w:trPr>
        <w:tc>
          <w:tcPr>
            <w:tcW w:w="5838" w:type="dxa"/>
          </w:tcPr>
          <w:p w:rsidR="00B838E3" w:rsidRPr="00E17F49" w:rsidRDefault="00B838E3" w:rsidP="00B838E3">
            <w:pPr>
              <w:jc w:val="center"/>
              <w:rPr>
                <w:rFonts w:ascii="Times New Roman" w:hAnsi="Times New Roman" w:cs="Times New Roman"/>
                <w:bCs/>
                <w:shd w:val="clear" w:color="auto" w:fill="FBE395"/>
                <w:lang w:val="ru-RU"/>
              </w:rPr>
            </w:pPr>
            <w:r w:rsidRPr="00E17F49">
              <w:rPr>
                <w:rFonts w:ascii="Times New Roman" w:hAnsi="Times New Roman" w:cs="Times New Roman"/>
                <w:lang w:val="ru-RU"/>
              </w:rPr>
              <w:t>«Химия в экспериментах и задачах»</w:t>
            </w:r>
          </w:p>
          <w:p w:rsidR="00B838E3" w:rsidRPr="00E17F49" w:rsidRDefault="00B838E3" w:rsidP="00B838E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E17F49">
              <w:rPr>
                <w:rFonts w:ascii="Times New Roman" w:hAnsi="Times New Roman" w:cs="Times New Roman"/>
                <w:lang w:val="ru-RU"/>
              </w:rPr>
              <w:t>«Занимательный английский»</w:t>
            </w:r>
          </w:p>
          <w:p w:rsidR="00B838E3" w:rsidRPr="00E17F49" w:rsidRDefault="00B838E3" w:rsidP="00B838E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E17F49">
              <w:rPr>
                <w:rFonts w:ascii="Times New Roman" w:hAnsi="Times New Roman" w:cs="Times New Roman"/>
                <w:lang w:val="ru-RU"/>
              </w:rPr>
              <w:t>«Занимательные спортивные игры»</w:t>
            </w:r>
          </w:p>
        </w:tc>
        <w:tc>
          <w:tcPr>
            <w:tcW w:w="567" w:type="dxa"/>
          </w:tcPr>
          <w:p w:rsidR="00B838E3" w:rsidRDefault="00B838E3" w:rsidP="00B838E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  <w:p w:rsidR="00B838E3" w:rsidRDefault="00B838E3" w:rsidP="00B838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  <w:p w:rsidR="00B838E3" w:rsidRPr="00B838E3" w:rsidRDefault="00B838E3" w:rsidP="00B838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601" w:type="dxa"/>
          </w:tcPr>
          <w:p w:rsidR="00B838E3" w:rsidRDefault="00B838E3" w:rsidP="00B838E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  <w:p w:rsidR="00B838E3" w:rsidRDefault="00B838E3" w:rsidP="00B838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  <w:p w:rsidR="00B838E3" w:rsidRPr="00B838E3" w:rsidRDefault="00B838E3" w:rsidP="00B838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601" w:type="dxa"/>
            <w:gridSpan w:val="2"/>
          </w:tcPr>
          <w:p w:rsidR="00B838E3" w:rsidRDefault="00B838E3" w:rsidP="00B838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  <w:p w:rsidR="00B838E3" w:rsidRDefault="00B838E3" w:rsidP="00B838E3">
            <w:pPr>
              <w:jc w:val="center"/>
              <w:rPr>
                <w:rFonts w:ascii="Times New Roman" w:hAnsi="Times New Roman" w:cs="Times New Roman"/>
              </w:rPr>
            </w:pPr>
          </w:p>
          <w:p w:rsidR="00B838E3" w:rsidRPr="00B838E3" w:rsidRDefault="00B838E3" w:rsidP="00B838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898" w:type="dxa"/>
            <w:gridSpan w:val="2"/>
          </w:tcPr>
          <w:p w:rsidR="00B838E3" w:rsidRPr="008A6198" w:rsidRDefault="00B838E3" w:rsidP="00B838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276" w:type="dxa"/>
          </w:tcPr>
          <w:p w:rsidR="00B838E3" w:rsidRDefault="00B838E3" w:rsidP="00B838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</w:t>
            </w:r>
          </w:p>
          <w:p w:rsidR="00B838E3" w:rsidRPr="00B838E3" w:rsidRDefault="00B838E3" w:rsidP="00B838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</w:tr>
      <w:tr w:rsidR="00B838E3" w:rsidRPr="008A6198" w:rsidTr="00B838E3">
        <w:trPr>
          <w:trHeight w:val="552"/>
        </w:trPr>
        <w:tc>
          <w:tcPr>
            <w:tcW w:w="5838" w:type="dxa"/>
          </w:tcPr>
          <w:p w:rsidR="00B838E3" w:rsidRPr="00E17F49" w:rsidRDefault="00B838E3" w:rsidP="00B838E3">
            <w:pPr>
              <w:jc w:val="center"/>
              <w:rPr>
                <w:rFonts w:ascii="Times New Roman" w:hAnsi="Times New Roman" w:cs="Times New Roman"/>
              </w:rPr>
            </w:pPr>
            <w:r w:rsidRPr="00E17F49">
              <w:rPr>
                <w:rFonts w:ascii="Times New Roman" w:hAnsi="Times New Roman" w:cs="Times New Roman"/>
              </w:rPr>
              <w:t>«</w:t>
            </w:r>
            <w:r w:rsidRPr="00E17F49">
              <w:rPr>
                <w:rFonts w:ascii="Times New Roman" w:hAnsi="Times New Roman" w:cs="Times New Roman"/>
                <w:lang w:val="ru-RU"/>
              </w:rPr>
              <w:t>Ступенька ГТО»</w:t>
            </w:r>
            <w:r w:rsidRPr="00E17F49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567" w:type="dxa"/>
          </w:tcPr>
          <w:p w:rsidR="00B838E3" w:rsidRPr="008A6198" w:rsidRDefault="00B838E3" w:rsidP="00B838E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1" w:type="dxa"/>
          </w:tcPr>
          <w:p w:rsidR="00B838E3" w:rsidRPr="008A6198" w:rsidRDefault="00B838E3" w:rsidP="00B838E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1" w:type="dxa"/>
            <w:gridSpan w:val="2"/>
          </w:tcPr>
          <w:p w:rsidR="00B838E3" w:rsidRPr="008A6198" w:rsidRDefault="00B838E3" w:rsidP="00B838E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98" w:type="dxa"/>
            <w:gridSpan w:val="2"/>
          </w:tcPr>
          <w:p w:rsidR="00B838E3" w:rsidRPr="008A6198" w:rsidRDefault="00B838E3" w:rsidP="00B838E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B838E3" w:rsidRPr="008A6198" w:rsidRDefault="00B838E3" w:rsidP="00B838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</w:t>
            </w:r>
          </w:p>
        </w:tc>
      </w:tr>
      <w:tr w:rsidR="00B838E3" w:rsidRPr="008A6198" w:rsidTr="00B838E3">
        <w:trPr>
          <w:trHeight w:val="552"/>
        </w:trPr>
        <w:tc>
          <w:tcPr>
            <w:tcW w:w="5838" w:type="dxa"/>
          </w:tcPr>
          <w:p w:rsidR="00B838E3" w:rsidRPr="00E17F49" w:rsidRDefault="00B838E3" w:rsidP="00B838E3">
            <w:pPr>
              <w:jc w:val="center"/>
              <w:rPr>
                <w:rFonts w:ascii="Times New Roman" w:hAnsi="Times New Roman" w:cs="Times New Roman"/>
              </w:rPr>
            </w:pPr>
            <w:r w:rsidRPr="00E17F49">
              <w:rPr>
                <w:rFonts w:ascii="Times New Roman" w:hAnsi="Times New Roman" w:cs="Times New Roman"/>
              </w:rPr>
              <w:t>История государства Российского</w:t>
            </w:r>
          </w:p>
        </w:tc>
        <w:tc>
          <w:tcPr>
            <w:tcW w:w="567" w:type="dxa"/>
          </w:tcPr>
          <w:p w:rsidR="00B838E3" w:rsidRPr="008A6198" w:rsidRDefault="00B838E3" w:rsidP="00B838E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1" w:type="dxa"/>
          </w:tcPr>
          <w:p w:rsidR="00B838E3" w:rsidRPr="008A6198" w:rsidRDefault="00B838E3" w:rsidP="00B838E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1" w:type="dxa"/>
            <w:gridSpan w:val="2"/>
          </w:tcPr>
          <w:p w:rsidR="00B838E3" w:rsidRPr="008A6198" w:rsidRDefault="00B838E3" w:rsidP="00B838E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98" w:type="dxa"/>
            <w:gridSpan w:val="2"/>
          </w:tcPr>
          <w:p w:rsidR="00B838E3" w:rsidRPr="008A6198" w:rsidRDefault="00B838E3" w:rsidP="00B838E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B838E3" w:rsidRPr="008A6198" w:rsidRDefault="00B838E3" w:rsidP="00B838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</w:t>
            </w:r>
          </w:p>
        </w:tc>
      </w:tr>
      <w:tr w:rsidR="00B838E3" w:rsidRPr="008A6198" w:rsidTr="00B838E3">
        <w:trPr>
          <w:trHeight w:val="552"/>
        </w:trPr>
        <w:tc>
          <w:tcPr>
            <w:tcW w:w="5838" w:type="dxa"/>
          </w:tcPr>
          <w:p w:rsidR="00B838E3" w:rsidRPr="00E17F49" w:rsidRDefault="00B838E3" w:rsidP="00B838E3">
            <w:pPr>
              <w:jc w:val="center"/>
              <w:rPr>
                <w:rFonts w:ascii="Times New Roman" w:hAnsi="Times New Roman" w:cs="Times New Roman"/>
              </w:rPr>
            </w:pPr>
            <w:r w:rsidRPr="00E17F49">
              <w:rPr>
                <w:rFonts w:ascii="Times New Roman" w:hAnsi="Times New Roman" w:cs="Times New Roman"/>
              </w:rPr>
              <w:t>Основы строевой подготовки</w:t>
            </w:r>
          </w:p>
        </w:tc>
        <w:tc>
          <w:tcPr>
            <w:tcW w:w="567" w:type="dxa"/>
          </w:tcPr>
          <w:p w:rsidR="00B838E3" w:rsidRPr="008A6198" w:rsidRDefault="00B838E3" w:rsidP="00B838E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1" w:type="dxa"/>
          </w:tcPr>
          <w:p w:rsidR="00B838E3" w:rsidRPr="008A6198" w:rsidRDefault="00B838E3" w:rsidP="00B838E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1" w:type="dxa"/>
            <w:gridSpan w:val="2"/>
          </w:tcPr>
          <w:p w:rsidR="00B838E3" w:rsidRPr="008A6198" w:rsidRDefault="00B838E3" w:rsidP="00B838E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98" w:type="dxa"/>
            <w:gridSpan w:val="2"/>
          </w:tcPr>
          <w:p w:rsidR="00B838E3" w:rsidRPr="008A6198" w:rsidRDefault="00B838E3" w:rsidP="00B838E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B838E3" w:rsidRPr="00B838E3" w:rsidRDefault="00B838E3" w:rsidP="00B838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68</w:t>
            </w:r>
          </w:p>
        </w:tc>
      </w:tr>
      <w:tr w:rsidR="00B838E3" w:rsidRPr="008A6198" w:rsidTr="00B838E3">
        <w:trPr>
          <w:trHeight w:val="552"/>
        </w:trPr>
        <w:tc>
          <w:tcPr>
            <w:tcW w:w="5838" w:type="dxa"/>
          </w:tcPr>
          <w:p w:rsidR="00B838E3" w:rsidRPr="00E17F49" w:rsidRDefault="00B838E3" w:rsidP="00B838E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E17F49">
              <w:rPr>
                <w:rFonts w:ascii="Times New Roman" w:hAnsi="Times New Roman" w:cs="Times New Roman"/>
                <w:lang w:val="ru-RU"/>
              </w:rPr>
              <w:t>Знакомство с оружием</w:t>
            </w:r>
          </w:p>
        </w:tc>
        <w:tc>
          <w:tcPr>
            <w:tcW w:w="567" w:type="dxa"/>
          </w:tcPr>
          <w:p w:rsidR="00B838E3" w:rsidRPr="008A6198" w:rsidRDefault="00B838E3" w:rsidP="00B838E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1" w:type="dxa"/>
          </w:tcPr>
          <w:p w:rsidR="00B838E3" w:rsidRPr="008A6198" w:rsidRDefault="00B838E3" w:rsidP="00B838E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1" w:type="dxa"/>
            <w:gridSpan w:val="2"/>
          </w:tcPr>
          <w:p w:rsidR="00B838E3" w:rsidRPr="008A6198" w:rsidRDefault="00B838E3" w:rsidP="00B838E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98" w:type="dxa"/>
            <w:gridSpan w:val="2"/>
          </w:tcPr>
          <w:p w:rsidR="00B838E3" w:rsidRPr="008A6198" w:rsidRDefault="00B838E3" w:rsidP="00B838E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B838E3" w:rsidRPr="00B838E3" w:rsidRDefault="00B838E3" w:rsidP="00B838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</w:t>
            </w:r>
          </w:p>
        </w:tc>
      </w:tr>
      <w:tr w:rsidR="00B838E3" w:rsidRPr="00A53BBE" w:rsidTr="00B838E3">
        <w:tc>
          <w:tcPr>
            <w:tcW w:w="5838" w:type="dxa"/>
          </w:tcPr>
          <w:p w:rsidR="00B838E3" w:rsidRPr="00E17F49" w:rsidRDefault="00B838E3" w:rsidP="00B838E3">
            <w:pPr>
              <w:jc w:val="right"/>
              <w:rPr>
                <w:rFonts w:ascii="Times New Roman" w:hAnsi="Times New Roman" w:cs="Times New Roman"/>
                <w:b/>
                <w:lang w:val="ru-RU"/>
              </w:rPr>
            </w:pPr>
            <w:r w:rsidRPr="00E17F49">
              <w:rPr>
                <w:rFonts w:ascii="Times New Roman" w:hAnsi="Times New Roman" w:cs="Times New Roman"/>
                <w:b/>
                <w:lang w:val="ru-RU"/>
              </w:rPr>
              <w:t>ИТОГО</w:t>
            </w:r>
          </w:p>
        </w:tc>
        <w:tc>
          <w:tcPr>
            <w:tcW w:w="567" w:type="dxa"/>
          </w:tcPr>
          <w:p w:rsidR="00B838E3" w:rsidRPr="00B838E3" w:rsidRDefault="00B838E3" w:rsidP="00B838E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238</w:t>
            </w:r>
          </w:p>
        </w:tc>
        <w:tc>
          <w:tcPr>
            <w:tcW w:w="611" w:type="dxa"/>
            <w:gridSpan w:val="2"/>
          </w:tcPr>
          <w:p w:rsidR="00B838E3" w:rsidRPr="00B838E3" w:rsidRDefault="00B838E3" w:rsidP="00B838E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238</w:t>
            </w:r>
          </w:p>
        </w:tc>
        <w:tc>
          <w:tcPr>
            <w:tcW w:w="612" w:type="dxa"/>
            <w:gridSpan w:val="2"/>
          </w:tcPr>
          <w:p w:rsidR="00B838E3" w:rsidRPr="00B838E3" w:rsidRDefault="00B838E3" w:rsidP="00B838E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238</w:t>
            </w:r>
          </w:p>
        </w:tc>
        <w:tc>
          <w:tcPr>
            <w:tcW w:w="877" w:type="dxa"/>
          </w:tcPr>
          <w:p w:rsidR="00B838E3" w:rsidRPr="00B838E3" w:rsidRDefault="00B838E3" w:rsidP="00B838E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238</w:t>
            </w:r>
          </w:p>
        </w:tc>
        <w:tc>
          <w:tcPr>
            <w:tcW w:w="1276" w:type="dxa"/>
          </w:tcPr>
          <w:p w:rsidR="00B838E3" w:rsidRPr="00B838E3" w:rsidRDefault="00B838E3" w:rsidP="00B838E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340</w:t>
            </w:r>
          </w:p>
        </w:tc>
      </w:tr>
    </w:tbl>
    <w:p w:rsidR="001142E3" w:rsidRDefault="001142E3" w:rsidP="001142E3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1142E3" w:rsidRDefault="001142E3" w:rsidP="001142E3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br w:type="page"/>
      </w:r>
    </w:p>
    <w:tbl>
      <w:tblPr>
        <w:tblStyle w:val="aff0"/>
        <w:tblW w:w="10206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6946"/>
        <w:gridCol w:w="709"/>
        <w:gridCol w:w="850"/>
        <w:gridCol w:w="851"/>
        <w:gridCol w:w="850"/>
      </w:tblGrid>
      <w:tr w:rsidR="001142E3" w:rsidTr="001142E3">
        <w:tc>
          <w:tcPr>
            <w:tcW w:w="6946" w:type="dxa"/>
            <w:vMerge w:val="restart"/>
          </w:tcPr>
          <w:p w:rsidR="001142E3" w:rsidRPr="00E17F49" w:rsidRDefault="001142E3" w:rsidP="001142E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17F49">
              <w:rPr>
                <w:rFonts w:ascii="Times New Roman" w:hAnsi="Times New Roman" w:cs="Times New Roman"/>
                <w:b/>
              </w:rPr>
              <w:lastRenderedPageBreak/>
              <w:t>Название курса</w:t>
            </w:r>
          </w:p>
        </w:tc>
        <w:tc>
          <w:tcPr>
            <w:tcW w:w="3260" w:type="dxa"/>
            <w:gridSpan w:val="4"/>
          </w:tcPr>
          <w:p w:rsidR="001142E3" w:rsidRDefault="001142E3" w:rsidP="001142E3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 xml:space="preserve">9 </w:t>
            </w:r>
            <w:r w:rsidRPr="008A6198">
              <w:rPr>
                <w:rFonts w:ascii="Times New Roman" w:hAnsi="Times New Roman" w:cs="Times New Roman"/>
                <w:b/>
              </w:rPr>
              <w:t>Класс</w:t>
            </w:r>
            <w:r>
              <w:rPr>
                <w:rFonts w:ascii="Times New Roman" w:hAnsi="Times New Roman" w:cs="Times New Roman"/>
                <w:b/>
                <w:lang w:val="ru-RU"/>
              </w:rPr>
              <w:t>ы</w:t>
            </w:r>
          </w:p>
        </w:tc>
      </w:tr>
      <w:tr w:rsidR="001142E3" w:rsidRPr="00A53BBE" w:rsidTr="001142E3">
        <w:tc>
          <w:tcPr>
            <w:tcW w:w="6946" w:type="dxa"/>
            <w:vMerge/>
          </w:tcPr>
          <w:p w:rsidR="001142E3" w:rsidRPr="00E17F49" w:rsidRDefault="001142E3" w:rsidP="001142E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9" w:type="dxa"/>
          </w:tcPr>
          <w:p w:rsidR="001142E3" w:rsidRPr="008A6198" w:rsidRDefault="001142E3" w:rsidP="001142E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A6198">
              <w:rPr>
                <w:rFonts w:ascii="Times New Roman" w:hAnsi="Times New Roman" w:cs="Times New Roman"/>
                <w:b/>
              </w:rPr>
              <w:t>А</w:t>
            </w:r>
          </w:p>
        </w:tc>
        <w:tc>
          <w:tcPr>
            <w:tcW w:w="850" w:type="dxa"/>
          </w:tcPr>
          <w:p w:rsidR="001142E3" w:rsidRPr="008A6198" w:rsidRDefault="001142E3" w:rsidP="001142E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A6198">
              <w:rPr>
                <w:rFonts w:ascii="Times New Roman" w:hAnsi="Times New Roman" w:cs="Times New Roman"/>
                <w:b/>
              </w:rPr>
              <w:t>Б</w:t>
            </w:r>
          </w:p>
        </w:tc>
        <w:tc>
          <w:tcPr>
            <w:tcW w:w="851" w:type="dxa"/>
          </w:tcPr>
          <w:p w:rsidR="001142E3" w:rsidRPr="008A6198" w:rsidRDefault="001142E3" w:rsidP="001142E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A6198">
              <w:rPr>
                <w:rFonts w:ascii="Times New Roman" w:hAnsi="Times New Roman" w:cs="Times New Roman"/>
                <w:b/>
              </w:rPr>
              <w:t>В</w:t>
            </w:r>
          </w:p>
        </w:tc>
        <w:tc>
          <w:tcPr>
            <w:tcW w:w="850" w:type="dxa"/>
          </w:tcPr>
          <w:p w:rsidR="001142E3" w:rsidRPr="007C21DF" w:rsidRDefault="001142E3" w:rsidP="001142E3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Н</w:t>
            </w:r>
          </w:p>
        </w:tc>
      </w:tr>
      <w:tr w:rsidR="00B838E3" w:rsidRPr="008A6198" w:rsidTr="001142E3">
        <w:trPr>
          <w:trHeight w:val="439"/>
        </w:trPr>
        <w:tc>
          <w:tcPr>
            <w:tcW w:w="6946" w:type="dxa"/>
          </w:tcPr>
          <w:p w:rsidR="00B838E3" w:rsidRPr="00E17F49" w:rsidRDefault="00B838E3" w:rsidP="00B838E3">
            <w:pPr>
              <w:jc w:val="center"/>
              <w:rPr>
                <w:rFonts w:ascii="Times New Roman" w:hAnsi="Times New Roman" w:cs="Times New Roman"/>
              </w:rPr>
            </w:pPr>
            <w:r w:rsidRPr="00E17F49">
              <w:rPr>
                <w:rFonts w:ascii="Times New Roman" w:hAnsi="Times New Roman" w:cs="Times New Roman"/>
              </w:rPr>
              <w:t>«Разговоры о важном»</w:t>
            </w:r>
          </w:p>
        </w:tc>
        <w:tc>
          <w:tcPr>
            <w:tcW w:w="709" w:type="dxa"/>
          </w:tcPr>
          <w:p w:rsidR="00B838E3" w:rsidRPr="008A6198" w:rsidRDefault="00B838E3" w:rsidP="00B838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850" w:type="dxa"/>
          </w:tcPr>
          <w:p w:rsidR="00B838E3" w:rsidRPr="008A6198" w:rsidRDefault="00B838E3" w:rsidP="00B838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851" w:type="dxa"/>
          </w:tcPr>
          <w:p w:rsidR="00B838E3" w:rsidRPr="008A6198" w:rsidRDefault="00B838E3" w:rsidP="00B838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850" w:type="dxa"/>
          </w:tcPr>
          <w:p w:rsidR="00B838E3" w:rsidRPr="008A6198" w:rsidRDefault="00B838E3" w:rsidP="00B838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</w:t>
            </w:r>
          </w:p>
        </w:tc>
      </w:tr>
      <w:tr w:rsidR="00B838E3" w:rsidRPr="008A6198" w:rsidTr="001142E3">
        <w:trPr>
          <w:trHeight w:val="418"/>
        </w:trPr>
        <w:tc>
          <w:tcPr>
            <w:tcW w:w="6946" w:type="dxa"/>
          </w:tcPr>
          <w:p w:rsidR="00B838E3" w:rsidRPr="00E17F49" w:rsidRDefault="00B838E3" w:rsidP="00B838E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E17F49">
              <w:rPr>
                <w:rFonts w:ascii="Times New Roman" w:hAnsi="Times New Roman" w:cs="Times New Roman"/>
                <w:lang w:val="ru-RU"/>
              </w:rPr>
              <w:t>«Россия – мои горизонты»</w:t>
            </w:r>
          </w:p>
          <w:p w:rsidR="00B838E3" w:rsidRPr="00E17F49" w:rsidRDefault="00B838E3" w:rsidP="00B838E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E17F49">
              <w:rPr>
                <w:rFonts w:ascii="Times New Roman" w:hAnsi="Times New Roman" w:cs="Times New Roman"/>
                <w:lang w:val="ru-RU"/>
              </w:rPr>
              <w:t xml:space="preserve">«Обучение служением. </w:t>
            </w:r>
            <w:r w:rsidRPr="00E17F49">
              <w:rPr>
                <w:rFonts w:ascii="Times New Roman" w:hAnsi="Times New Roman" w:cs="Times New Roman"/>
              </w:rPr>
              <w:t>Первые»</w:t>
            </w:r>
          </w:p>
        </w:tc>
        <w:tc>
          <w:tcPr>
            <w:tcW w:w="709" w:type="dxa"/>
          </w:tcPr>
          <w:p w:rsidR="00B838E3" w:rsidRDefault="00B838E3" w:rsidP="00B838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</w:t>
            </w:r>
          </w:p>
          <w:p w:rsidR="00B838E3" w:rsidRPr="00B838E3" w:rsidRDefault="00B838E3" w:rsidP="00B838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850" w:type="dxa"/>
          </w:tcPr>
          <w:p w:rsidR="00B838E3" w:rsidRDefault="00B838E3" w:rsidP="00B838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</w:t>
            </w:r>
          </w:p>
          <w:p w:rsidR="00B838E3" w:rsidRPr="00B838E3" w:rsidRDefault="00B838E3" w:rsidP="00B838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851" w:type="dxa"/>
          </w:tcPr>
          <w:p w:rsidR="00B838E3" w:rsidRDefault="00B838E3" w:rsidP="00B838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</w:t>
            </w:r>
          </w:p>
          <w:p w:rsidR="00B838E3" w:rsidRPr="00B838E3" w:rsidRDefault="00B838E3" w:rsidP="00B838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850" w:type="dxa"/>
          </w:tcPr>
          <w:p w:rsidR="00B838E3" w:rsidRDefault="00B838E3" w:rsidP="00B838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</w:t>
            </w:r>
          </w:p>
          <w:p w:rsidR="00B838E3" w:rsidRPr="00B838E3" w:rsidRDefault="00B838E3" w:rsidP="00B838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</w:t>
            </w:r>
          </w:p>
        </w:tc>
      </w:tr>
      <w:tr w:rsidR="00B838E3" w:rsidRPr="007C21DF" w:rsidTr="001142E3">
        <w:trPr>
          <w:trHeight w:val="780"/>
        </w:trPr>
        <w:tc>
          <w:tcPr>
            <w:tcW w:w="6946" w:type="dxa"/>
          </w:tcPr>
          <w:p w:rsidR="00B838E3" w:rsidRPr="00E17F49" w:rsidRDefault="00B838E3" w:rsidP="00B838E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E17F49">
              <w:rPr>
                <w:rFonts w:ascii="Times New Roman" w:hAnsi="Times New Roman" w:cs="Times New Roman"/>
                <w:lang w:val="ru-RU"/>
              </w:rPr>
              <w:t>«Основы финансовой грамотности. Финансовая культура»</w:t>
            </w:r>
          </w:p>
          <w:p w:rsidR="00B838E3" w:rsidRPr="00E17F49" w:rsidRDefault="00B838E3" w:rsidP="00B838E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E17F49">
              <w:rPr>
                <w:rFonts w:ascii="Times New Roman" w:hAnsi="Times New Roman" w:cs="Times New Roman"/>
                <w:lang w:val="ru-RU"/>
              </w:rPr>
              <w:t xml:space="preserve">«Великие достижения соотечественников» </w:t>
            </w:r>
          </w:p>
          <w:p w:rsidR="00B838E3" w:rsidRPr="00E17F49" w:rsidRDefault="00B838E3" w:rsidP="00B838E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E17F49">
              <w:rPr>
                <w:rFonts w:ascii="Times New Roman" w:hAnsi="Times New Roman" w:cs="Times New Roman"/>
                <w:lang w:val="ru-RU"/>
              </w:rPr>
              <w:t>«Мой Симферополь в истории Отечества»</w:t>
            </w:r>
          </w:p>
        </w:tc>
        <w:tc>
          <w:tcPr>
            <w:tcW w:w="709" w:type="dxa"/>
          </w:tcPr>
          <w:p w:rsidR="00B838E3" w:rsidRDefault="00B838E3" w:rsidP="00B838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  <w:p w:rsidR="00B838E3" w:rsidRDefault="00B838E3" w:rsidP="00B838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  <w:p w:rsidR="00B838E3" w:rsidRPr="0078178C" w:rsidRDefault="00B838E3" w:rsidP="00B838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850" w:type="dxa"/>
          </w:tcPr>
          <w:p w:rsidR="00B838E3" w:rsidRDefault="00B838E3" w:rsidP="00B838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  <w:p w:rsidR="00B838E3" w:rsidRDefault="00B838E3" w:rsidP="00B838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  <w:p w:rsidR="00B838E3" w:rsidRPr="0078178C" w:rsidRDefault="00B838E3" w:rsidP="00B838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851" w:type="dxa"/>
          </w:tcPr>
          <w:p w:rsidR="00B838E3" w:rsidRDefault="00B838E3" w:rsidP="00B838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  <w:p w:rsidR="00B838E3" w:rsidRDefault="00B838E3" w:rsidP="00B838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  <w:p w:rsidR="00B838E3" w:rsidRPr="0078178C" w:rsidRDefault="00B838E3" w:rsidP="00B838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850" w:type="dxa"/>
          </w:tcPr>
          <w:p w:rsidR="00B838E3" w:rsidRDefault="00B838E3" w:rsidP="00B838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  <w:p w:rsidR="00B838E3" w:rsidRDefault="00B838E3" w:rsidP="00B838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  <w:p w:rsidR="00B838E3" w:rsidRPr="0078178C" w:rsidRDefault="00B838E3" w:rsidP="00B838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</w:tr>
      <w:tr w:rsidR="001142E3" w:rsidRPr="00A53BBE" w:rsidTr="001142E3">
        <w:trPr>
          <w:trHeight w:val="552"/>
        </w:trPr>
        <w:tc>
          <w:tcPr>
            <w:tcW w:w="6946" w:type="dxa"/>
          </w:tcPr>
          <w:p w:rsidR="001142E3" w:rsidRPr="00E17F49" w:rsidRDefault="001142E3" w:rsidP="001142E3">
            <w:pPr>
              <w:jc w:val="center"/>
              <w:rPr>
                <w:rFonts w:ascii="Times New Roman" w:hAnsi="Times New Roman" w:cs="Times New Roman"/>
                <w:bCs/>
                <w:shd w:val="clear" w:color="auto" w:fill="FBE395"/>
                <w:lang w:val="ru-RU"/>
              </w:rPr>
            </w:pPr>
            <w:r w:rsidRPr="00E17F49">
              <w:rPr>
                <w:rFonts w:ascii="Times New Roman" w:hAnsi="Times New Roman" w:cs="Times New Roman"/>
                <w:lang w:val="ru-RU"/>
              </w:rPr>
              <w:t>«Химия в экспериментах и задачах»</w:t>
            </w:r>
          </w:p>
          <w:p w:rsidR="001142E3" w:rsidRPr="00E17F49" w:rsidRDefault="001142E3" w:rsidP="001142E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E17F49">
              <w:rPr>
                <w:rFonts w:ascii="Times New Roman" w:hAnsi="Times New Roman" w:cs="Times New Roman"/>
                <w:bCs/>
                <w:shd w:val="clear" w:color="auto" w:fill="FFFFFF"/>
                <w:lang w:val="ru-RU"/>
              </w:rPr>
              <w:t>«Сложные вопросы географии</w:t>
            </w:r>
            <w:r w:rsidRPr="00E17F49">
              <w:rPr>
                <w:rFonts w:ascii="Times New Roman" w:hAnsi="Times New Roman" w:cs="Times New Roman"/>
                <w:lang w:val="ru-RU"/>
              </w:rPr>
              <w:t>»</w:t>
            </w:r>
          </w:p>
          <w:p w:rsidR="001142E3" w:rsidRPr="00E17F49" w:rsidRDefault="001142E3" w:rsidP="001142E3">
            <w:pPr>
              <w:jc w:val="center"/>
              <w:rPr>
                <w:rFonts w:ascii="Times New Roman" w:hAnsi="Times New Roman" w:cs="Times New Roman"/>
                <w:bCs/>
                <w:shd w:val="clear" w:color="auto" w:fill="FFFFFF"/>
                <w:lang w:val="ru-RU"/>
              </w:rPr>
            </w:pPr>
            <w:r w:rsidRPr="00E17F49">
              <w:rPr>
                <w:rFonts w:ascii="Times New Roman" w:hAnsi="Times New Roman" w:cs="Times New Roman"/>
                <w:bCs/>
                <w:shd w:val="clear" w:color="auto" w:fill="FFFFFF"/>
                <w:lang w:val="ru-RU"/>
              </w:rPr>
              <w:t>«Сложные вопросы обществознания»</w:t>
            </w:r>
          </w:p>
          <w:p w:rsidR="001142E3" w:rsidRPr="00E17F49" w:rsidRDefault="001142E3" w:rsidP="001142E3">
            <w:pPr>
              <w:jc w:val="center"/>
              <w:rPr>
                <w:rFonts w:ascii="Times New Roman" w:hAnsi="Times New Roman" w:cs="Times New Roman"/>
                <w:bCs/>
                <w:shd w:val="clear" w:color="auto" w:fill="FFFFFF"/>
                <w:lang w:val="ru-RU"/>
              </w:rPr>
            </w:pPr>
            <w:r w:rsidRPr="00E17F49">
              <w:rPr>
                <w:rFonts w:ascii="Times New Roman" w:hAnsi="Times New Roman" w:cs="Times New Roman"/>
                <w:bCs/>
                <w:shd w:val="clear" w:color="auto" w:fill="FFFFFF"/>
                <w:lang w:val="ru-RU"/>
              </w:rPr>
              <w:t>«Сложные вопросы математики»</w:t>
            </w:r>
          </w:p>
          <w:p w:rsidR="001142E3" w:rsidRPr="00E17F49" w:rsidRDefault="001142E3" w:rsidP="001142E3">
            <w:pPr>
              <w:jc w:val="center"/>
              <w:rPr>
                <w:rFonts w:ascii="Times New Roman" w:hAnsi="Times New Roman" w:cs="Times New Roman"/>
                <w:bCs/>
                <w:shd w:val="clear" w:color="auto" w:fill="FFFFFF"/>
                <w:lang w:val="ru-RU"/>
              </w:rPr>
            </w:pPr>
            <w:r w:rsidRPr="00E17F49">
              <w:rPr>
                <w:rFonts w:ascii="Times New Roman" w:hAnsi="Times New Roman" w:cs="Times New Roman"/>
                <w:bCs/>
                <w:shd w:val="clear" w:color="auto" w:fill="FFFFFF"/>
                <w:lang w:val="ru-RU"/>
              </w:rPr>
              <w:t>«За страницами учебника «Физики»</w:t>
            </w:r>
          </w:p>
          <w:p w:rsidR="001142E3" w:rsidRPr="00E17F49" w:rsidRDefault="001142E3" w:rsidP="001142E3">
            <w:pPr>
              <w:jc w:val="center"/>
              <w:rPr>
                <w:rFonts w:ascii="Times New Roman" w:hAnsi="Times New Roman" w:cs="Times New Roman"/>
                <w:bCs/>
                <w:shd w:val="clear" w:color="auto" w:fill="FFFFFF"/>
                <w:lang w:val="ru-RU"/>
              </w:rPr>
            </w:pPr>
            <w:r w:rsidRPr="00E17F49">
              <w:rPr>
                <w:rFonts w:ascii="Times New Roman" w:hAnsi="Times New Roman" w:cs="Times New Roman"/>
                <w:bCs/>
                <w:shd w:val="clear" w:color="auto" w:fill="FFFFFF"/>
                <w:lang w:val="ru-RU"/>
              </w:rPr>
              <w:t>«Увлекательный английский»</w:t>
            </w:r>
          </w:p>
          <w:p w:rsidR="001142E3" w:rsidRPr="00E17F49" w:rsidRDefault="001142E3" w:rsidP="001142E3">
            <w:pPr>
              <w:jc w:val="center"/>
              <w:rPr>
                <w:rFonts w:ascii="Times New Roman" w:hAnsi="Times New Roman" w:cs="Times New Roman"/>
                <w:bCs/>
                <w:shd w:val="clear" w:color="auto" w:fill="FFFFFF"/>
                <w:lang w:val="ru-RU"/>
              </w:rPr>
            </w:pPr>
            <w:r w:rsidRPr="00E17F49">
              <w:rPr>
                <w:rFonts w:ascii="Times New Roman" w:hAnsi="Times New Roman" w:cs="Times New Roman"/>
                <w:bCs/>
                <w:shd w:val="clear" w:color="auto" w:fill="FFFFFF"/>
                <w:lang w:val="ru-RU"/>
              </w:rPr>
              <w:t>«ОГЭ на отлично!»</w:t>
            </w:r>
          </w:p>
          <w:p w:rsidR="001142E3" w:rsidRPr="00E17F49" w:rsidRDefault="001142E3" w:rsidP="001142E3">
            <w:pPr>
              <w:jc w:val="center"/>
              <w:rPr>
                <w:rFonts w:ascii="Times New Roman" w:hAnsi="Times New Roman" w:cs="Times New Roman"/>
                <w:bCs/>
                <w:shd w:val="clear" w:color="auto" w:fill="FFFFFF"/>
                <w:lang w:val="ru-RU"/>
              </w:rPr>
            </w:pPr>
            <w:r w:rsidRPr="00E17F49">
              <w:rPr>
                <w:rFonts w:ascii="Times New Roman" w:hAnsi="Times New Roman" w:cs="Times New Roman"/>
                <w:bCs/>
                <w:shd w:val="clear" w:color="auto" w:fill="FFFFFF"/>
                <w:lang w:val="ru-RU"/>
              </w:rPr>
              <w:t>«Шаги к успеху. Биология ОГЭ»</w:t>
            </w:r>
          </w:p>
          <w:p w:rsidR="001142E3" w:rsidRPr="00E17F49" w:rsidRDefault="001142E3" w:rsidP="001142E3">
            <w:pPr>
              <w:jc w:val="center"/>
              <w:rPr>
                <w:rFonts w:ascii="Times New Roman" w:hAnsi="Times New Roman" w:cs="Times New Roman"/>
                <w:bCs/>
                <w:shd w:val="clear" w:color="auto" w:fill="FFFFFF"/>
                <w:lang w:val="ru-RU"/>
              </w:rPr>
            </w:pPr>
            <w:r w:rsidRPr="00E17F49">
              <w:rPr>
                <w:rFonts w:ascii="Times New Roman" w:hAnsi="Times New Roman" w:cs="Times New Roman"/>
                <w:bCs/>
                <w:shd w:val="clear" w:color="auto" w:fill="FFFFFF"/>
                <w:lang w:val="ru-RU"/>
              </w:rPr>
              <w:t>«Практикум по решению физических задач»</w:t>
            </w:r>
          </w:p>
          <w:p w:rsidR="001142E3" w:rsidRPr="00E17F49" w:rsidRDefault="001142E3" w:rsidP="001142E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E17F49">
              <w:rPr>
                <w:rFonts w:ascii="Times New Roman" w:hAnsi="Times New Roman" w:cs="Times New Roman"/>
                <w:bCs/>
                <w:shd w:val="clear" w:color="auto" w:fill="FFFFFF"/>
              </w:rPr>
              <w:t>«Трудные вопросы математики»</w:t>
            </w:r>
          </w:p>
        </w:tc>
        <w:tc>
          <w:tcPr>
            <w:tcW w:w="709" w:type="dxa"/>
          </w:tcPr>
          <w:p w:rsidR="001142E3" w:rsidRDefault="00B838E3" w:rsidP="001142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</w:t>
            </w:r>
          </w:p>
          <w:p w:rsidR="00B838E3" w:rsidRDefault="00B838E3" w:rsidP="001142E3">
            <w:pPr>
              <w:jc w:val="center"/>
              <w:rPr>
                <w:rFonts w:ascii="Times New Roman" w:hAnsi="Times New Roman" w:cs="Times New Roman"/>
              </w:rPr>
            </w:pPr>
          </w:p>
          <w:p w:rsidR="00B838E3" w:rsidRDefault="00B838E3" w:rsidP="001142E3">
            <w:pPr>
              <w:jc w:val="center"/>
              <w:rPr>
                <w:rFonts w:ascii="Times New Roman" w:hAnsi="Times New Roman" w:cs="Times New Roman"/>
              </w:rPr>
            </w:pPr>
          </w:p>
          <w:p w:rsidR="00B838E3" w:rsidRDefault="00B838E3" w:rsidP="001142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</w:t>
            </w:r>
          </w:p>
          <w:p w:rsidR="00B838E3" w:rsidRPr="00B838E3" w:rsidRDefault="00B838E3" w:rsidP="001142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850" w:type="dxa"/>
          </w:tcPr>
          <w:p w:rsidR="001142E3" w:rsidRDefault="001142E3" w:rsidP="001142E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  <w:p w:rsidR="00B838E3" w:rsidRDefault="00B838E3" w:rsidP="001142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  <w:p w:rsidR="00B838E3" w:rsidRDefault="00B838E3" w:rsidP="001142E3">
            <w:pPr>
              <w:jc w:val="center"/>
              <w:rPr>
                <w:rFonts w:ascii="Times New Roman" w:hAnsi="Times New Roman" w:cs="Times New Roman"/>
              </w:rPr>
            </w:pPr>
          </w:p>
          <w:p w:rsidR="00B838E3" w:rsidRDefault="00B838E3" w:rsidP="001142E3">
            <w:pPr>
              <w:jc w:val="center"/>
              <w:rPr>
                <w:rFonts w:ascii="Times New Roman" w:hAnsi="Times New Roman" w:cs="Times New Roman"/>
              </w:rPr>
            </w:pPr>
          </w:p>
          <w:p w:rsidR="00B838E3" w:rsidRDefault="00B838E3" w:rsidP="001142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  <w:p w:rsidR="00B838E3" w:rsidRDefault="00B838E3" w:rsidP="001142E3">
            <w:pPr>
              <w:jc w:val="center"/>
              <w:rPr>
                <w:rFonts w:ascii="Times New Roman" w:hAnsi="Times New Roman" w:cs="Times New Roman"/>
              </w:rPr>
            </w:pPr>
          </w:p>
          <w:p w:rsidR="00B838E3" w:rsidRPr="00B838E3" w:rsidRDefault="00B838E3" w:rsidP="001142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851" w:type="dxa"/>
          </w:tcPr>
          <w:p w:rsidR="001142E3" w:rsidRDefault="001142E3" w:rsidP="001142E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  <w:p w:rsidR="00B838E3" w:rsidRDefault="00B838E3" w:rsidP="001142E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  <w:p w:rsidR="00B838E3" w:rsidRDefault="00B838E3" w:rsidP="001142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</w:t>
            </w:r>
          </w:p>
          <w:p w:rsidR="00B838E3" w:rsidRDefault="00B838E3" w:rsidP="001142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</w:t>
            </w:r>
          </w:p>
          <w:p w:rsidR="00B838E3" w:rsidRDefault="00B838E3" w:rsidP="001142E3">
            <w:pPr>
              <w:jc w:val="center"/>
              <w:rPr>
                <w:rFonts w:ascii="Times New Roman" w:hAnsi="Times New Roman" w:cs="Times New Roman"/>
              </w:rPr>
            </w:pPr>
          </w:p>
          <w:p w:rsidR="00B838E3" w:rsidRPr="00B838E3" w:rsidRDefault="00B838E3" w:rsidP="001142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850" w:type="dxa"/>
          </w:tcPr>
          <w:p w:rsidR="001142E3" w:rsidRDefault="001142E3" w:rsidP="001142E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  <w:p w:rsidR="00B838E3" w:rsidRDefault="00B838E3" w:rsidP="001142E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  <w:p w:rsidR="00B838E3" w:rsidRDefault="00B838E3" w:rsidP="001142E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  <w:p w:rsidR="00B838E3" w:rsidRDefault="00B838E3" w:rsidP="001142E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  <w:p w:rsidR="00B838E3" w:rsidRDefault="00B838E3" w:rsidP="001142E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  <w:p w:rsidR="00B838E3" w:rsidRDefault="00B838E3" w:rsidP="001142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  <w:p w:rsidR="00B838E3" w:rsidRDefault="00B838E3" w:rsidP="001142E3">
            <w:pPr>
              <w:jc w:val="center"/>
              <w:rPr>
                <w:rFonts w:ascii="Times New Roman" w:hAnsi="Times New Roman" w:cs="Times New Roman"/>
              </w:rPr>
            </w:pPr>
          </w:p>
          <w:p w:rsidR="00B838E3" w:rsidRDefault="00B838E3" w:rsidP="001142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</w:t>
            </w:r>
          </w:p>
          <w:p w:rsidR="00B838E3" w:rsidRDefault="00B838E3" w:rsidP="001142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68</w:t>
            </w:r>
          </w:p>
          <w:p w:rsidR="00B838E3" w:rsidRPr="00B838E3" w:rsidRDefault="00B838E3" w:rsidP="001142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</w:t>
            </w:r>
          </w:p>
        </w:tc>
      </w:tr>
      <w:tr w:rsidR="001142E3" w:rsidRPr="008A6198" w:rsidTr="001142E3">
        <w:trPr>
          <w:trHeight w:val="552"/>
        </w:trPr>
        <w:tc>
          <w:tcPr>
            <w:tcW w:w="6946" w:type="dxa"/>
          </w:tcPr>
          <w:p w:rsidR="001142E3" w:rsidRPr="00E17F49" w:rsidRDefault="001142E3" w:rsidP="001142E3">
            <w:pPr>
              <w:jc w:val="center"/>
              <w:rPr>
                <w:rFonts w:ascii="Times New Roman" w:hAnsi="Times New Roman" w:cs="Times New Roman"/>
              </w:rPr>
            </w:pPr>
            <w:r w:rsidRPr="00E17F49">
              <w:rPr>
                <w:rFonts w:ascii="Times New Roman" w:hAnsi="Times New Roman" w:cs="Times New Roman"/>
              </w:rPr>
              <w:t>«Занимательные спортивные игры»</w:t>
            </w:r>
          </w:p>
        </w:tc>
        <w:tc>
          <w:tcPr>
            <w:tcW w:w="709" w:type="dxa"/>
          </w:tcPr>
          <w:p w:rsidR="001142E3" w:rsidRPr="00B838E3" w:rsidRDefault="00B838E3" w:rsidP="001142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850" w:type="dxa"/>
          </w:tcPr>
          <w:p w:rsidR="001142E3" w:rsidRPr="00B838E3" w:rsidRDefault="00B838E3" w:rsidP="001142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851" w:type="dxa"/>
          </w:tcPr>
          <w:p w:rsidR="001142E3" w:rsidRPr="00B838E3" w:rsidRDefault="00B838E3" w:rsidP="001142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850" w:type="dxa"/>
          </w:tcPr>
          <w:p w:rsidR="001142E3" w:rsidRPr="00B838E3" w:rsidRDefault="00B838E3" w:rsidP="001142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</w:t>
            </w:r>
          </w:p>
        </w:tc>
      </w:tr>
      <w:tr w:rsidR="001142E3" w:rsidRPr="00A53BBE" w:rsidTr="001142E3">
        <w:tc>
          <w:tcPr>
            <w:tcW w:w="6946" w:type="dxa"/>
          </w:tcPr>
          <w:p w:rsidR="001142E3" w:rsidRPr="00E17F49" w:rsidRDefault="001142E3" w:rsidP="001142E3">
            <w:pPr>
              <w:jc w:val="right"/>
              <w:rPr>
                <w:rFonts w:ascii="Times New Roman" w:hAnsi="Times New Roman" w:cs="Times New Roman"/>
                <w:b/>
                <w:lang w:val="ru-RU"/>
              </w:rPr>
            </w:pPr>
            <w:r w:rsidRPr="00E17F49">
              <w:rPr>
                <w:rFonts w:ascii="Times New Roman" w:hAnsi="Times New Roman" w:cs="Times New Roman"/>
                <w:b/>
                <w:lang w:val="ru-RU"/>
              </w:rPr>
              <w:t>ИТОГО</w:t>
            </w:r>
          </w:p>
        </w:tc>
        <w:tc>
          <w:tcPr>
            <w:tcW w:w="709" w:type="dxa"/>
          </w:tcPr>
          <w:p w:rsidR="001142E3" w:rsidRPr="00B838E3" w:rsidRDefault="00B838E3" w:rsidP="001142E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238</w:t>
            </w:r>
          </w:p>
        </w:tc>
        <w:tc>
          <w:tcPr>
            <w:tcW w:w="850" w:type="dxa"/>
          </w:tcPr>
          <w:p w:rsidR="001142E3" w:rsidRPr="00B838E3" w:rsidRDefault="00B838E3" w:rsidP="001142E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238</w:t>
            </w:r>
          </w:p>
        </w:tc>
        <w:tc>
          <w:tcPr>
            <w:tcW w:w="851" w:type="dxa"/>
          </w:tcPr>
          <w:p w:rsidR="001142E3" w:rsidRPr="00B838E3" w:rsidRDefault="00B838E3" w:rsidP="001142E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238</w:t>
            </w:r>
          </w:p>
        </w:tc>
        <w:tc>
          <w:tcPr>
            <w:tcW w:w="850" w:type="dxa"/>
          </w:tcPr>
          <w:p w:rsidR="001142E3" w:rsidRPr="00B838E3" w:rsidRDefault="00B838E3" w:rsidP="001142E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340</w:t>
            </w:r>
          </w:p>
        </w:tc>
      </w:tr>
    </w:tbl>
    <w:p w:rsidR="001142E3" w:rsidRPr="007C2DA2" w:rsidRDefault="001142E3" w:rsidP="001142E3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1142E3" w:rsidRDefault="001142E3" w:rsidP="007C2DA2">
      <w:pPr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br w:type="page"/>
      </w:r>
    </w:p>
    <w:p w:rsidR="007C21DF" w:rsidRDefault="007C21DF" w:rsidP="007C2DA2">
      <w:pPr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39412D" w:rsidRPr="007C2DA2" w:rsidRDefault="007F494A" w:rsidP="007C2DA2">
      <w:pPr>
        <w:pStyle w:val="1"/>
        <w:jc w:val="both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7C2DA2">
        <w:rPr>
          <w:rFonts w:ascii="Times New Roman" w:hAnsi="Times New Roman" w:cs="Times New Roman"/>
          <w:color w:val="auto"/>
          <w:sz w:val="24"/>
          <w:szCs w:val="24"/>
          <w:lang w:val="ru-RU"/>
        </w:rPr>
        <w:t>Согласование плана внеурочной деятельности</w:t>
      </w:r>
      <w:r w:rsidR="00F80AE2" w:rsidRPr="007C2DA2"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 на 2026-2027 уч год</w:t>
      </w:r>
    </w:p>
    <w:tbl>
      <w:tblPr>
        <w:tblStyle w:val="aff0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4F4399" w:rsidRPr="007C2DA2" w:rsidTr="00F80AE2">
        <w:tc>
          <w:tcPr>
            <w:tcW w:w="4814" w:type="dxa"/>
          </w:tcPr>
          <w:p w:rsidR="00F80AE2" w:rsidRPr="007C2DA2" w:rsidRDefault="00F80AE2" w:rsidP="007C2DA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7C2DA2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ФИО</w:t>
            </w:r>
          </w:p>
        </w:tc>
        <w:tc>
          <w:tcPr>
            <w:tcW w:w="4814" w:type="dxa"/>
          </w:tcPr>
          <w:p w:rsidR="00F80AE2" w:rsidRPr="007C2DA2" w:rsidRDefault="00F80AE2" w:rsidP="007C2DA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7C2DA2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Подпись</w:t>
            </w:r>
          </w:p>
        </w:tc>
      </w:tr>
      <w:tr w:rsidR="004F4399" w:rsidRPr="007C2DA2" w:rsidTr="00F80AE2">
        <w:tc>
          <w:tcPr>
            <w:tcW w:w="4814" w:type="dxa"/>
          </w:tcPr>
          <w:p w:rsidR="00F80AE2" w:rsidRPr="007C2DA2" w:rsidRDefault="00F80AE2" w:rsidP="007C2D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814" w:type="dxa"/>
          </w:tcPr>
          <w:p w:rsidR="00F80AE2" w:rsidRPr="007C2DA2" w:rsidRDefault="00F80AE2" w:rsidP="007C2D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80AE2" w:rsidRPr="007C2DA2" w:rsidTr="00F80AE2">
        <w:tc>
          <w:tcPr>
            <w:tcW w:w="4814" w:type="dxa"/>
          </w:tcPr>
          <w:p w:rsidR="00F80AE2" w:rsidRPr="007C2DA2" w:rsidRDefault="00F80AE2" w:rsidP="007C2D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814" w:type="dxa"/>
          </w:tcPr>
          <w:p w:rsidR="00F80AE2" w:rsidRPr="007C2DA2" w:rsidRDefault="00F80AE2" w:rsidP="007C2D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</w:tbl>
    <w:p w:rsidR="00F80AE2" w:rsidRPr="007C2DA2" w:rsidRDefault="00F80AE2" w:rsidP="007C2DA2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7F494A" w:rsidRPr="007C2DA2" w:rsidRDefault="007F494A" w:rsidP="007C2DA2">
      <w:pPr>
        <w:pStyle w:val="1"/>
        <w:jc w:val="both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</w:p>
    <w:sectPr w:rsidR="007F494A" w:rsidRPr="007C2DA2" w:rsidSect="004E46CE">
      <w:pgSz w:w="11906" w:h="16838"/>
      <w:pgMar w:top="1134" w:right="1134" w:bottom="1134" w:left="1134" w:header="709" w:footer="709" w:gutter="0"/>
      <w:pgBorders w:display="firstPage"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B150D" w:rsidRDefault="00AB150D">
      <w:pPr>
        <w:spacing w:after="0" w:line="240" w:lineRule="auto"/>
      </w:pPr>
      <w:r>
        <w:separator/>
      </w:r>
    </w:p>
  </w:endnote>
  <w:endnote w:type="continuationSeparator" w:id="0">
    <w:p w:rsidR="00AB150D" w:rsidRDefault="00AB15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B150D" w:rsidRDefault="00AB150D">
      <w:pPr>
        <w:spacing w:after="0" w:line="240" w:lineRule="auto"/>
      </w:pPr>
      <w:r>
        <w:separator/>
      </w:r>
    </w:p>
  </w:footnote>
  <w:footnote w:type="continuationSeparator" w:id="0">
    <w:p w:rsidR="00AB150D" w:rsidRDefault="00AB150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062D98"/>
    <w:rsid w:val="001142E3"/>
    <w:rsid w:val="0015074B"/>
    <w:rsid w:val="00251733"/>
    <w:rsid w:val="0029639D"/>
    <w:rsid w:val="002C471A"/>
    <w:rsid w:val="002F4A28"/>
    <w:rsid w:val="00326F90"/>
    <w:rsid w:val="00365CF1"/>
    <w:rsid w:val="0039412D"/>
    <w:rsid w:val="003D49F6"/>
    <w:rsid w:val="003F0194"/>
    <w:rsid w:val="004265E5"/>
    <w:rsid w:val="00430888"/>
    <w:rsid w:val="004B7808"/>
    <w:rsid w:val="004E2F59"/>
    <w:rsid w:val="004E46CE"/>
    <w:rsid w:val="004F4399"/>
    <w:rsid w:val="0054098C"/>
    <w:rsid w:val="00545D29"/>
    <w:rsid w:val="005633C8"/>
    <w:rsid w:val="005E0073"/>
    <w:rsid w:val="005E5D6C"/>
    <w:rsid w:val="00612544"/>
    <w:rsid w:val="006508F7"/>
    <w:rsid w:val="00656BF5"/>
    <w:rsid w:val="007014E2"/>
    <w:rsid w:val="00704013"/>
    <w:rsid w:val="00734236"/>
    <w:rsid w:val="007C21DF"/>
    <w:rsid w:val="007C2DA2"/>
    <w:rsid w:val="007F494A"/>
    <w:rsid w:val="00850E87"/>
    <w:rsid w:val="0086691D"/>
    <w:rsid w:val="008F7509"/>
    <w:rsid w:val="00961A5C"/>
    <w:rsid w:val="009B7062"/>
    <w:rsid w:val="00A53BBE"/>
    <w:rsid w:val="00A61A5A"/>
    <w:rsid w:val="00AA1D8D"/>
    <w:rsid w:val="00AB150D"/>
    <w:rsid w:val="00B40BC8"/>
    <w:rsid w:val="00B47730"/>
    <w:rsid w:val="00B838E3"/>
    <w:rsid w:val="00C46270"/>
    <w:rsid w:val="00CB0664"/>
    <w:rsid w:val="00CC3C38"/>
    <w:rsid w:val="00D32C04"/>
    <w:rsid w:val="00D62BD4"/>
    <w:rsid w:val="00D86F9E"/>
    <w:rsid w:val="00E17F49"/>
    <w:rsid w:val="00E50F52"/>
    <w:rsid w:val="00E52680"/>
    <w:rsid w:val="00F622A5"/>
    <w:rsid w:val="00F70C29"/>
    <w:rsid w:val="00F71727"/>
    <w:rsid w:val="00F80AE2"/>
    <w:rsid w:val="00FC693F"/>
    <w:rsid w:val="00FF3A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53AE14C8-121D-423F-BC3D-A24230F7AD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  <w:pPr>
      <w:spacing w:after="120" w:line="300" w:lineRule="auto"/>
    </w:pPr>
    <w:rPr>
      <w:rFonts w:ascii="Calibri" w:eastAsia="Calibri" w:hAnsi="Calibri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/>
      <w:b/>
      <w:bCs/>
      <w:color w:val="2E74B5"/>
      <w:sz w:val="32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/>
      <w:b/>
      <w:bCs/>
      <w:color w:val="2E74B5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/>
      <w:b/>
      <w:bCs/>
      <w:color w:val="1F4D78"/>
      <w:sz w:val="24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keepNext/>
      <w:pBdr>
        <w:bottom w:val="single" w:sz="8" w:space="4" w:color="4F81BD" w:themeColor="accent1"/>
      </w:pBdr>
      <w:spacing w:after="160" w:line="240" w:lineRule="auto"/>
      <w:contextualSpacing/>
    </w:pPr>
    <w:rPr>
      <w:rFonts w:asciiTheme="majorHAnsi" w:eastAsiaTheme="majorEastAsia" w:hAnsiTheme="majorHAnsi" w:cstheme="majorBidi"/>
      <w:color w:val="000000"/>
      <w:spacing w:val="5"/>
      <w:kern w:val="28"/>
      <w:sz w:val="48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LegalNote">
    <w:name w:val="Legal Note"/>
    <w:pPr>
      <w:spacing w:after="120"/>
      <w:ind w:left="227" w:right="227"/>
    </w:pPr>
    <w:rPr>
      <w:rFonts w:ascii="Calibri" w:hAnsi="Calibri"/>
      <w:color w:val="1F4D78"/>
      <w:sz w:val="20"/>
    </w:rPr>
  </w:style>
  <w:style w:type="character" w:styleId="aff8">
    <w:name w:val="Hyperlink"/>
    <w:basedOn w:val="a2"/>
    <w:uiPriority w:val="99"/>
    <w:unhideWhenUsed/>
    <w:rsid w:val="00961A5C"/>
    <w:rPr>
      <w:color w:val="0000FF" w:themeColor="hyperlink"/>
      <w:u w:val="single"/>
    </w:rPr>
  </w:style>
  <w:style w:type="paragraph" w:customStyle="1" w:styleId="TableText">
    <w:name w:val="Table Text"/>
    <w:rsid w:val="006508F7"/>
    <w:pPr>
      <w:spacing w:after="0" w:line="240" w:lineRule="auto"/>
    </w:pPr>
    <w:rPr>
      <w:rFonts w:ascii="Times New Roman" w:hAnsi="Times New Roman"/>
      <w:sz w:val="16"/>
    </w:rPr>
  </w:style>
  <w:style w:type="paragraph" w:styleId="aff9">
    <w:name w:val="Balloon Text"/>
    <w:basedOn w:val="a1"/>
    <w:link w:val="affa"/>
    <w:uiPriority w:val="99"/>
    <w:semiHidden/>
    <w:unhideWhenUsed/>
    <w:rsid w:val="001142E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fa">
    <w:name w:val="Текст выноски Знак"/>
    <w:basedOn w:val="a2"/>
    <w:link w:val="aff9"/>
    <w:uiPriority w:val="99"/>
    <w:semiHidden/>
    <w:rsid w:val="001142E3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0B8AA75-9793-4B59-B159-190391ABC0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384</TotalTime>
  <Pages>21</Pages>
  <Words>3928</Words>
  <Characters>22395</Characters>
  <Application>Microsoft Office Word</Application>
  <DocSecurity>0</DocSecurity>
  <Lines>186</Lines>
  <Paragraphs>52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26271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cp:lastModifiedBy>Пользователь</cp:lastModifiedBy>
  <cp:revision>15</cp:revision>
  <cp:lastPrinted>2026-09-03T12:15:00Z</cp:lastPrinted>
  <dcterms:created xsi:type="dcterms:W3CDTF">2026-08-24T06:33:00Z</dcterms:created>
  <dcterms:modified xsi:type="dcterms:W3CDTF">2026-10-12T08:37:00Z</dcterms:modified>
  <cp:category/>
</cp:coreProperties>
</file>