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44179" w:rsidRPr="00117576" w:rsidRDefault="00D166F2">
      <w:pPr>
        <w:spacing w:before="120" w:after="120"/>
        <w:jc w:val="center"/>
        <w:rPr>
          <w:rFonts w:cs="Times New Roman"/>
          <w:szCs w:val="24"/>
          <w:lang w:val="ru-RU"/>
        </w:rPr>
      </w:pPr>
      <w:r w:rsidRPr="00117576">
        <w:rPr>
          <w:rFonts w:cs="Times New Roman"/>
          <w:b/>
          <w:szCs w:val="24"/>
          <w:lang w:val="ru-RU"/>
        </w:rPr>
        <w:t>Муниципальное бюджетное дошкольное образовательное учреждение</w:t>
      </w:r>
    </w:p>
    <w:p w:rsidR="00244179" w:rsidRPr="00117576" w:rsidRDefault="00D166F2">
      <w:pPr>
        <w:spacing w:before="120" w:after="120"/>
        <w:jc w:val="center"/>
        <w:rPr>
          <w:rFonts w:cs="Times New Roman"/>
          <w:szCs w:val="24"/>
          <w:lang w:val="ru-RU"/>
        </w:rPr>
      </w:pPr>
      <w:r w:rsidRPr="00117576">
        <w:rPr>
          <w:rFonts w:cs="Times New Roman"/>
          <w:b/>
          <w:szCs w:val="24"/>
          <w:lang w:val="ru-RU"/>
        </w:rPr>
        <w:t>«</w:t>
      </w:r>
      <w:proofErr w:type="spellStart"/>
      <w:r w:rsidRPr="00117576">
        <w:rPr>
          <w:rFonts w:cs="Times New Roman"/>
          <w:b/>
          <w:szCs w:val="24"/>
          <w:lang w:val="ru-RU"/>
        </w:rPr>
        <w:t>Заветненский</w:t>
      </w:r>
      <w:proofErr w:type="spellEnd"/>
      <w:r w:rsidRPr="00117576">
        <w:rPr>
          <w:rFonts w:cs="Times New Roman"/>
          <w:b/>
          <w:szCs w:val="24"/>
          <w:lang w:val="ru-RU"/>
        </w:rPr>
        <w:t xml:space="preserve"> детский сад «Аленький цветочек»</w:t>
      </w:r>
    </w:p>
    <w:p w:rsidR="00244179" w:rsidRDefault="00D166F2">
      <w:pPr>
        <w:spacing w:before="120" w:after="120"/>
        <w:jc w:val="center"/>
        <w:rPr>
          <w:rFonts w:cs="Times New Roman"/>
          <w:b/>
          <w:szCs w:val="24"/>
        </w:rPr>
      </w:pPr>
      <w:proofErr w:type="spellStart"/>
      <w:r w:rsidRPr="00117576">
        <w:rPr>
          <w:rFonts w:cs="Times New Roman"/>
          <w:b/>
          <w:szCs w:val="24"/>
        </w:rPr>
        <w:t>Советского</w:t>
      </w:r>
      <w:proofErr w:type="spellEnd"/>
      <w:r w:rsidRPr="00117576">
        <w:rPr>
          <w:rFonts w:cs="Times New Roman"/>
          <w:b/>
          <w:szCs w:val="24"/>
        </w:rPr>
        <w:t xml:space="preserve"> </w:t>
      </w:r>
      <w:proofErr w:type="spellStart"/>
      <w:r w:rsidRPr="00117576">
        <w:rPr>
          <w:rFonts w:cs="Times New Roman"/>
          <w:b/>
          <w:szCs w:val="24"/>
        </w:rPr>
        <w:t>района</w:t>
      </w:r>
      <w:proofErr w:type="spellEnd"/>
      <w:r w:rsidRPr="00117576">
        <w:rPr>
          <w:rFonts w:cs="Times New Roman"/>
          <w:b/>
          <w:szCs w:val="24"/>
        </w:rPr>
        <w:t xml:space="preserve"> </w:t>
      </w:r>
      <w:proofErr w:type="spellStart"/>
      <w:r w:rsidRPr="00117576">
        <w:rPr>
          <w:rFonts w:cs="Times New Roman"/>
          <w:b/>
          <w:szCs w:val="24"/>
        </w:rPr>
        <w:t>Республики</w:t>
      </w:r>
      <w:proofErr w:type="spellEnd"/>
      <w:r w:rsidRPr="00117576">
        <w:rPr>
          <w:rFonts w:cs="Times New Roman"/>
          <w:b/>
          <w:szCs w:val="24"/>
        </w:rPr>
        <w:t xml:space="preserve"> </w:t>
      </w:r>
      <w:proofErr w:type="spellStart"/>
      <w:r w:rsidRPr="00117576">
        <w:rPr>
          <w:rFonts w:cs="Times New Roman"/>
          <w:b/>
          <w:szCs w:val="24"/>
        </w:rPr>
        <w:t>Крым</w:t>
      </w:r>
      <w:proofErr w:type="spellEnd"/>
    </w:p>
    <w:p w:rsidR="00117576" w:rsidRDefault="00117576">
      <w:pPr>
        <w:spacing w:before="120" w:after="120"/>
        <w:jc w:val="center"/>
        <w:rPr>
          <w:rFonts w:cs="Times New Roman"/>
          <w:szCs w:val="24"/>
        </w:rPr>
      </w:pPr>
    </w:p>
    <w:p w:rsidR="00117576" w:rsidRDefault="00117576">
      <w:pPr>
        <w:spacing w:before="120" w:after="120"/>
        <w:jc w:val="center"/>
        <w:rPr>
          <w:rFonts w:cs="Times New Roman"/>
          <w:szCs w:val="24"/>
        </w:rPr>
      </w:pPr>
      <w:bookmarkStart w:id="0" w:name="_GoBack"/>
    </w:p>
    <w:p w:rsidR="00117576" w:rsidRDefault="00117576">
      <w:pPr>
        <w:spacing w:before="120" w:after="120"/>
        <w:jc w:val="center"/>
        <w:rPr>
          <w:rFonts w:cs="Times New Roman"/>
          <w:szCs w:val="24"/>
        </w:rPr>
      </w:pPr>
    </w:p>
    <w:p w:rsidR="00117576" w:rsidRDefault="00117576">
      <w:pPr>
        <w:spacing w:before="120" w:after="120"/>
        <w:jc w:val="center"/>
        <w:rPr>
          <w:rFonts w:cs="Times New Roman"/>
          <w:szCs w:val="24"/>
        </w:rPr>
      </w:pPr>
    </w:p>
    <w:bookmarkEnd w:id="0"/>
    <w:p w:rsidR="00117576" w:rsidRDefault="00117576">
      <w:pPr>
        <w:spacing w:before="120" w:after="120"/>
        <w:jc w:val="center"/>
        <w:rPr>
          <w:rFonts w:cs="Times New Roman"/>
          <w:szCs w:val="24"/>
        </w:rPr>
      </w:pPr>
    </w:p>
    <w:p w:rsidR="00117576" w:rsidRPr="00117576" w:rsidRDefault="00117576">
      <w:pPr>
        <w:spacing w:before="120" w:after="120"/>
        <w:jc w:val="center"/>
        <w:rPr>
          <w:rFonts w:cs="Times New Roman"/>
          <w:szCs w:val="24"/>
        </w:rPr>
      </w:pPr>
    </w:p>
    <w:p w:rsidR="00244179" w:rsidRPr="00117576" w:rsidRDefault="00244179">
      <w:pPr>
        <w:rPr>
          <w:rFonts w:cs="Times New Roman"/>
          <w:szCs w:val="24"/>
        </w:rPr>
      </w:pPr>
    </w:p>
    <w:tbl>
      <w:tblPr>
        <w:tblW w:w="9947" w:type="dxa"/>
        <w:jc w:val="center"/>
        <w:tblLook w:val="04A0" w:firstRow="1" w:lastRow="0" w:firstColumn="1" w:lastColumn="0" w:noHBand="0" w:noVBand="1"/>
      </w:tblPr>
      <w:tblGrid>
        <w:gridCol w:w="5103"/>
        <w:gridCol w:w="4844"/>
      </w:tblGrid>
      <w:tr w:rsidR="00244179" w:rsidRPr="00117576" w:rsidTr="00117576">
        <w:trPr>
          <w:jc w:val="center"/>
        </w:trPr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</w:tcPr>
          <w:p w:rsidR="00244179" w:rsidRPr="00117576" w:rsidRDefault="00D166F2" w:rsidP="00117576">
            <w:pPr>
              <w:spacing w:after="40"/>
              <w:rPr>
                <w:rFonts w:cs="Times New Roman"/>
                <w:szCs w:val="24"/>
                <w:lang w:val="ru-RU"/>
              </w:rPr>
            </w:pPr>
            <w:r w:rsidRPr="00117576">
              <w:rPr>
                <w:rFonts w:cs="Times New Roman"/>
                <w:b/>
                <w:szCs w:val="24"/>
                <w:lang w:val="ru-RU"/>
              </w:rPr>
              <w:t>ПРИНЯТО</w:t>
            </w:r>
          </w:p>
          <w:p w:rsidR="00244179" w:rsidRPr="00117576" w:rsidRDefault="00D166F2" w:rsidP="00117576">
            <w:pPr>
              <w:tabs>
                <w:tab w:val="left" w:pos="4575"/>
              </w:tabs>
              <w:rPr>
                <w:rFonts w:cs="Times New Roman"/>
                <w:szCs w:val="24"/>
              </w:rPr>
            </w:pPr>
            <w:r w:rsidRPr="00117576">
              <w:rPr>
                <w:rFonts w:cs="Times New Roman"/>
                <w:szCs w:val="24"/>
                <w:lang w:val="ru-RU"/>
              </w:rPr>
              <w:t xml:space="preserve">решением </w:t>
            </w:r>
            <w:proofErr w:type="spellStart"/>
            <w:r w:rsidR="00117576" w:rsidRPr="00117576">
              <w:rPr>
                <w:rFonts w:cs="Times New Roman"/>
                <w:szCs w:val="24"/>
              </w:rPr>
              <w:t>решением</w:t>
            </w:r>
            <w:proofErr w:type="spellEnd"/>
            <w:r w:rsidR="00117576" w:rsidRPr="00117576">
              <w:rPr>
                <w:rFonts w:cs="Times New Roman"/>
                <w:szCs w:val="24"/>
              </w:rPr>
              <w:t xml:space="preserve"> </w:t>
            </w:r>
            <w:proofErr w:type="spellStart"/>
            <w:r w:rsidR="00117576" w:rsidRPr="00117576">
              <w:rPr>
                <w:rFonts w:cs="Times New Roman"/>
                <w:szCs w:val="24"/>
              </w:rPr>
              <w:t>Педагогического</w:t>
            </w:r>
            <w:proofErr w:type="spellEnd"/>
            <w:r w:rsidR="00117576" w:rsidRPr="00117576">
              <w:rPr>
                <w:rFonts w:cs="Times New Roman"/>
                <w:szCs w:val="24"/>
              </w:rPr>
              <w:t xml:space="preserve"> </w:t>
            </w:r>
            <w:proofErr w:type="spellStart"/>
            <w:r w:rsidR="00117576" w:rsidRPr="00117576">
              <w:rPr>
                <w:rFonts w:cs="Times New Roman"/>
                <w:szCs w:val="24"/>
              </w:rPr>
              <w:t>совета</w:t>
            </w:r>
            <w:proofErr w:type="spellEnd"/>
          </w:p>
          <w:p w:rsidR="00244179" w:rsidRPr="00117576" w:rsidRDefault="00D166F2">
            <w:pPr>
              <w:spacing w:after="40"/>
              <w:rPr>
                <w:rFonts w:cs="Times New Roman"/>
                <w:szCs w:val="24"/>
                <w:lang w:val="ru-RU"/>
              </w:rPr>
            </w:pPr>
            <w:r w:rsidRPr="00117576">
              <w:rPr>
                <w:rFonts w:cs="Times New Roman"/>
                <w:szCs w:val="24"/>
                <w:lang w:val="ru-RU"/>
              </w:rPr>
              <w:t>МБДОУ «</w:t>
            </w:r>
            <w:proofErr w:type="spellStart"/>
            <w:r w:rsidRPr="00117576">
              <w:rPr>
                <w:rFonts w:cs="Times New Roman"/>
                <w:szCs w:val="24"/>
                <w:lang w:val="ru-RU"/>
              </w:rPr>
              <w:t>Заветненский</w:t>
            </w:r>
            <w:proofErr w:type="spellEnd"/>
            <w:r w:rsidRPr="00117576">
              <w:rPr>
                <w:rFonts w:cs="Times New Roman"/>
                <w:szCs w:val="24"/>
                <w:lang w:val="ru-RU"/>
              </w:rPr>
              <w:t xml:space="preserve"> детский сад «Аленький цветочек»</w:t>
            </w:r>
          </w:p>
          <w:p w:rsidR="00244179" w:rsidRPr="00117576" w:rsidRDefault="00D166F2">
            <w:pPr>
              <w:spacing w:after="40"/>
              <w:rPr>
                <w:rFonts w:cs="Times New Roman"/>
                <w:szCs w:val="24"/>
                <w:lang w:val="ru-RU"/>
              </w:rPr>
            </w:pPr>
            <w:r w:rsidRPr="00117576">
              <w:rPr>
                <w:rFonts w:cs="Times New Roman"/>
                <w:szCs w:val="24"/>
                <w:lang w:val="ru-RU"/>
              </w:rPr>
              <w:t xml:space="preserve">протокол № </w:t>
            </w:r>
            <w:r w:rsidR="00117576" w:rsidRPr="00117576">
              <w:rPr>
                <w:rFonts w:cs="Times New Roman"/>
                <w:szCs w:val="24"/>
                <w:lang w:val="ru-RU"/>
              </w:rPr>
              <w:t>2</w:t>
            </w:r>
            <w:r w:rsidR="00117576">
              <w:rPr>
                <w:rFonts w:cs="Times New Roman"/>
                <w:szCs w:val="24"/>
                <w:lang w:val="ru-RU"/>
              </w:rPr>
              <w:t xml:space="preserve"> </w:t>
            </w:r>
            <w:r w:rsidRPr="00117576">
              <w:rPr>
                <w:rFonts w:cs="Times New Roman"/>
                <w:szCs w:val="24"/>
                <w:lang w:val="ru-RU"/>
              </w:rPr>
              <w:t>от «</w:t>
            </w:r>
            <w:r w:rsidR="00117576" w:rsidRPr="00117576">
              <w:rPr>
                <w:rFonts w:cs="Times New Roman"/>
                <w:szCs w:val="24"/>
                <w:lang w:val="ru-RU"/>
              </w:rPr>
              <w:t>06</w:t>
            </w:r>
            <w:r w:rsidRPr="00117576">
              <w:rPr>
                <w:rFonts w:cs="Times New Roman"/>
                <w:szCs w:val="24"/>
                <w:lang w:val="ru-RU"/>
              </w:rPr>
              <w:t xml:space="preserve">» </w:t>
            </w:r>
            <w:r w:rsidR="00117576" w:rsidRPr="00117576">
              <w:rPr>
                <w:rFonts w:cs="Times New Roman"/>
                <w:szCs w:val="24"/>
                <w:lang w:val="ru-RU"/>
              </w:rPr>
              <w:t>октября</w:t>
            </w:r>
            <w:r w:rsidRPr="00117576">
              <w:rPr>
                <w:rFonts w:cs="Times New Roman"/>
                <w:szCs w:val="24"/>
                <w:lang w:val="ru-RU"/>
              </w:rPr>
              <w:t xml:space="preserve"> 20</w:t>
            </w:r>
            <w:r w:rsidR="00117576" w:rsidRPr="00117576">
              <w:rPr>
                <w:rFonts w:cs="Times New Roman"/>
                <w:szCs w:val="24"/>
                <w:lang w:val="ru-RU"/>
              </w:rPr>
              <w:t>26</w:t>
            </w:r>
            <w:r w:rsidRPr="00117576">
              <w:rPr>
                <w:rFonts w:cs="Times New Roman"/>
                <w:szCs w:val="24"/>
                <w:lang w:val="ru-RU"/>
              </w:rPr>
              <w:t>г.</w:t>
            </w:r>
          </w:p>
          <w:p w:rsidR="00244179" w:rsidRPr="00117576" w:rsidRDefault="00244179">
            <w:pPr>
              <w:spacing w:after="40"/>
              <w:rPr>
                <w:rFonts w:cs="Times New Roman"/>
                <w:szCs w:val="24"/>
                <w:lang w:val="ru-RU"/>
              </w:rPr>
            </w:pPr>
          </w:p>
          <w:p w:rsidR="00244179" w:rsidRPr="00117576" w:rsidRDefault="00D166F2" w:rsidP="00117576">
            <w:pPr>
              <w:spacing w:after="40"/>
              <w:rPr>
                <w:rFonts w:cs="Times New Roman"/>
                <w:szCs w:val="24"/>
                <w:lang w:val="ru-RU"/>
              </w:rPr>
            </w:pPr>
            <w:r w:rsidRPr="00117576">
              <w:rPr>
                <w:rFonts w:cs="Times New Roman"/>
                <w:b/>
                <w:szCs w:val="24"/>
                <w:lang w:val="ru-RU"/>
              </w:rPr>
              <w:t>СОГЛАСОВАНО</w:t>
            </w:r>
          </w:p>
          <w:p w:rsidR="00244179" w:rsidRPr="00117576" w:rsidRDefault="00D166F2">
            <w:pPr>
              <w:spacing w:after="40"/>
              <w:rPr>
                <w:rFonts w:cs="Times New Roman"/>
                <w:szCs w:val="24"/>
                <w:lang w:val="ru-RU"/>
              </w:rPr>
            </w:pPr>
            <w:r w:rsidRPr="00117576">
              <w:rPr>
                <w:rFonts w:cs="Times New Roman"/>
                <w:szCs w:val="24"/>
                <w:lang w:val="ru-RU"/>
              </w:rPr>
              <w:t>Советом родителей (законных представителей)</w:t>
            </w:r>
          </w:p>
          <w:p w:rsidR="00244179" w:rsidRPr="00117576" w:rsidRDefault="00D166F2">
            <w:pPr>
              <w:spacing w:after="40"/>
              <w:rPr>
                <w:rFonts w:cs="Times New Roman"/>
                <w:szCs w:val="24"/>
                <w:lang w:val="ru-RU"/>
              </w:rPr>
            </w:pPr>
            <w:r w:rsidRPr="00117576">
              <w:rPr>
                <w:rFonts w:cs="Times New Roman"/>
                <w:szCs w:val="24"/>
                <w:lang w:val="ru-RU"/>
              </w:rPr>
              <w:t>воспитанников</w:t>
            </w:r>
          </w:p>
          <w:p w:rsidR="00244179" w:rsidRPr="00117576" w:rsidRDefault="00D166F2">
            <w:pPr>
              <w:spacing w:after="40"/>
              <w:rPr>
                <w:rFonts w:cs="Times New Roman"/>
                <w:szCs w:val="24"/>
                <w:lang w:val="ru-RU"/>
              </w:rPr>
            </w:pPr>
            <w:r w:rsidRPr="00117576">
              <w:rPr>
                <w:rFonts w:cs="Times New Roman"/>
                <w:szCs w:val="24"/>
                <w:lang w:val="ru-RU"/>
              </w:rPr>
              <w:t xml:space="preserve">протокол № </w:t>
            </w:r>
            <w:r w:rsidR="00117576">
              <w:rPr>
                <w:rFonts w:cs="Times New Roman"/>
                <w:szCs w:val="24"/>
                <w:lang w:val="ru-RU"/>
              </w:rPr>
              <w:t>1</w:t>
            </w:r>
            <w:r w:rsidRPr="00117576">
              <w:rPr>
                <w:rFonts w:cs="Times New Roman"/>
                <w:szCs w:val="24"/>
                <w:lang w:val="ru-RU"/>
              </w:rPr>
              <w:t xml:space="preserve"> от «</w:t>
            </w:r>
            <w:r w:rsidR="00117576">
              <w:rPr>
                <w:rFonts w:cs="Times New Roman"/>
                <w:szCs w:val="24"/>
                <w:lang w:val="ru-RU"/>
              </w:rPr>
              <w:t>06</w:t>
            </w:r>
            <w:r w:rsidRPr="00117576">
              <w:rPr>
                <w:rFonts w:cs="Times New Roman"/>
                <w:szCs w:val="24"/>
                <w:lang w:val="ru-RU"/>
              </w:rPr>
              <w:t xml:space="preserve">» </w:t>
            </w:r>
            <w:r w:rsidR="00117576">
              <w:rPr>
                <w:rFonts w:cs="Times New Roman"/>
                <w:szCs w:val="24"/>
                <w:lang w:val="ru-RU"/>
              </w:rPr>
              <w:t xml:space="preserve">октября </w:t>
            </w:r>
            <w:r w:rsidRPr="00117576">
              <w:rPr>
                <w:rFonts w:cs="Times New Roman"/>
                <w:szCs w:val="24"/>
                <w:lang w:val="ru-RU"/>
              </w:rPr>
              <w:t>2</w:t>
            </w:r>
            <w:r w:rsidR="00117576">
              <w:rPr>
                <w:rFonts w:cs="Times New Roman"/>
                <w:szCs w:val="24"/>
                <w:lang w:val="ru-RU"/>
              </w:rPr>
              <w:t>026</w:t>
            </w:r>
            <w:r w:rsidRPr="00117576">
              <w:rPr>
                <w:rFonts w:cs="Times New Roman"/>
                <w:szCs w:val="24"/>
                <w:lang w:val="ru-RU"/>
              </w:rPr>
              <w:t xml:space="preserve"> г.</w:t>
            </w:r>
          </w:p>
        </w:tc>
        <w:tc>
          <w:tcPr>
            <w:tcW w:w="4844" w:type="dxa"/>
            <w:tcBorders>
              <w:top w:val="nil"/>
              <w:left w:val="nil"/>
              <w:bottom w:val="nil"/>
              <w:right w:val="nil"/>
            </w:tcBorders>
          </w:tcPr>
          <w:p w:rsidR="00244179" w:rsidRPr="00117576" w:rsidRDefault="00117576" w:rsidP="00117576">
            <w:pPr>
              <w:spacing w:after="40"/>
              <w:rPr>
                <w:rFonts w:cs="Times New Roman"/>
                <w:szCs w:val="24"/>
                <w:lang w:val="ru-RU"/>
              </w:rPr>
            </w:pPr>
            <w:r>
              <w:rPr>
                <w:rFonts w:cs="Times New Roman"/>
                <w:b/>
                <w:szCs w:val="24"/>
                <w:lang w:val="ru-RU"/>
              </w:rPr>
              <w:t xml:space="preserve">   </w:t>
            </w:r>
            <w:r w:rsidR="00D166F2" w:rsidRPr="00117576">
              <w:rPr>
                <w:rFonts w:cs="Times New Roman"/>
                <w:b/>
                <w:szCs w:val="24"/>
                <w:lang w:val="ru-RU"/>
              </w:rPr>
              <w:t>УТВЕРЖД</w:t>
            </w:r>
            <w:r>
              <w:rPr>
                <w:rFonts w:cs="Times New Roman"/>
                <w:b/>
                <w:szCs w:val="24"/>
                <w:lang w:val="ru-RU"/>
              </w:rPr>
              <w:t>ЕНО</w:t>
            </w:r>
          </w:p>
          <w:p w:rsidR="00244179" w:rsidRPr="00117576" w:rsidRDefault="00117576">
            <w:pPr>
              <w:spacing w:after="40"/>
              <w:rPr>
                <w:rFonts w:cs="Times New Roman"/>
                <w:szCs w:val="24"/>
                <w:lang w:val="ru-RU"/>
              </w:rPr>
            </w:pPr>
            <w:r w:rsidRPr="00117576">
              <w:rPr>
                <w:rFonts w:cs="Times New Roman"/>
                <w:szCs w:val="24"/>
                <w:lang w:val="ru-RU"/>
              </w:rPr>
              <w:t xml:space="preserve">     Приказом </w:t>
            </w:r>
            <w:r w:rsidR="00D166F2" w:rsidRPr="00117576">
              <w:rPr>
                <w:rFonts w:cs="Times New Roman"/>
                <w:szCs w:val="24"/>
                <w:lang w:val="ru-RU"/>
              </w:rPr>
              <w:t>МБДОУ «</w:t>
            </w:r>
            <w:proofErr w:type="spellStart"/>
            <w:r w:rsidR="00D166F2" w:rsidRPr="00117576">
              <w:rPr>
                <w:rFonts w:cs="Times New Roman"/>
                <w:szCs w:val="24"/>
                <w:lang w:val="ru-RU"/>
              </w:rPr>
              <w:t>Заветненский</w:t>
            </w:r>
            <w:proofErr w:type="spellEnd"/>
          </w:p>
          <w:p w:rsidR="00117576" w:rsidRDefault="00117576">
            <w:pPr>
              <w:spacing w:after="40"/>
              <w:rPr>
                <w:rFonts w:cs="Times New Roman"/>
                <w:szCs w:val="24"/>
                <w:lang w:val="ru-RU"/>
              </w:rPr>
            </w:pPr>
            <w:r w:rsidRPr="00117576">
              <w:rPr>
                <w:rFonts w:cs="Times New Roman"/>
                <w:szCs w:val="24"/>
                <w:lang w:val="ru-RU"/>
              </w:rPr>
              <w:t xml:space="preserve">     </w:t>
            </w:r>
            <w:r w:rsidR="00D166F2" w:rsidRPr="00117576">
              <w:rPr>
                <w:rFonts w:cs="Times New Roman"/>
                <w:szCs w:val="24"/>
                <w:lang w:val="ru-RU"/>
              </w:rPr>
              <w:t>детский сад «Аленький цветочек</w:t>
            </w:r>
          </w:p>
          <w:p w:rsidR="00244179" w:rsidRPr="00117576" w:rsidRDefault="00117576">
            <w:pPr>
              <w:spacing w:after="40"/>
              <w:rPr>
                <w:rFonts w:cs="Times New Roman"/>
                <w:szCs w:val="24"/>
                <w:lang w:val="ru-RU"/>
              </w:rPr>
            </w:pPr>
            <w:r w:rsidRPr="00117576">
              <w:rPr>
                <w:rFonts w:cs="Times New Roman"/>
                <w:szCs w:val="24"/>
                <w:lang w:val="ru-RU"/>
              </w:rPr>
              <w:t xml:space="preserve"> </w:t>
            </w:r>
            <w:r w:rsidR="00D166F2" w:rsidRPr="00117576">
              <w:rPr>
                <w:rFonts w:cs="Times New Roman"/>
                <w:szCs w:val="24"/>
                <w:lang w:val="ru-RU"/>
              </w:rPr>
              <w:t>приказ №</w:t>
            </w:r>
            <w:r w:rsidRPr="00117576">
              <w:rPr>
                <w:rFonts w:cs="Times New Roman"/>
                <w:szCs w:val="24"/>
                <w:lang w:val="ru-RU"/>
              </w:rPr>
              <w:t>79-ОД</w:t>
            </w:r>
            <w:r>
              <w:rPr>
                <w:rFonts w:cs="Times New Roman"/>
                <w:szCs w:val="24"/>
                <w:lang w:val="ru-RU"/>
              </w:rPr>
              <w:t xml:space="preserve"> </w:t>
            </w:r>
            <w:r w:rsidR="00D166F2" w:rsidRPr="00117576">
              <w:rPr>
                <w:rFonts w:cs="Times New Roman"/>
                <w:szCs w:val="24"/>
                <w:lang w:val="ru-RU"/>
              </w:rPr>
              <w:t>от «</w:t>
            </w:r>
            <w:r w:rsidRPr="00117576">
              <w:rPr>
                <w:rFonts w:cs="Times New Roman"/>
                <w:szCs w:val="24"/>
                <w:lang w:val="ru-RU"/>
              </w:rPr>
              <w:t>06</w:t>
            </w:r>
            <w:r w:rsidR="00D166F2" w:rsidRPr="00117576">
              <w:rPr>
                <w:rFonts w:cs="Times New Roman"/>
                <w:szCs w:val="24"/>
                <w:lang w:val="ru-RU"/>
              </w:rPr>
              <w:t xml:space="preserve">» </w:t>
            </w:r>
            <w:r w:rsidRPr="00117576">
              <w:rPr>
                <w:rFonts w:cs="Times New Roman"/>
                <w:szCs w:val="24"/>
                <w:lang w:val="ru-RU"/>
              </w:rPr>
              <w:t>октября</w:t>
            </w:r>
            <w:r>
              <w:rPr>
                <w:rFonts w:cs="Times New Roman"/>
                <w:szCs w:val="24"/>
                <w:lang w:val="ru-RU"/>
              </w:rPr>
              <w:t xml:space="preserve"> </w:t>
            </w:r>
            <w:r w:rsidR="00D166F2" w:rsidRPr="00117576">
              <w:rPr>
                <w:rFonts w:cs="Times New Roman"/>
                <w:szCs w:val="24"/>
                <w:lang w:val="ru-RU"/>
              </w:rPr>
              <w:t>20</w:t>
            </w:r>
            <w:r w:rsidRPr="00117576">
              <w:rPr>
                <w:rFonts w:cs="Times New Roman"/>
                <w:szCs w:val="24"/>
                <w:lang w:val="ru-RU"/>
              </w:rPr>
              <w:t>26</w:t>
            </w:r>
            <w:r>
              <w:rPr>
                <w:rFonts w:cs="Times New Roman"/>
                <w:szCs w:val="24"/>
                <w:lang w:val="ru-RU"/>
              </w:rPr>
              <w:t xml:space="preserve"> </w:t>
            </w:r>
            <w:r w:rsidR="00D166F2" w:rsidRPr="00117576">
              <w:rPr>
                <w:rFonts w:cs="Times New Roman"/>
                <w:szCs w:val="24"/>
                <w:lang w:val="ru-RU"/>
              </w:rPr>
              <w:t>г.</w:t>
            </w:r>
          </w:p>
        </w:tc>
      </w:tr>
    </w:tbl>
    <w:p w:rsidR="00244179" w:rsidRPr="00117576" w:rsidRDefault="00244179">
      <w:pPr>
        <w:rPr>
          <w:rFonts w:cs="Times New Roman"/>
          <w:szCs w:val="24"/>
          <w:lang w:val="ru-RU"/>
        </w:rPr>
      </w:pPr>
    </w:p>
    <w:p w:rsidR="00117576" w:rsidRDefault="00117576" w:rsidP="00117576">
      <w:pPr>
        <w:spacing w:before="120" w:after="120"/>
        <w:jc w:val="center"/>
        <w:rPr>
          <w:rFonts w:cs="Times New Roman"/>
          <w:b/>
          <w:szCs w:val="24"/>
          <w:lang w:val="ru-RU"/>
        </w:rPr>
      </w:pPr>
    </w:p>
    <w:p w:rsidR="00117576" w:rsidRPr="00117576" w:rsidRDefault="00D166F2" w:rsidP="00117576">
      <w:pPr>
        <w:spacing w:before="120" w:after="120"/>
        <w:jc w:val="center"/>
        <w:rPr>
          <w:rFonts w:cs="Times New Roman"/>
          <w:b/>
          <w:szCs w:val="24"/>
          <w:lang w:val="ru-RU"/>
        </w:rPr>
      </w:pPr>
      <w:r w:rsidRPr="00117576">
        <w:rPr>
          <w:rFonts w:cs="Times New Roman"/>
          <w:b/>
          <w:szCs w:val="24"/>
          <w:lang w:val="ru-RU"/>
        </w:rPr>
        <w:t>ПРАВИЛА</w:t>
      </w:r>
    </w:p>
    <w:p w:rsidR="00244179" w:rsidRPr="00117576" w:rsidRDefault="00D166F2">
      <w:pPr>
        <w:spacing w:before="120" w:after="120"/>
        <w:jc w:val="center"/>
        <w:rPr>
          <w:rFonts w:cs="Times New Roman"/>
          <w:szCs w:val="24"/>
          <w:lang w:val="ru-RU"/>
        </w:rPr>
      </w:pPr>
      <w:r w:rsidRPr="00117576">
        <w:rPr>
          <w:rFonts w:cs="Times New Roman"/>
          <w:b/>
          <w:szCs w:val="24"/>
          <w:lang w:val="ru-RU"/>
        </w:rPr>
        <w:t>ВНУТРЕННЕГО РАСПОРЯДКА ВОСПИТАННИКОВ</w:t>
      </w:r>
    </w:p>
    <w:p w:rsidR="00244179" w:rsidRPr="00117576" w:rsidRDefault="00D166F2">
      <w:pPr>
        <w:spacing w:before="120" w:after="120"/>
        <w:jc w:val="center"/>
        <w:rPr>
          <w:rFonts w:cs="Times New Roman"/>
          <w:szCs w:val="24"/>
          <w:lang w:val="ru-RU"/>
        </w:rPr>
      </w:pPr>
      <w:r w:rsidRPr="00117576">
        <w:rPr>
          <w:rFonts w:cs="Times New Roman"/>
          <w:b/>
          <w:szCs w:val="24"/>
          <w:lang w:val="ru-RU"/>
        </w:rPr>
        <w:t>МБДОУ «</w:t>
      </w:r>
      <w:proofErr w:type="spellStart"/>
      <w:r w:rsidRPr="00117576">
        <w:rPr>
          <w:rFonts w:cs="Times New Roman"/>
          <w:b/>
          <w:szCs w:val="24"/>
          <w:lang w:val="ru-RU"/>
        </w:rPr>
        <w:t>Заветненский</w:t>
      </w:r>
      <w:proofErr w:type="spellEnd"/>
      <w:r w:rsidRPr="00117576">
        <w:rPr>
          <w:rFonts w:cs="Times New Roman"/>
          <w:b/>
          <w:szCs w:val="24"/>
          <w:lang w:val="ru-RU"/>
        </w:rPr>
        <w:t xml:space="preserve"> детский сад «Аленький цветочек»</w:t>
      </w:r>
    </w:p>
    <w:p w:rsidR="00244179" w:rsidRPr="00117576" w:rsidRDefault="00D166F2">
      <w:pPr>
        <w:spacing w:before="200" w:after="80"/>
        <w:rPr>
          <w:rFonts w:cs="Times New Roman"/>
          <w:szCs w:val="24"/>
          <w:lang w:val="ru-RU"/>
        </w:rPr>
      </w:pPr>
      <w:r w:rsidRPr="00117576">
        <w:rPr>
          <w:rFonts w:cs="Times New Roman"/>
          <w:b/>
          <w:szCs w:val="24"/>
          <w:lang w:val="ru-RU"/>
        </w:rPr>
        <w:t>1. Общие положения</w:t>
      </w:r>
    </w:p>
    <w:p w:rsidR="00244179" w:rsidRPr="00117576" w:rsidRDefault="00D166F2">
      <w:pPr>
        <w:spacing w:after="40"/>
        <w:ind w:firstLine="709"/>
        <w:jc w:val="both"/>
        <w:rPr>
          <w:rFonts w:cs="Times New Roman"/>
          <w:szCs w:val="24"/>
          <w:lang w:val="ru-RU"/>
        </w:rPr>
      </w:pPr>
      <w:r w:rsidRPr="00117576">
        <w:rPr>
          <w:rFonts w:cs="Times New Roman"/>
          <w:b/>
          <w:szCs w:val="24"/>
          <w:lang w:val="ru-RU"/>
        </w:rPr>
        <w:t>1.1.</w:t>
      </w:r>
      <w:r w:rsidRPr="00117576">
        <w:rPr>
          <w:rFonts w:cs="Times New Roman"/>
          <w:szCs w:val="24"/>
          <w:lang w:val="ru-RU"/>
        </w:rPr>
        <w:t xml:space="preserve"> Настоящие Правила внутреннего распорядка воспитанников (далее — Правила) МБДОУ «</w:t>
      </w:r>
      <w:proofErr w:type="spellStart"/>
      <w:r w:rsidRPr="00117576">
        <w:rPr>
          <w:rFonts w:cs="Times New Roman"/>
          <w:szCs w:val="24"/>
          <w:lang w:val="ru-RU"/>
        </w:rPr>
        <w:t>Заветненский</w:t>
      </w:r>
      <w:proofErr w:type="spellEnd"/>
      <w:r w:rsidRPr="00117576">
        <w:rPr>
          <w:rFonts w:cs="Times New Roman"/>
          <w:szCs w:val="24"/>
          <w:lang w:val="ru-RU"/>
        </w:rPr>
        <w:t xml:space="preserve"> детский сад «Аленький цветочек» (далее — Учреждение) разработаны в соответствии с:</w:t>
      </w:r>
    </w:p>
    <w:p w:rsidR="00244179" w:rsidRPr="00117576" w:rsidRDefault="00D166F2">
      <w:pPr>
        <w:spacing w:after="40"/>
        <w:ind w:left="709"/>
        <w:jc w:val="both"/>
        <w:rPr>
          <w:rFonts w:cs="Times New Roman"/>
          <w:szCs w:val="24"/>
          <w:lang w:val="ru-RU"/>
        </w:rPr>
      </w:pPr>
      <w:r w:rsidRPr="00117576">
        <w:rPr>
          <w:rFonts w:cs="Times New Roman"/>
          <w:szCs w:val="24"/>
          <w:lang w:val="ru-RU"/>
        </w:rPr>
        <w:t>— Федеральным законом от 29.12.2012 № 273-ФЗ «Об образовании в Российской Федер</w:t>
      </w:r>
      <w:r w:rsidRPr="00117576">
        <w:rPr>
          <w:rFonts w:cs="Times New Roman"/>
          <w:szCs w:val="24"/>
          <w:lang w:val="ru-RU"/>
        </w:rPr>
        <w:t>ации» с изменениями от 04.08.2026 № 334-ФЗ, вступающими в силу с 01.09.2026;</w:t>
      </w:r>
    </w:p>
    <w:p w:rsidR="00244179" w:rsidRPr="00117576" w:rsidRDefault="00D166F2">
      <w:pPr>
        <w:spacing w:after="40"/>
        <w:ind w:left="709"/>
        <w:jc w:val="both"/>
        <w:rPr>
          <w:rFonts w:cs="Times New Roman"/>
          <w:szCs w:val="24"/>
          <w:lang w:val="ru-RU"/>
        </w:rPr>
      </w:pPr>
      <w:r w:rsidRPr="00117576">
        <w:rPr>
          <w:rFonts w:cs="Times New Roman"/>
          <w:szCs w:val="24"/>
          <w:lang w:val="ru-RU"/>
        </w:rPr>
        <w:t>— Постановлением Главного государственного санитарного врача РФ от 02.06.2026 № 19 «Об утверждении СП 2.4.2.4283-26 «Санитарно-эпидемиологические требования к организациям воспита</w:t>
      </w:r>
      <w:r w:rsidRPr="00117576">
        <w:rPr>
          <w:rFonts w:cs="Times New Roman"/>
          <w:szCs w:val="24"/>
          <w:lang w:val="ru-RU"/>
        </w:rPr>
        <w:t>ния и обучения, отдыха и оздоровления детей и молодёжи», действующим с 01.09.2026 до 01.09.2032;</w:t>
      </w:r>
    </w:p>
    <w:p w:rsidR="00244179" w:rsidRPr="00117576" w:rsidRDefault="00D166F2">
      <w:pPr>
        <w:spacing w:after="40"/>
        <w:ind w:left="709"/>
        <w:jc w:val="both"/>
        <w:rPr>
          <w:rFonts w:cs="Times New Roman"/>
          <w:szCs w:val="24"/>
          <w:lang w:val="ru-RU"/>
        </w:rPr>
      </w:pPr>
      <w:r w:rsidRPr="00117576">
        <w:rPr>
          <w:rFonts w:cs="Times New Roman"/>
          <w:szCs w:val="24"/>
          <w:lang w:val="ru-RU"/>
        </w:rPr>
        <w:t xml:space="preserve">— СанПиН 1.2.3685-21 «Гигиенические нормативы и требования к обеспечению безопасности и (или) безвредности для человека факторов среды обитания» с изменениями </w:t>
      </w:r>
      <w:r w:rsidRPr="00117576">
        <w:rPr>
          <w:rFonts w:cs="Times New Roman"/>
          <w:szCs w:val="24"/>
          <w:lang w:val="ru-RU"/>
        </w:rPr>
        <w:t>от 24.12.2025, действующими с 01.01.2026;</w:t>
      </w:r>
    </w:p>
    <w:p w:rsidR="00244179" w:rsidRPr="00117576" w:rsidRDefault="00D166F2">
      <w:pPr>
        <w:spacing w:after="40"/>
        <w:ind w:left="709"/>
        <w:jc w:val="both"/>
        <w:rPr>
          <w:rFonts w:cs="Times New Roman"/>
          <w:szCs w:val="24"/>
          <w:lang w:val="ru-RU"/>
        </w:rPr>
      </w:pPr>
      <w:r w:rsidRPr="00117576">
        <w:rPr>
          <w:rFonts w:cs="Times New Roman"/>
          <w:szCs w:val="24"/>
          <w:lang w:val="ru-RU"/>
        </w:rPr>
        <w:t>— СанПиН 2.3/2.4.4282-26 «Санитарно-эпидемиологические требования к организации общественного питания населения», действующими с 01.09.2026;</w:t>
      </w:r>
    </w:p>
    <w:p w:rsidR="00244179" w:rsidRPr="00117576" w:rsidRDefault="00D166F2">
      <w:pPr>
        <w:spacing w:after="40"/>
        <w:ind w:left="709"/>
        <w:jc w:val="both"/>
        <w:rPr>
          <w:rFonts w:cs="Times New Roman"/>
          <w:szCs w:val="24"/>
          <w:lang w:val="ru-RU"/>
        </w:rPr>
      </w:pPr>
      <w:r w:rsidRPr="00117576">
        <w:rPr>
          <w:rFonts w:cs="Times New Roman"/>
          <w:szCs w:val="24"/>
          <w:lang w:val="ru-RU"/>
        </w:rPr>
        <w:lastRenderedPageBreak/>
        <w:t xml:space="preserve">— Приказом </w:t>
      </w:r>
      <w:proofErr w:type="spellStart"/>
      <w:r w:rsidRPr="00117576">
        <w:rPr>
          <w:rFonts w:cs="Times New Roman"/>
          <w:szCs w:val="24"/>
          <w:lang w:val="ru-RU"/>
        </w:rPr>
        <w:t>Минпросвещения</w:t>
      </w:r>
      <w:proofErr w:type="spellEnd"/>
      <w:r w:rsidRPr="00117576">
        <w:rPr>
          <w:rFonts w:cs="Times New Roman"/>
          <w:szCs w:val="24"/>
          <w:lang w:val="ru-RU"/>
        </w:rPr>
        <w:t xml:space="preserve"> России от 31.07.2020 № 373 «Об утверждении Поря</w:t>
      </w:r>
      <w:r w:rsidRPr="00117576">
        <w:rPr>
          <w:rFonts w:cs="Times New Roman"/>
          <w:szCs w:val="24"/>
          <w:lang w:val="ru-RU"/>
        </w:rPr>
        <w:t>дка организации и осуществления образовательной деятельности по основным общеобразовательным программам — образовательным программам дошкольного образования» с изменениями от 25.10.2023;</w:t>
      </w:r>
    </w:p>
    <w:p w:rsidR="00244179" w:rsidRPr="00117576" w:rsidRDefault="00D166F2">
      <w:pPr>
        <w:spacing w:after="40"/>
        <w:ind w:left="709"/>
        <w:jc w:val="both"/>
        <w:rPr>
          <w:rFonts w:cs="Times New Roman"/>
          <w:szCs w:val="24"/>
          <w:lang w:val="ru-RU"/>
        </w:rPr>
      </w:pPr>
      <w:r w:rsidRPr="00117576">
        <w:rPr>
          <w:rFonts w:cs="Times New Roman"/>
          <w:szCs w:val="24"/>
          <w:lang w:val="ru-RU"/>
        </w:rPr>
        <w:t>— Приказом Минобрнауки России от 17.10.2013 № 1155 «Об утверждении фе</w:t>
      </w:r>
      <w:r w:rsidRPr="00117576">
        <w:rPr>
          <w:rFonts w:cs="Times New Roman"/>
          <w:szCs w:val="24"/>
          <w:lang w:val="ru-RU"/>
        </w:rPr>
        <w:t>дерального государственного образовательного стандарта дошкольного образования» с изменениями от 08.11.2022;</w:t>
      </w:r>
    </w:p>
    <w:p w:rsidR="00244179" w:rsidRPr="00117576" w:rsidRDefault="00D166F2">
      <w:pPr>
        <w:spacing w:after="40"/>
        <w:ind w:left="709"/>
        <w:jc w:val="both"/>
        <w:rPr>
          <w:rFonts w:cs="Times New Roman"/>
          <w:szCs w:val="24"/>
          <w:lang w:val="ru-RU"/>
        </w:rPr>
      </w:pPr>
      <w:r w:rsidRPr="00117576">
        <w:rPr>
          <w:rFonts w:cs="Times New Roman"/>
          <w:szCs w:val="24"/>
          <w:lang w:val="ru-RU"/>
        </w:rPr>
        <w:t>— Уставом Учреждения.</w:t>
      </w:r>
    </w:p>
    <w:p w:rsidR="00244179" w:rsidRPr="00117576" w:rsidRDefault="00D166F2">
      <w:pPr>
        <w:spacing w:after="40"/>
        <w:ind w:firstLine="709"/>
        <w:jc w:val="both"/>
        <w:rPr>
          <w:rFonts w:cs="Times New Roman"/>
          <w:szCs w:val="24"/>
          <w:lang w:val="ru-RU"/>
        </w:rPr>
      </w:pPr>
      <w:r w:rsidRPr="00117576">
        <w:rPr>
          <w:rFonts w:cs="Times New Roman"/>
          <w:b/>
          <w:szCs w:val="24"/>
          <w:lang w:val="ru-RU"/>
        </w:rPr>
        <w:t>1.2.</w:t>
      </w:r>
      <w:r w:rsidRPr="00117576">
        <w:rPr>
          <w:rFonts w:cs="Times New Roman"/>
          <w:szCs w:val="24"/>
          <w:lang w:val="ru-RU"/>
        </w:rPr>
        <w:t xml:space="preserve"> Настоящие Правила определяют внутренний распорядок воспитанников в Учреждении, режим образовательной деятельности, требо</w:t>
      </w:r>
      <w:r w:rsidRPr="00117576">
        <w:rPr>
          <w:rFonts w:cs="Times New Roman"/>
          <w:szCs w:val="24"/>
          <w:lang w:val="ru-RU"/>
        </w:rPr>
        <w:t>вания по сбережению и укреплению здоровья воспитанников, обеспечению их безопасности, а также регулируют взаимодействие Учреждения с родителями (законными представителями) несовершеннолетних воспитанников.</w:t>
      </w:r>
    </w:p>
    <w:p w:rsidR="00244179" w:rsidRPr="00117576" w:rsidRDefault="00D166F2">
      <w:pPr>
        <w:spacing w:after="40"/>
        <w:ind w:firstLine="709"/>
        <w:jc w:val="both"/>
        <w:rPr>
          <w:rFonts w:cs="Times New Roman"/>
          <w:szCs w:val="24"/>
          <w:lang w:val="ru-RU"/>
        </w:rPr>
      </w:pPr>
      <w:r w:rsidRPr="00117576">
        <w:rPr>
          <w:rFonts w:cs="Times New Roman"/>
          <w:b/>
          <w:szCs w:val="24"/>
          <w:lang w:val="ru-RU"/>
        </w:rPr>
        <w:t>1.3.</w:t>
      </w:r>
      <w:r w:rsidRPr="00117576">
        <w:rPr>
          <w:rFonts w:cs="Times New Roman"/>
          <w:szCs w:val="24"/>
          <w:lang w:val="ru-RU"/>
        </w:rPr>
        <w:t xml:space="preserve"> Правила являются локальным нормативным актом </w:t>
      </w:r>
      <w:r w:rsidRPr="00117576">
        <w:rPr>
          <w:rFonts w:cs="Times New Roman"/>
          <w:szCs w:val="24"/>
          <w:lang w:val="ru-RU"/>
        </w:rPr>
        <w:t>Учреждения и обязательны для исполнения всеми участниками образовательных отношений.</w:t>
      </w:r>
    </w:p>
    <w:p w:rsidR="00244179" w:rsidRPr="00117576" w:rsidRDefault="00D166F2">
      <w:pPr>
        <w:spacing w:after="40"/>
        <w:ind w:firstLine="709"/>
        <w:jc w:val="both"/>
        <w:rPr>
          <w:rFonts w:cs="Times New Roman"/>
          <w:szCs w:val="24"/>
          <w:lang w:val="ru-RU"/>
        </w:rPr>
      </w:pPr>
      <w:r w:rsidRPr="00117576">
        <w:rPr>
          <w:rFonts w:cs="Times New Roman"/>
          <w:b/>
          <w:szCs w:val="24"/>
          <w:lang w:val="ru-RU"/>
        </w:rPr>
        <w:t>1.4.</w:t>
      </w:r>
      <w:r w:rsidRPr="00117576">
        <w:rPr>
          <w:rFonts w:cs="Times New Roman"/>
          <w:szCs w:val="24"/>
          <w:lang w:val="ru-RU"/>
        </w:rPr>
        <w:t xml:space="preserve"> Копии настоящих Правил находятся в каждой возрастной группе Учреждения и размещаются на официальном сайте Учреждения в информационно-телекоммуникационной сети «Интерн</w:t>
      </w:r>
      <w:r w:rsidRPr="00117576">
        <w:rPr>
          <w:rFonts w:cs="Times New Roman"/>
          <w:szCs w:val="24"/>
          <w:lang w:val="ru-RU"/>
        </w:rPr>
        <w:t>ет». Родители (законные представители) воспитанников должны быть ознакомлены с Правилами под подпись при приёме ребёнка в Учреждение.</w:t>
      </w:r>
    </w:p>
    <w:p w:rsidR="00244179" w:rsidRPr="00117576" w:rsidRDefault="00D166F2">
      <w:pPr>
        <w:spacing w:after="40"/>
        <w:ind w:firstLine="709"/>
        <w:jc w:val="both"/>
        <w:rPr>
          <w:rFonts w:cs="Times New Roman"/>
          <w:szCs w:val="24"/>
          <w:lang w:val="ru-RU"/>
        </w:rPr>
      </w:pPr>
      <w:r w:rsidRPr="00117576">
        <w:rPr>
          <w:rFonts w:cs="Times New Roman"/>
          <w:b/>
          <w:szCs w:val="24"/>
          <w:lang w:val="ru-RU"/>
        </w:rPr>
        <w:t>1.5.</w:t>
      </w:r>
      <w:r w:rsidRPr="00117576">
        <w:rPr>
          <w:rFonts w:cs="Times New Roman"/>
          <w:szCs w:val="24"/>
          <w:lang w:val="ru-RU"/>
        </w:rPr>
        <w:t xml:space="preserve"> Взаимоотношения между Учреждением и родителями (законными представителями) несовершеннолетних воспитанников возникают</w:t>
      </w:r>
      <w:r w:rsidRPr="00117576">
        <w:rPr>
          <w:rFonts w:cs="Times New Roman"/>
          <w:szCs w:val="24"/>
          <w:lang w:val="ru-RU"/>
        </w:rPr>
        <w:t xml:space="preserve"> с момента зачисления ребёнка и прекращаются с момента отчисления, регулируются договором об образовании, включающим взаимные права, обязанности и ответственность сторон.</w:t>
      </w:r>
    </w:p>
    <w:p w:rsidR="00244179" w:rsidRPr="00117576" w:rsidRDefault="00D166F2">
      <w:pPr>
        <w:spacing w:after="40"/>
        <w:ind w:firstLine="709"/>
        <w:jc w:val="both"/>
        <w:rPr>
          <w:rFonts w:cs="Times New Roman"/>
          <w:szCs w:val="24"/>
          <w:lang w:val="ru-RU"/>
        </w:rPr>
      </w:pPr>
      <w:r w:rsidRPr="00117576">
        <w:rPr>
          <w:rFonts w:cs="Times New Roman"/>
          <w:b/>
          <w:szCs w:val="24"/>
          <w:lang w:val="ru-RU"/>
        </w:rPr>
        <w:t>1.6.</w:t>
      </w:r>
      <w:r w:rsidRPr="00117576">
        <w:rPr>
          <w:rFonts w:cs="Times New Roman"/>
          <w:szCs w:val="24"/>
          <w:lang w:val="ru-RU"/>
        </w:rPr>
        <w:t xml:space="preserve"> Меры дисциплинарного воздействия к воспитанникам Учреждения не применяются. Прим</w:t>
      </w:r>
      <w:r w:rsidRPr="00117576">
        <w:rPr>
          <w:rFonts w:cs="Times New Roman"/>
          <w:szCs w:val="24"/>
          <w:lang w:val="ru-RU"/>
        </w:rPr>
        <w:t>енение мер физического и (или) психического воздействия по отношению к воспитанникам не допускается.</w:t>
      </w:r>
    </w:p>
    <w:p w:rsidR="00244179" w:rsidRPr="00117576" w:rsidRDefault="00D166F2">
      <w:pPr>
        <w:spacing w:before="200" w:after="80"/>
        <w:rPr>
          <w:rFonts w:cs="Times New Roman"/>
          <w:szCs w:val="24"/>
          <w:lang w:val="ru-RU"/>
        </w:rPr>
      </w:pPr>
      <w:r w:rsidRPr="00117576">
        <w:rPr>
          <w:rFonts w:cs="Times New Roman"/>
          <w:b/>
          <w:szCs w:val="24"/>
          <w:lang w:val="ru-RU"/>
        </w:rPr>
        <w:t>2. Режим работы Учреждения</w:t>
      </w:r>
    </w:p>
    <w:p w:rsidR="00244179" w:rsidRPr="00117576" w:rsidRDefault="00D166F2">
      <w:pPr>
        <w:spacing w:after="40"/>
        <w:ind w:firstLine="709"/>
        <w:jc w:val="both"/>
        <w:rPr>
          <w:rFonts w:cs="Times New Roman"/>
          <w:szCs w:val="24"/>
          <w:lang w:val="ru-RU"/>
        </w:rPr>
      </w:pPr>
      <w:r w:rsidRPr="00117576">
        <w:rPr>
          <w:rFonts w:cs="Times New Roman"/>
          <w:b/>
          <w:szCs w:val="24"/>
          <w:lang w:val="ru-RU"/>
        </w:rPr>
        <w:t>2.1.</w:t>
      </w:r>
      <w:r w:rsidRPr="00117576">
        <w:rPr>
          <w:rFonts w:cs="Times New Roman"/>
          <w:szCs w:val="24"/>
          <w:lang w:val="ru-RU"/>
        </w:rPr>
        <w:t xml:space="preserve"> Учреждение работает в режиме 5-дневной рабочей недели (понедельник—пятница). Выходные дни — суббота, воскресенье, праздничн</w:t>
      </w:r>
      <w:r w:rsidRPr="00117576">
        <w:rPr>
          <w:rFonts w:cs="Times New Roman"/>
          <w:szCs w:val="24"/>
          <w:lang w:val="ru-RU"/>
        </w:rPr>
        <w:t>ые дни.</w:t>
      </w:r>
    </w:p>
    <w:p w:rsidR="00244179" w:rsidRPr="00117576" w:rsidRDefault="00D166F2">
      <w:pPr>
        <w:spacing w:after="40"/>
        <w:ind w:firstLine="709"/>
        <w:jc w:val="both"/>
        <w:rPr>
          <w:rFonts w:cs="Times New Roman"/>
          <w:szCs w:val="24"/>
          <w:lang w:val="ru-RU"/>
        </w:rPr>
      </w:pPr>
      <w:r w:rsidRPr="00117576">
        <w:rPr>
          <w:rFonts w:cs="Times New Roman"/>
          <w:b/>
          <w:szCs w:val="24"/>
          <w:lang w:val="ru-RU"/>
        </w:rPr>
        <w:t>2.2.</w:t>
      </w:r>
      <w:r w:rsidRPr="00117576">
        <w:rPr>
          <w:rFonts w:cs="Times New Roman"/>
          <w:szCs w:val="24"/>
          <w:lang w:val="ru-RU"/>
        </w:rPr>
        <w:t xml:space="preserve"> Режим функционирования групп полного дня: с 0</w:t>
      </w:r>
      <w:r w:rsidR="00117576">
        <w:rPr>
          <w:rFonts w:cs="Times New Roman"/>
          <w:szCs w:val="24"/>
          <w:lang w:val="ru-RU"/>
        </w:rPr>
        <w:t>8</w:t>
      </w:r>
      <w:r w:rsidRPr="00117576">
        <w:rPr>
          <w:rFonts w:cs="Times New Roman"/>
          <w:szCs w:val="24"/>
          <w:lang w:val="ru-RU"/>
        </w:rPr>
        <w:t>:00 до 1</w:t>
      </w:r>
      <w:r w:rsidR="00117576">
        <w:rPr>
          <w:rFonts w:cs="Times New Roman"/>
          <w:szCs w:val="24"/>
          <w:lang w:val="ru-RU"/>
        </w:rPr>
        <w:t>7</w:t>
      </w:r>
      <w:r w:rsidRPr="00117576">
        <w:rPr>
          <w:rFonts w:cs="Times New Roman"/>
          <w:szCs w:val="24"/>
          <w:lang w:val="ru-RU"/>
        </w:rPr>
        <w:t>:00 (</w:t>
      </w:r>
      <w:r w:rsidR="00117576">
        <w:rPr>
          <w:rFonts w:cs="Times New Roman"/>
          <w:szCs w:val="24"/>
          <w:lang w:val="ru-RU"/>
        </w:rPr>
        <w:t>9</w:t>
      </w:r>
      <w:r w:rsidRPr="00117576">
        <w:rPr>
          <w:rFonts w:cs="Times New Roman"/>
          <w:szCs w:val="24"/>
          <w:lang w:val="ru-RU"/>
        </w:rPr>
        <w:t>-часовое пребывание).</w:t>
      </w:r>
    </w:p>
    <w:p w:rsidR="00244179" w:rsidRPr="00117576" w:rsidRDefault="00D166F2">
      <w:pPr>
        <w:spacing w:after="40"/>
        <w:ind w:firstLine="709"/>
        <w:jc w:val="both"/>
        <w:rPr>
          <w:rFonts w:cs="Times New Roman"/>
          <w:szCs w:val="24"/>
          <w:lang w:val="ru-RU"/>
        </w:rPr>
      </w:pPr>
      <w:r w:rsidRPr="00117576">
        <w:rPr>
          <w:rFonts w:cs="Times New Roman"/>
          <w:b/>
          <w:szCs w:val="24"/>
          <w:lang w:val="ru-RU"/>
        </w:rPr>
        <w:t>2.3.</w:t>
      </w:r>
      <w:r w:rsidRPr="00117576">
        <w:rPr>
          <w:rFonts w:cs="Times New Roman"/>
          <w:szCs w:val="24"/>
          <w:lang w:val="ru-RU"/>
        </w:rPr>
        <w:t xml:space="preserve"> Утренний приём воспитанников осуществляется с 0</w:t>
      </w:r>
      <w:r w:rsidR="00117576">
        <w:rPr>
          <w:rFonts w:cs="Times New Roman"/>
          <w:szCs w:val="24"/>
          <w:lang w:val="ru-RU"/>
        </w:rPr>
        <w:t>8</w:t>
      </w:r>
      <w:r w:rsidRPr="00117576">
        <w:rPr>
          <w:rFonts w:cs="Times New Roman"/>
          <w:szCs w:val="24"/>
          <w:lang w:val="ru-RU"/>
        </w:rPr>
        <w:t>:00 до 08:30. Воспитанники, не пришедшие до 08:30, считаются опоздавшими; о причине отсутствия родители (з</w:t>
      </w:r>
      <w:r w:rsidRPr="00117576">
        <w:rPr>
          <w:rFonts w:cs="Times New Roman"/>
          <w:szCs w:val="24"/>
          <w:lang w:val="ru-RU"/>
        </w:rPr>
        <w:t>аконные представители) обязаны сообщить в Учреждение до 08:00 в день отсутствия.</w:t>
      </w:r>
    </w:p>
    <w:p w:rsidR="00244179" w:rsidRPr="00117576" w:rsidRDefault="00D166F2">
      <w:pPr>
        <w:spacing w:after="40"/>
        <w:ind w:firstLine="709"/>
        <w:jc w:val="both"/>
        <w:rPr>
          <w:rFonts w:cs="Times New Roman"/>
          <w:szCs w:val="24"/>
          <w:lang w:val="ru-RU"/>
        </w:rPr>
      </w:pPr>
      <w:r w:rsidRPr="00117576">
        <w:rPr>
          <w:rFonts w:cs="Times New Roman"/>
          <w:b/>
          <w:szCs w:val="24"/>
          <w:lang w:val="ru-RU"/>
        </w:rPr>
        <w:t>2.4.</w:t>
      </w:r>
      <w:r w:rsidRPr="00117576">
        <w:rPr>
          <w:rFonts w:cs="Times New Roman"/>
          <w:szCs w:val="24"/>
          <w:lang w:val="ru-RU"/>
        </w:rPr>
        <w:t xml:space="preserve"> Родители (законные представители) должны забрать ребёнка из Учреждения не позднее 1</w:t>
      </w:r>
      <w:r w:rsidR="00117576">
        <w:rPr>
          <w:rFonts w:cs="Times New Roman"/>
          <w:szCs w:val="24"/>
          <w:lang w:val="ru-RU"/>
        </w:rPr>
        <w:t>7</w:t>
      </w:r>
      <w:r w:rsidRPr="00117576">
        <w:rPr>
          <w:rFonts w:cs="Times New Roman"/>
          <w:szCs w:val="24"/>
          <w:lang w:val="ru-RU"/>
        </w:rPr>
        <w:t>:00.</w:t>
      </w:r>
    </w:p>
    <w:p w:rsidR="00244179" w:rsidRPr="00117576" w:rsidRDefault="00D166F2">
      <w:pPr>
        <w:spacing w:after="40"/>
        <w:ind w:firstLine="709"/>
        <w:jc w:val="both"/>
        <w:rPr>
          <w:rFonts w:cs="Times New Roman"/>
          <w:szCs w:val="24"/>
          <w:lang w:val="ru-RU"/>
        </w:rPr>
      </w:pPr>
      <w:r w:rsidRPr="00117576">
        <w:rPr>
          <w:rFonts w:cs="Times New Roman"/>
          <w:b/>
          <w:szCs w:val="24"/>
          <w:lang w:val="ru-RU"/>
        </w:rPr>
        <w:t>2.5.</w:t>
      </w:r>
      <w:r w:rsidRPr="00117576">
        <w:rPr>
          <w:rFonts w:cs="Times New Roman"/>
          <w:szCs w:val="24"/>
          <w:lang w:val="ru-RU"/>
        </w:rPr>
        <w:t xml:space="preserve"> В случае неявки ребёнка по болезни или иной уважительной причине родители (законные представители) обязаны сообщить об этом в Учреждение в день отсутствия до 08:00.</w:t>
      </w:r>
    </w:p>
    <w:p w:rsidR="00244179" w:rsidRPr="00117576" w:rsidRDefault="00D166F2">
      <w:pPr>
        <w:spacing w:after="40"/>
        <w:ind w:firstLine="709"/>
        <w:jc w:val="both"/>
        <w:rPr>
          <w:rFonts w:cs="Times New Roman"/>
          <w:szCs w:val="24"/>
          <w:lang w:val="ru-RU"/>
        </w:rPr>
      </w:pPr>
      <w:r w:rsidRPr="00117576">
        <w:rPr>
          <w:rFonts w:cs="Times New Roman"/>
          <w:b/>
          <w:szCs w:val="24"/>
          <w:lang w:val="ru-RU"/>
        </w:rPr>
        <w:t>2.6.</w:t>
      </w:r>
      <w:r w:rsidRPr="00117576">
        <w:rPr>
          <w:rFonts w:cs="Times New Roman"/>
          <w:szCs w:val="24"/>
          <w:lang w:val="ru-RU"/>
        </w:rPr>
        <w:t xml:space="preserve"> В летний период (июнь—август) непосредственно образовательная деятельность не проводи</w:t>
      </w:r>
      <w:r w:rsidRPr="00117576">
        <w:rPr>
          <w:rFonts w:cs="Times New Roman"/>
          <w:szCs w:val="24"/>
          <w:lang w:val="ru-RU"/>
        </w:rPr>
        <w:t>тся; акцент делается на прогулках, подвижных играх, развлечениях, трудовой деятельности на участке.</w:t>
      </w:r>
    </w:p>
    <w:p w:rsidR="00244179" w:rsidRPr="00117576" w:rsidRDefault="00D166F2">
      <w:pPr>
        <w:spacing w:before="200" w:after="80"/>
        <w:rPr>
          <w:rFonts w:cs="Times New Roman"/>
          <w:szCs w:val="24"/>
          <w:lang w:val="ru-RU"/>
        </w:rPr>
      </w:pPr>
      <w:r w:rsidRPr="00117576">
        <w:rPr>
          <w:rFonts w:cs="Times New Roman"/>
          <w:b/>
          <w:szCs w:val="24"/>
          <w:lang w:val="ru-RU"/>
        </w:rPr>
        <w:t>3. Приём и передача воспитанников</w:t>
      </w:r>
    </w:p>
    <w:p w:rsidR="00244179" w:rsidRPr="00117576" w:rsidRDefault="00D166F2">
      <w:pPr>
        <w:spacing w:after="40"/>
        <w:ind w:firstLine="709"/>
        <w:jc w:val="both"/>
        <w:rPr>
          <w:rFonts w:cs="Times New Roman"/>
          <w:szCs w:val="24"/>
          <w:lang w:val="ru-RU"/>
        </w:rPr>
      </w:pPr>
      <w:r w:rsidRPr="00117576">
        <w:rPr>
          <w:rFonts w:cs="Times New Roman"/>
          <w:b/>
          <w:szCs w:val="24"/>
          <w:lang w:val="ru-RU"/>
        </w:rPr>
        <w:t>3.1.</w:t>
      </w:r>
      <w:r w:rsidRPr="00117576">
        <w:rPr>
          <w:rFonts w:cs="Times New Roman"/>
          <w:szCs w:val="24"/>
          <w:lang w:val="ru-RU"/>
        </w:rPr>
        <w:t xml:space="preserve"> Ежедневный утренний приём детей проводится воспитателями и (или) медицинским работником, которые опрашивают родителей о состоянии здоровья детей и проводят бесконтактную термометрию.</w:t>
      </w:r>
    </w:p>
    <w:p w:rsidR="00244179" w:rsidRPr="00117576" w:rsidRDefault="00D166F2">
      <w:pPr>
        <w:spacing w:after="40"/>
        <w:ind w:firstLine="709"/>
        <w:jc w:val="both"/>
        <w:rPr>
          <w:rFonts w:cs="Times New Roman"/>
          <w:szCs w:val="24"/>
          <w:lang w:val="ru-RU"/>
        </w:rPr>
      </w:pPr>
      <w:r w:rsidRPr="00117576">
        <w:rPr>
          <w:rFonts w:cs="Times New Roman"/>
          <w:b/>
          <w:szCs w:val="24"/>
          <w:lang w:val="ru-RU"/>
        </w:rPr>
        <w:lastRenderedPageBreak/>
        <w:t>3.2.</w:t>
      </w:r>
      <w:r w:rsidRPr="00117576">
        <w:rPr>
          <w:rFonts w:cs="Times New Roman"/>
          <w:szCs w:val="24"/>
          <w:lang w:val="ru-RU"/>
        </w:rPr>
        <w:t xml:space="preserve"> Дети с признаками инфекционных заболеваний (температура тела 37,1 °</w:t>
      </w:r>
      <w:r w:rsidRPr="00117576">
        <w:rPr>
          <w:rFonts w:cs="Times New Roman"/>
          <w:szCs w:val="24"/>
        </w:rPr>
        <w:t>C</w:t>
      </w:r>
      <w:r w:rsidRPr="00117576">
        <w:rPr>
          <w:rFonts w:cs="Times New Roman"/>
          <w:szCs w:val="24"/>
          <w:lang w:val="ru-RU"/>
        </w:rPr>
        <w:t xml:space="preserve"> и выше, сыпь, кашель, насморк и др.) к посещению не допускаются.</w:t>
      </w:r>
    </w:p>
    <w:p w:rsidR="00244179" w:rsidRPr="00117576" w:rsidRDefault="00D166F2">
      <w:pPr>
        <w:spacing w:after="40"/>
        <w:ind w:firstLine="709"/>
        <w:jc w:val="both"/>
        <w:rPr>
          <w:rFonts w:cs="Times New Roman"/>
          <w:szCs w:val="24"/>
          <w:lang w:val="ru-RU"/>
        </w:rPr>
      </w:pPr>
      <w:r w:rsidRPr="00117576">
        <w:rPr>
          <w:rFonts w:cs="Times New Roman"/>
          <w:b/>
          <w:szCs w:val="24"/>
          <w:lang w:val="ru-RU"/>
        </w:rPr>
        <w:t>3.3.</w:t>
      </w:r>
      <w:r w:rsidRPr="00117576">
        <w:rPr>
          <w:rFonts w:cs="Times New Roman"/>
          <w:szCs w:val="24"/>
          <w:lang w:val="ru-RU"/>
        </w:rPr>
        <w:t xml:space="preserve"> После перенесённого заболевания дети допускаются к посещению при наличии медицинского заключения (справки) с указанием диагноза, длительности заболевания и сведений об отсутствии конта</w:t>
      </w:r>
      <w:r w:rsidRPr="00117576">
        <w:rPr>
          <w:rFonts w:cs="Times New Roman"/>
          <w:szCs w:val="24"/>
          <w:lang w:val="ru-RU"/>
        </w:rPr>
        <w:t>кта с инфекционными больными.</w:t>
      </w:r>
    </w:p>
    <w:p w:rsidR="00244179" w:rsidRPr="00117576" w:rsidRDefault="00D166F2">
      <w:pPr>
        <w:spacing w:after="40"/>
        <w:ind w:firstLine="709"/>
        <w:jc w:val="both"/>
        <w:rPr>
          <w:rFonts w:cs="Times New Roman"/>
          <w:szCs w:val="24"/>
          <w:lang w:val="ru-RU"/>
        </w:rPr>
      </w:pPr>
      <w:r w:rsidRPr="00117576">
        <w:rPr>
          <w:rFonts w:cs="Times New Roman"/>
          <w:b/>
          <w:szCs w:val="24"/>
          <w:lang w:val="ru-RU"/>
        </w:rPr>
        <w:t>3.4.</w:t>
      </w:r>
      <w:r w:rsidRPr="00117576">
        <w:rPr>
          <w:rFonts w:cs="Times New Roman"/>
          <w:szCs w:val="24"/>
          <w:lang w:val="ru-RU"/>
        </w:rPr>
        <w:t xml:space="preserve"> Дети, не привитые от полиомиелита или получившие менее 3 доз полиомиелитной вакцины, подлежат разобщению с детьми, привитыми оральной полиомиелитной вакциной (ОПВ) в течение последних 60 дней, на срок 60 дней с момента по</w:t>
      </w:r>
      <w:r w:rsidRPr="00117576">
        <w:rPr>
          <w:rFonts w:cs="Times New Roman"/>
          <w:szCs w:val="24"/>
          <w:lang w:val="ru-RU"/>
        </w:rPr>
        <w:t>лучения последней прививки ОПВ.</w:t>
      </w:r>
    </w:p>
    <w:p w:rsidR="00244179" w:rsidRPr="00117576" w:rsidRDefault="00D166F2">
      <w:pPr>
        <w:spacing w:after="40"/>
        <w:ind w:firstLine="709"/>
        <w:jc w:val="both"/>
        <w:rPr>
          <w:rFonts w:cs="Times New Roman"/>
          <w:szCs w:val="24"/>
          <w:lang w:val="ru-RU"/>
        </w:rPr>
      </w:pPr>
      <w:r w:rsidRPr="00117576">
        <w:rPr>
          <w:rFonts w:cs="Times New Roman"/>
          <w:b/>
          <w:szCs w:val="24"/>
          <w:lang w:val="ru-RU"/>
        </w:rPr>
        <w:t>3.5.</w:t>
      </w:r>
      <w:r w:rsidRPr="00117576">
        <w:rPr>
          <w:rFonts w:cs="Times New Roman"/>
          <w:szCs w:val="24"/>
          <w:lang w:val="ru-RU"/>
        </w:rPr>
        <w:t xml:space="preserve"> Дети, </w:t>
      </w:r>
      <w:proofErr w:type="spellStart"/>
      <w:r w:rsidRPr="00117576">
        <w:rPr>
          <w:rFonts w:cs="Times New Roman"/>
          <w:szCs w:val="24"/>
          <w:lang w:val="ru-RU"/>
        </w:rPr>
        <w:t>туберкулинодиагностика</w:t>
      </w:r>
      <w:proofErr w:type="spellEnd"/>
      <w:r w:rsidRPr="00117576">
        <w:rPr>
          <w:rFonts w:cs="Times New Roman"/>
          <w:szCs w:val="24"/>
          <w:lang w:val="ru-RU"/>
        </w:rPr>
        <w:t xml:space="preserve"> которым не проводилась в связи с отказом родителей, допускаются в Учреждение только при наличии заключения врача-фтизиатра об отсутствии заболевания туберкулёзом.</w:t>
      </w:r>
    </w:p>
    <w:p w:rsidR="00244179" w:rsidRPr="00117576" w:rsidRDefault="00D166F2">
      <w:pPr>
        <w:spacing w:after="40"/>
        <w:ind w:firstLine="709"/>
        <w:jc w:val="both"/>
        <w:rPr>
          <w:rFonts w:cs="Times New Roman"/>
          <w:szCs w:val="24"/>
          <w:lang w:val="ru-RU"/>
        </w:rPr>
      </w:pPr>
      <w:r w:rsidRPr="00117576">
        <w:rPr>
          <w:rFonts w:cs="Times New Roman"/>
          <w:b/>
          <w:szCs w:val="24"/>
          <w:lang w:val="ru-RU"/>
        </w:rPr>
        <w:t>3.6.</w:t>
      </w:r>
      <w:r w:rsidRPr="00117576">
        <w:rPr>
          <w:rFonts w:cs="Times New Roman"/>
          <w:szCs w:val="24"/>
          <w:lang w:val="ru-RU"/>
        </w:rPr>
        <w:t xml:space="preserve"> Родители (законные пре</w:t>
      </w:r>
      <w:r w:rsidRPr="00117576">
        <w:rPr>
          <w:rFonts w:cs="Times New Roman"/>
          <w:szCs w:val="24"/>
          <w:lang w:val="ru-RU"/>
        </w:rPr>
        <w:t>дставители) должны лично передавать ребёнка воспитателю группы. Запрещается забирать детей, не поставив в известность воспитателя, а также поручать это детям и подросткам в возрасте до 18 лет, лицам в нетрезвом состоянии или в состоянии наркотического опья</w:t>
      </w:r>
      <w:r w:rsidRPr="00117576">
        <w:rPr>
          <w:rFonts w:cs="Times New Roman"/>
          <w:szCs w:val="24"/>
          <w:lang w:val="ru-RU"/>
        </w:rPr>
        <w:t>нения.</w:t>
      </w:r>
    </w:p>
    <w:p w:rsidR="00244179" w:rsidRPr="00117576" w:rsidRDefault="00D166F2">
      <w:pPr>
        <w:spacing w:after="40"/>
        <w:ind w:firstLine="709"/>
        <w:jc w:val="both"/>
        <w:rPr>
          <w:rFonts w:cs="Times New Roman"/>
          <w:szCs w:val="24"/>
          <w:lang w:val="ru-RU"/>
        </w:rPr>
      </w:pPr>
      <w:r w:rsidRPr="00117576">
        <w:rPr>
          <w:rFonts w:cs="Times New Roman"/>
          <w:b/>
          <w:szCs w:val="24"/>
          <w:lang w:val="ru-RU"/>
        </w:rPr>
        <w:t>3.7.</w:t>
      </w:r>
      <w:r w:rsidRPr="00117576">
        <w:rPr>
          <w:rFonts w:cs="Times New Roman"/>
          <w:szCs w:val="24"/>
          <w:lang w:val="ru-RU"/>
        </w:rPr>
        <w:t xml:space="preserve"> В случае если ребёнка забирает лицо, не являющееся родителем (законным представителем), необходимо письменное согласие родителей (законных представителей), переданное воспитателю.</w:t>
      </w:r>
    </w:p>
    <w:p w:rsidR="00244179" w:rsidRPr="00117576" w:rsidRDefault="00D166F2">
      <w:pPr>
        <w:spacing w:after="40"/>
        <w:ind w:firstLine="709"/>
        <w:jc w:val="both"/>
        <w:rPr>
          <w:rFonts w:cs="Times New Roman"/>
          <w:szCs w:val="24"/>
          <w:lang w:val="ru-RU"/>
        </w:rPr>
      </w:pPr>
      <w:r w:rsidRPr="00117576">
        <w:rPr>
          <w:rFonts w:cs="Times New Roman"/>
          <w:b/>
          <w:szCs w:val="24"/>
          <w:lang w:val="ru-RU"/>
        </w:rPr>
        <w:t>3.8.</w:t>
      </w:r>
      <w:r w:rsidRPr="00117576">
        <w:rPr>
          <w:rFonts w:cs="Times New Roman"/>
          <w:szCs w:val="24"/>
          <w:lang w:val="ru-RU"/>
        </w:rPr>
        <w:t xml:space="preserve"> В случае опасности, грозящей ребёнку со стороны забирающего</w:t>
      </w:r>
      <w:r w:rsidRPr="00117576">
        <w:rPr>
          <w:rFonts w:cs="Times New Roman"/>
          <w:szCs w:val="24"/>
          <w:lang w:val="ru-RU"/>
        </w:rPr>
        <w:t xml:space="preserve"> взрослого (нетрезвое состояние, проявление агрессии и т. п.), работники Учреждения вправе не отдать ребёнка и незамедлительно уведомить органы внутренних дел.</w:t>
      </w:r>
    </w:p>
    <w:p w:rsidR="00244179" w:rsidRPr="00117576" w:rsidRDefault="00D166F2">
      <w:pPr>
        <w:spacing w:after="40"/>
        <w:ind w:firstLine="709"/>
        <w:jc w:val="both"/>
        <w:rPr>
          <w:rFonts w:cs="Times New Roman"/>
          <w:szCs w:val="24"/>
          <w:lang w:val="ru-RU"/>
        </w:rPr>
      </w:pPr>
      <w:r w:rsidRPr="00117576">
        <w:rPr>
          <w:rFonts w:cs="Times New Roman"/>
          <w:b/>
          <w:szCs w:val="24"/>
          <w:lang w:val="ru-RU"/>
        </w:rPr>
        <w:t>3.9.</w:t>
      </w:r>
      <w:r w:rsidRPr="00117576">
        <w:rPr>
          <w:rFonts w:cs="Times New Roman"/>
          <w:szCs w:val="24"/>
          <w:lang w:val="ru-RU"/>
        </w:rPr>
        <w:t xml:space="preserve"> Родители (законные представители) обязаны своевременно сообщать воспитателям об изменении н</w:t>
      </w:r>
      <w:r w:rsidRPr="00117576">
        <w:rPr>
          <w:rFonts w:cs="Times New Roman"/>
          <w:szCs w:val="24"/>
          <w:lang w:val="ru-RU"/>
        </w:rPr>
        <w:t>омера контактного телефона, места жительства и места работы.</w:t>
      </w:r>
    </w:p>
    <w:p w:rsidR="00244179" w:rsidRPr="00117576" w:rsidRDefault="00D166F2">
      <w:pPr>
        <w:spacing w:before="200" w:after="80"/>
        <w:rPr>
          <w:rFonts w:cs="Times New Roman"/>
          <w:szCs w:val="24"/>
          <w:lang w:val="ru-RU"/>
        </w:rPr>
      </w:pPr>
      <w:r w:rsidRPr="00117576">
        <w:rPr>
          <w:rFonts w:cs="Times New Roman"/>
          <w:b/>
          <w:szCs w:val="24"/>
          <w:lang w:val="ru-RU"/>
        </w:rPr>
        <w:t>4. Внешний вид и одежда воспитанников</w:t>
      </w:r>
    </w:p>
    <w:p w:rsidR="00244179" w:rsidRPr="00117576" w:rsidRDefault="00D166F2">
      <w:pPr>
        <w:spacing w:after="40"/>
        <w:ind w:firstLine="709"/>
        <w:jc w:val="both"/>
        <w:rPr>
          <w:rFonts w:cs="Times New Roman"/>
          <w:szCs w:val="24"/>
          <w:lang w:val="ru-RU"/>
        </w:rPr>
      </w:pPr>
      <w:r w:rsidRPr="00117576">
        <w:rPr>
          <w:rFonts w:cs="Times New Roman"/>
          <w:b/>
          <w:szCs w:val="24"/>
          <w:lang w:val="ru-RU"/>
        </w:rPr>
        <w:t>4.1.</w:t>
      </w:r>
      <w:r w:rsidRPr="00117576">
        <w:rPr>
          <w:rFonts w:cs="Times New Roman"/>
          <w:szCs w:val="24"/>
          <w:lang w:val="ru-RU"/>
        </w:rPr>
        <w:t xml:space="preserve"> Родители (законные представители) обязаны приводить ребёнка в опрятном виде, в чистой одежде и обуви. Ребёнок должен быть чисто умыт, иметь чистые нос, </w:t>
      </w:r>
      <w:r w:rsidRPr="00117576">
        <w:rPr>
          <w:rFonts w:cs="Times New Roman"/>
          <w:szCs w:val="24"/>
          <w:lang w:val="ru-RU"/>
        </w:rPr>
        <w:t>уши, руки; подстриженные ногти; аккуратно расчёсанные волосы; чистое нижнее бельё.</w:t>
      </w:r>
    </w:p>
    <w:p w:rsidR="00244179" w:rsidRPr="00117576" w:rsidRDefault="00D166F2">
      <w:pPr>
        <w:spacing w:after="40"/>
        <w:ind w:firstLine="709"/>
        <w:jc w:val="both"/>
        <w:rPr>
          <w:rFonts w:cs="Times New Roman"/>
          <w:szCs w:val="24"/>
          <w:lang w:val="ru-RU"/>
        </w:rPr>
      </w:pPr>
      <w:r w:rsidRPr="00117576">
        <w:rPr>
          <w:rFonts w:cs="Times New Roman"/>
          <w:b/>
          <w:szCs w:val="24"/>
          <w:lang w:val="ru-RU"/>
        </w:rPr>
        <w:t>4.2.</w:t>
      </w:r>
      <w:r w:rsidRPr="00117576">
        <w:rPr>
          <w:rFonts w:cs="Times New Roman"/>
          <w:szCs w:val="24"/>
          <w:lang w:val="ru-RU"/>
        </w:rPr>
        <w:t xml:space="preserve"> Одежда и обувь ребёнка должны соответствовать времени года и температуре воздуха, возрастным и индивидуальным особенностям. Одежда не должна быть слишком велика; обувь </w:t>
      </w:r>
      <w:r w:rsidRPr="00117576">
        <w:rPr>
          <w:rFonts w:cs="Times New Roman"/>
          <w:szCs w:val="24"/>
          <w:lang w:val="ru-RU"/>
        </w:rPr>
        <w:t>должна легко сниматься и надеваться.</w:t>
      </w:r>
    </w:p>
    <w:p w:rsidR="00244179" w:rsidRPr="00117576" w:rsidRDefault="00D166F2">
      <w:pPr>
        <w:spacing w:after="40"/>
        <w:ind w:firstLine="709"/>
        <w:jc w:val="both"/>
        <w:rPr>
          <w:rFonts w:cs="Times New Roman"/>
          <w:szCs w:val="24"/>
          <w:lang w:val="ru-RU"/>
        </w:rPr>
      </w:pPr>
      <w:r w:rsidRPr="00117576">
        <w:rPr>
          <w:rFonts w:cs="Times New Roman"/>
          <w:b/>
          <w:szCs w:val="24"/>
          <w:lang w:val="ru-RU"/>
        </w:rPr>
        <w:t>4.3.</w:t>
      </w:r>
      <w:r w:rsidRPr="00117576">
        <w:rPr>
          <w:rFonts w:cs="Times New Roman"/>
          <w:szCs w:val="24"/>
          <w:lang w:val="ru-RU"/>
        </w:rPr>
        <w:t xml:space="preserve"> У каждого ребёнка в Учреждении должны быть:</w:t>
      </w:r>
    </w:p>
    <w:p w:rsidR="00244179" w:rsidRPr="00117576" w:rsidRDefault="00D166F2">
      <w:pPr>
        <w:spacing w:after="40"/>
        <w:ind w:left="709"/>
        <w:jc w:val="both"/>
        <w:rPr>
          <w:rFonts w:cs="Times New Roman"/>
          <w:szCs w:val="24"/>
          <w:lang w:val="ru-RU"/>
        </w:rPr>
      </w:pPr>
      <w:r w:rsidRPr="00117576">
        <w:rPr>
          <w:rFonts w:cs="Times New Roman"/>
          <w:szCs w:val="24"/>
          <w:lang w:val="ru-RU"/>
        </w:rPr>
        <w:t>— сменная обувь с фиксированной пяткой (строго по размеру, с застёжками-липучками или резинками);</w:t>
      </w:r>
    </w:p>
    <w:p w:rsidR="00244179" w:rsidRPr="00117576" w:rsidRDefault="00D166F2">
      <w:pPr>
        <w:spacing w:after="40"/>
        <w:ind w:left="709"/>
        <w:jc w:val="both"/>
        <w:rPr>
          <w:rFonts w:cs="Times New Roman"/>
          <w:szCs w:val="24"/>
          <w:lang w:val="ru-RU"/>
        </w:rPr>
      </w:pPr>
      <w:r w:rsidRPr="00117576">
        <w:rPr>
          <w:rFonts w:cs="Times New Roman"/>
          <w:szCs w:val="24"/>
          <w:lang w:val="ru-RU"/>
        </w:rPr>
        <w:t>— не менее двух комплектов сменного белья (мальчикам — шорты, трусики, м</w:t>
      </w:r>
      <w:r w:rsidRPr="00117576">
        <w:rPr>
          <w:rFonts w:cs="Times New Roman"/>
          <w:szCs w:val="24"/>
          <w:lang w:val="ru-RU"/>
        </w:rPr>
        <w:t>айки, колготки; девочкам — колготки, майки, трусики, платье/юбочка с кофточкой);</w:t>
      </w:r>
    </w:p>
    <w:p w:rsidR="00244179" w:rsidRPr="00117576" w:rsidRDefault="00D166F2">
      <w:pPr>
        <w:spacing w:after="40"/>
        <w:ind w:left="709"/>
        <w:jc w:val="both"/>
        <w:rPr>
          <w:rFonts w:cs="Times New Roman"/>
          <w:szCs w:val="24"/>
          <w:lang w:val="ru-RU"/>
        </w:rPr>
      </w:pPr>
      <w:r w:rsidRPr="00117576">
        <w:rPr>
          <w:rFonts w:cs="Times New Roman"/>
          <w:szCs w:val="24"/>
          <w:lang w:val="ru-RU"/>
        </w:rPr>
        <w:t>— несколько комплектов сменного белья для сна (трусики) — для детей младших возрастных групп и в период адаптации;</w:t>
      </w:r>
    </w:p>
    <w:p w:rsidR="00244179" w:rsidRPr="00117576" w:rsidRDefault="00D166F2">
      <w:pPr>
        <w:spacing w:after="40"/>
        <w:ind w:left="709"/>
        <w:jc w:val="both"/>
        <w:rPr>
          <w:rFonts w:cs="Times New Roman"/>
          <w:szCs w:val="24"/>
          <w:lang w:val="ru-RU"/>
        </w:rPr>
      </w:pPr>
      <w:r w:rsidRPr="00117576">
        <w:rPr>
          <w:rFonts w:cs="Times New Roman"/>
          <w:szCs w:val="24"/>
          <w:lang w:val="ru-RU"/>
        </w:rPr>
        <w:t>— допускается наличие пижамы для дневного сна;</w:t>
      </w:r>
    </w:p>
    <w:p w:rsidR="00244179" w:rsidRPr="00117576" w:rsidRDefault="00D166F2">
      <w:pPr>
        <w:spacing w:after="40"/>
        <w:ind w:left="709"/>
        <w:jc w:val="both"/>
        <w:rPr>
          <w:rFonts w:cs="Times New Roman"/>
          <w:szCs w:val="24"/>
          <w:lang w:val="ru-RU"/>
        </w:rPr>
      </w:pPr>
      <w:r w:rsidRPr="00117576">
        <w:rPr>
          <w:rFonts w:cs="Times New Roman"/>
          <w:szCs w:val="24"/>
          <w:lang w:val="ru-RU"/>
        </w:rPr>
        <w:t xml:space="preserve">— спортивная </w:t>
      </w:r>
      <w:r w:rsidRPr="00117576">
        <w:rPr>
          <w:rFonts w:cs="Times New Roman"/>
          <w:szCs w:val="24"/>
          <w:lang w:val="ru-RU"/>
        </w:rPr>
        <w:t>форма (футболка, шорты из несинтетических материалов, х/б носочки, спортивные тапочки без шнурков на резиновой подошве — строго по размеру);</w:t>
      </w:r>
    </w:p>
    <w:p w:rsidR="00244179" w:rsidRPr="00117576" w:rsidRDefault="00D166F2">
      <w:pPr>
        <w:spacing w:after="40"/>
        <w:ind w:left="709"/>
        <w:jc w:val="both"/>
        <w:rPr>
          <w:rFonts w:cs="Times New Roman"/>
          <w:szCs w:val="24"/>
          <w:lang w:val="ru-RU"/>
        </w:rPr>
      </w:pPr>
      <w:r w:rsidRPr="00117576">
        <w:rPr>
          <w:rFonts w:cs="Times New Roman"/>
          <w:szCs w:val="24"/>
          <w:lang w:val="ru-RU"/>
        </w:rPr>
        <w:t>— чешки для музыкальных занятий;</w:t>
      </w:r>
    </w:p>
    <w:p w:rsidR="00244179" w:rsidRPr="00117576" w:rsidRDefault="00D166F2">
      <w:pPr>
        <w:spacing w:after="40"/>
        <w:ind w:left="709"/>
        <w:jc w:val="both"/>
        <w:rPr>
          <w:rFonts w:cs="Times New Roman"/>
          <w:szCs w:val="24"/>
          <w:lang w:val="ru-RU"/>
        </w:rPr>
      </w:pPr>
      <w:r w:rsidRPr="00117576">
        <w:rPr>
          <w:rFonts w:cs="Times New Roman"/>
          <w:szCs w:val="24"/>
          <w:lang w:val="ru-RU"/>
        </w:rPr>
        <w:t>— индивидуальная расчёска;</w:t>
      </w:r>
    </w:p>
    <w:p w:rsidR="00244179" w:rsidRPr="00117576" w:rsidRDefault="00D166F2">
      <w:pPr>
        <w:spacing w:after="40"/>
        <w:ind w:left="709"/>
        <w:jc w:val="both"/>
        <w:rPr>
          <w:rFonts w:cs="Times New Roman"/>
          <w:szCs w:val="24"/>
          <w:lang w:val="ru-RU"/>
        </w:rPr>
      </w:pPr>
      <w:r w:rsidRPr="00117576">
        <w:rPr>
          <w:rFonts w:cs="Times New Roman"/>
          <w:szCs w:val="24"/>
          <w:lang w:val="ru-RU"/>
        </w:rPr>
        <w:t>— головной убор (в тёплый период года — обязателен);</w:t>
      </w:r>
    </w:p>
    <w:p w:rsidR="00244179" w:rsidRPr="00117576" w:rsidRDefault="00D166F2">
      <w:pPr>
        <w:spacing w:after="40"/>
        <w:ind w:left="709"/>
        <w:jc w:val="both"/>
        <w:rPr>
          <w:rFonts w:cs="Times New Roman"/>
          <w:szCs w:val="24"/>
          <w:lang w:val="ru-RU"/>
        </w:rPr>
      </w:pPr>
      <w:r w:rsidRPr="00117576">
        <w:rPr>
          <w:rFonts w:cs="Times New Roman"/>
          <w:szCs w:val="24"/>
          <w:lang w:val="ru-RU"/>
        </w:rPr>
        <w:t xml:space="preserve">— </w:t>
      </w:r>
      <w:r w:rsidRPr="00117576">
        <w:rPr>
          <w:rFonts w:cs="Times New Roman"/>
          <w:szCs w:val="24"/>
          <w:lang w:val="ru-RU"/>
        </w:rPr>
        <w:t>два пакета для хранения чистого и использованного белья.</w:t>
      </w:r>
    </w:p>
    <w:p w:rsidR="00244179" w:rsidRPr="00117576" w:rsidRDefault="00D166F2">
      <w:pPr>
        <w:spacing w:after="40"/>
        <w:ind w:firstLine="709"/>
        <w:jc w:val="both"/>
        <w:rPr>
          <w:rFonts w:cs="Times New Roman"/>
          <w:szCs w:val="24"/>
          <w:lang w:val="ru-RU"/>
        </w:rPr>
      </w:pPr>
      <w:r w:rsidRPr="00117576">
        <w:rPr>
          <w:rFonts w:cs="Times New Roman"/>
          <w:b/>
          <w:szCs w:val="24"/>
          <w:lang w:val="ru-RU"/>
        </w:rPr>
        <w:lastRenderedPageBreak/>
        <w:t>4.4.</w:t>
      </w:r>
      <w:r w:rsidRPr="00117576">
        <w:rPr>
          <w:rFonts w:cs="Times New Roman"/>
          <w:szCs w:val="24"/>
          <w:lang w:val="ru-RU"/>
        </w:rPr>
        <w:t xml:space="preserve"> Зимой и в мокрую погоду у ребёнка должны быть запасные сухие варежки и одежда. В межсезонье и зимний период необходима запасная верхняя одежда (колготки, штаны, брюки).</w:t>
      </w:r>
    </w:p>
    <w:p w:rsidR="00244179" w:rsidRPr="00117576" w:rsidRDefault="00D166F2">
      <w:pPr>
        <w:spacing w:after="40"/>
        <w:ind w:firstLine="709"/>
        <w:jc w:val="both"/>
        <w:rPr>
          <w:rFonts w:cs="Times New Roman"/>
          <w:szCs w:val="24"/>
          <w:lang w:val="ru-RU"/>
        </w:rPr>
      </w:pPr>
      <w:r w:rsidRPr="00117576">
        <w:rPr>
          <w:rFonts w:cs="Times New Roman"/>
          <w:b/>
          <w:szCs w:val="24"/>
          <w:lang w:val="ru-RU"/>
        </w:rPr>
        <w:t>4.5.</w:t>
      </w:r>
      <w:r w:rsidRPr="00117576">
        <w:rPr>
          <w:rFonts w:cs="Times New Roman"/>
          <w:szCs w:val="24"/>
          <w:lang w:val="ru-RU"/>
        </w:rPr>
        <w:t xml:space="preserve"> Рекомендуется маркир</w:t>
      </w:r>
      <w:r w:rsidRPr="00117576">
        <w:rPr>
          <w:rFonts w:cs="Times New Roman"/>
          <w:szCs w:val="24"/>
          <w:lang w:val="ru-RU"/>
        </w:rPr>
        <w:t>овка личных вещей (одежды, обуви) ребёнка (инициалы) во избежание потери или случайного обмена. За утерю одежды и обуви администрация Учреждения ответственности не несёт.</w:t>
      </w:r>
    </w:p>
    <w:p w:rsidR="00244179" w:rsidRPr="00117576" w:rsidRDefault="00D166F2">
      <w:pPr>
        <w:spacing w:after="40"/>
        <w:ind w:firstLine="709"/>
        <w:jc w:val="both"/>
        <w:rPr>
          <w:rFonts w:cs="Times New Roman"/>
          <w:szCs w:val="24"/>
          <w:lang w:val="ru-RU"/>
        </w:rPr>
      </w:pPr>
      <w:r w:rsidRPr="00117576">
        <w:rPr>
          <w:rFonts w:cs="Times New Roman"/>
          <w:b/>
          <w:szCs w:val="24"/>
          <w:lang w:val="ru-RU"/>
        </w:rPr>
        <w:t>4.6.</w:t>
      </w:r>
      <w:r w:rsidRPr="00117576">
        <w:rPr>
          <w:rFonts w:cs="Times New Roman"/>
          <w:szCs w:val="24"/>
          <w:lang w:val="ru-RU"/>
        </w:rPr>
        <w:t xml:space="preserve"> Родители (законные представители) обязаны ежедневно проверять содержимое шкафов </w:t>
      </w:r>
      <w:r w:rsidRPr="00117576">
        <w:rPr>
          <w:rFonts w:cs="Times New Roman"/>
          <w:szCs w:val="24"/>
          <w:lang w:val="ru-RU"/>
        </w:rPr>
        <w:t>для одежды и обуви, пакетов для хранения чистого и использованного белья, а также еженедельно менять комплект спортивной одежды.</w:t>
      </w:r>
    </w:p>
    <w:p w:rsidR="00244179" w:rsidRPr="00117576" w:rsidRDefault="00D166F2">
      <w:pPr>
        <w:spacing w:after="40"/>
        <w:ind w:firstLine="709"/>
        <w:jc w:val="both"/>
        <w:rPr>
          <w:rFonts w:cs="Times New Roman"/>
          <w:szCs w:val="24"/>
          <w:lang w:val="ru-RU"/>
        </w:rPr>
      </w:pPr>
      <w:r w:rsidRPr="00117576">
        <w:rPr>
          <w:rFonts w:cs="Times New Roman"/>
          <w:b/>
          <w:szCs w:val="24"/>
          <w:lang w:val="ru-RU"/>
        </w:rPr>
        <w:t>4.7.</w:t>
      </w:r>
      <w:r w:rsidRPr="00117576">
        <w:rPr>
          <w:rFonts w:cs="Times New Roman"/>
          <w:szCs w:val="24"/>
          <w:lang w:val="ru-RU"/>
        </w:rPr>
        <w:t xml:space="preserve"> Не рекомендуется надевать воспитаннику золотые и серебряные украшения, мобильные телефоны.</w:t>
      </w:r>
    </w:p>
    <w:p w:rsidR="00244179" w:rsidRPr="00117576" w:rsidRDefault="00D166F2">
      <w:pPr>
        <w:spacing w:before="200" w:after="80"/>
        <w:rPr>
          <w:rFonts w:cs="Times New Roman"/>
          <w:szCs w:val="24"/>
          <w:lang w:val="ru-RU"/>
        </w:rPr>
      </w:pPr>
      <w:r w:rsidRPr="00117576">
        <w:rPr>
          <w:rFonts w:cs="Times New Roman"/>
          <w:b/>
          <w:szCs w:val="24"/>
          <w:lang w:val="ru-RU"/>
        </w:rPr>
        <w:t>5. Запрещённые предметы</w:t>
      </w:r>
    </w:p>
    <w:p w:rsidR="00244179" w:rsidRPr="00117576" w:rsidRDefault="00D166F2">
      <w:pPr>
        <w:spacing w:after="40"/>
        <w:ind w:firstLine="709"/>
        <w:jc w:val="both"/>
        <w:rPr>
          <w:rFonts w:cs="Times New Roman"/>
          <w:szCs w:val="24"/>
          <w:lang w:val="ru-RU"/>
        </w:rPr>
      </w:pPr>
      <w:r w:rsidRPr="00117576">
        <w:rPr>
          <w:rFonts w:cs="Times New Roman"/>
          <w:b/>
          <w:szCs w:val="24"/>
          <w:lang w:val="ru-RU"/>
        </w:rPr>
        <w:t>5.1.</w:t>
      </w:r>
      <w:r w:rsidRPr="00117576">
        <w:rPr>
          <w:rFonts w:cs="Times New Roman"/>
          <w:szCs w:val="24"/>
          <w:lang w:val="ru-RU"/>
        </w:rPr>
        <w:t xml:space="preserve"> Во избежание случаев травматизма родители (законные представители) обязаны проверять содержимое карманов в одежде ребёнка перед приходом в Учреждение.</w:t>
      </w:r>
    </w:p>
    <w:p w:rsidR="00244179" w:rsidRPr="00117576" w:rsidRDefault="00D166F2">
      <w:pPr>
        <w:spacing w:after="40"/>
        <w:ind w:firstLine="709"/>
        <w:jc w:val="both"/>
        <w:rPr>
          <w:rFonts w:cs="Times New Roman"/>
          <w:szCs w:val="24"/>
          <w:lang w:val="ru-RU"/>
        </w:rPr>
      </w:pPr>
      <w:r w:rsidRPr="00117576">
        <w:rPr>
          <w:rFonts w:cs="Times New Roman"/>
          <w:b/>
          <w:szCs w:val="24"/>
          <w:lang w:val="ru-RU"/>
        </w:rPr>
        <w:t>5.2.</w:t>
      </w:r>
      <w:r w:rsidRPr="00117576">
        <w:rPr>
          <w:rFonts w:cs="Times New Roman"/>
          <w:szCs w:val="24"/>
          <w:lang w:val="ru-RU"/>
        </w:rPr>
        <w:t xml:space="preserve"> Категорически запрещается приносить в Учреждение:</w:t>
      </w:r>
    </w:p>
    <w:p w:rsidR="00244179" w:rsidRPr="00117576" w:rsidRDefault="00D166F2">
      <w:pPr>
        <w:spacing w:after="40"/>
        <w:ind w:left="709"/>
        <w:jc w:val="both"/>
        <w:rPr>
          <w:rFonts w:cs="Times New Roman"/>
          <w:szCs w:val="24"/>
          <w:lang w:val="ru-RU"/>
        </w:rPr>
      </w:pPr>
      <w:r w:rsidRPr="00117576">
        <w:rPr>
          <w:rFonts w:cs="Times New Roman"/>
          <w:szCs w:val="24"/>
          <w:lang w:val="ru-RU"/>
        </w:rPr>
        <w:t>— острые, режущие, стеклянные предметы;</w:t>
      </w:r>
    </w:p>
    <w:p w:rsidR="00244179" w:rsidRPr="00117576" w:rsidRDefault="00D166F2">
      <w:pPr>
        <w:spacing w:after="40"/>
        <w:ind w:left="709"/>
        <w:jc w:val="both"/>
        <w:rPr>
          <w:rFonts w:cs="Times New Roman"/>
          <w:szCs w:val="24"/>
          <w:lang w:val="ru-RU"/>
        </w:rPr>
      </w:pPr>
      <w:r w:rsidRPr="00117576">
        <w:rPr>
          <w:rFonts w:cs="Times New Roman"/>
          <w:szCs w:val="24"/>
          <w:lang w:val="ru-RU"/>
        </w:rPr>
        <w:t>— огнеопа</w:t>
      </w:r>
      <w:r w:rsidRPr="00117576">
        <w:rPr>
          <w:rFonts w:cs="Times New Roman"/>
          <w:szCs w:val="24"/>
          <w:lang w:val="ru-RU"/>
        </w:rPr>
        <w:t>сные предметы (спички, зажигалки);</w:t>
      </w:r>
    </w:p>
    <w:p w:rsidR="00244179" w:rsidRPr="00117576" w:rsidRDefault="00D166F2">
      <w:pPr>
        <w:spacing w:after="40"/>
        <w:ind w:left="709"/>
        <w:jc w:val="both"/>
        <w:rPr>
          <w:rFonts w:cs="Times New Roman"/>
          <w:szCs w:val="24"/>
          <w:lang w:val="ru-RU"/>
        </w:rPr>
      </w:pPr>
      <w:r w:rsidRPr="00117576">
        <w:rPr>
          <w:rFonts w:cs="Times New Roman"/>
          <w:szCs w:val="24"/>
          <w:lang w:val="ru-RU"/>
        </w:rPr>
        <w:t>— мелкие предметы (бусинки, пуговицы, монеты и т. п.);</w:t>
      </w:r>
    </w:p>
    <w:p w:rsidR="00244179" w:rsidRPr="00117576" w:rsidRDefault="00D166F2">
      <w:pPr>
        <w:spacing w:after="40"/>
        <w:ind w:left="709"/>
        <w:jc w:val="both"/>
        <w:rPr>
          <w:rFonts w:cs="Times New Roman"/>
          <w:szCs w:val="24"/>
          <w:lang w:val="ru-RU"/>
        </w:rPr>
      </w:pPr>
      <w:r w:rsidRPr="00117576">
        <w:rPr>
          <w:rFonts w:cs="Times New Roman"/>
          <w:szCs w:val="24"/>
          <w:lang w:val="ru-RU"/>
        </w:rPr>
        <w:t>— деньги, мобильные телефоны, электронные игры;</w:t>
      </w:r>
    </w:p>
    <w:p w:rsidR="00244179" w:rsidRPr="00117576" w:rsidRDefault="00D166F2">
      <w:pPr>
        <w:spacing w:after="40"/>
        <w:ind w:left="709"/>
        <w:jc w:val="both"/>
        <w:rPr>
          <w:rFonts w:cs="Times New Roman"/>
          <w:szCs w:val="24"/>
          <w:lang w:val="ru-RU"/>
        </w:rPr>
      </w:pPr>
      <w:r w:rsidRPr="00117576">
        <w:rPr>
          <w:rFonts w:cs="Times New Roman"/>
          <w:szCs w:val="24"/>
          <w:lang w:val="ru-RU"/>
        </w:rPr>
        <w:t xml:space="preserve">— таблетки и другие лекарственные средства (лекарства передаются лично медицинскому работнику с письменным заявлением </w:t>
      </w:r>
      <w:r w:rsidRPr="00117576">
        <w:rPr>
          <w:rFonts w:cs="Times New Roman"/>
          <w:szCs w:val="24"/>
          <w:lang w:val="ru-RU"/>
        </w:rPr>
        <w:t>родителей);</w:t>
      </w:r>
    </w:p>
    <w:p w:rsidR="00244179" w:rsidRPr="00117576" w:rsidRDefault="00D166F2">
      <w:pPr>
        <w:spacing w:after="40"/>
        <w:ind w:left="709"/>
        <w:jc w:val="both"/>
        <w:rPr>
          <w:rFonts w:cs="Times New Roman"/>
          <w:szCs w:val="24"/>
          <w:lang w:val="ru-RU"/>
        </w:rPr>
      </w:pPr>
      <w:r w:rsidRPr="00117576">
        <w:rPr>
          <w:rFonts w:cs="Times New Roman"/>
          <w:szCs w:val="24"/>
          <w:lang w:val="ru-RU"/>
        </w:rPr>
        <w:t>— декоративную косметику;</w:t>
      </w:r>
    </w:p>
    <w:p w:rsidR="00244179" w:rsidRPr="00117576" w:rsidRDefault="00D166F2">
      <w:pPr>
        <w:spacing w:after="40"/>
        <w:ind w:left="709"/>
        <w:jc w:val="both"/>
        <w:rPr>
          <w:rFonts w:cs="Times New Roman"/>
          <w:szCs w:val="24"/>
          <w:lang w:val="ru-RU"/>
        </w:rPr>
      </w:pPr>
      <w:r w:rsidRPr="00117576">
        <w:rPr>
          <w:rFonts w:cs="Times New Roman"/>
          <w:szCs w:val="24"/>
          <w:lang w:val="ru-RU"/>
        </w:rPr>
        <w:t>— жевательную резинку, продукты питания (конфеты, печенье, сухарики, напитки и др.);</w:t>
      </w:r>
    </w:p>
    <w:p w:rsidR="00244179" w:rsidRPr="00117576" w:rsidRDefault="00D166F2">
      <w:pPr>
        <w:spacing w:after="40"/>
        <w:ind w:left="709"/>
        <w:jc w:val="both"/>
        <w:rPr>
          <w:rFonts w:cs="Times New Roman"/>
          <w:szCs w:val="24"/>
          <w:lang w:val="ru-RU"/>
        </w:rPr>
      </w:pPr>
      <w:r w:rsidRPr="00117576">
        <w:rPr>
          <w:rFonts w:cs="Times New Roman"/>
          <w:szCs w:val="24"/>
          <w:lang w:val="ru-RU"/>
        </w:rPr>
        <w:t>— скоропортящиеся продукты, продукты, вызывающие аллергию, не соответствующие требованиям к детскому питанию.</w:t>
      </w:r>
    </w:p>
    <w:p w:rsidR="00244179" w:rsidRPr="00117576" w:rsidRDefault="00D166F2">
      <w:pPr>
        <w:spacing w:after="40"/>
        <w:ind w:firstLine="709"/>
        <w:jc w:val="both"/>
        <w:rPr>
          <w:rFonts w:cs="Times New Roman"/>
          <w:szCs w:val="24"/>
          <w:lang w:val="ru-RU"/>
        </w:rPr>
      </w:pPr>
      <w:r w:rsidRPr="00117576">
        <w:rPr>
          <w:rFonts w:cs="Times New Roman"/>
          <w:b/>
          <w:szCs w:val="24"/>
          <w:lang w:val="ru-RU"/>
        </w:rPr>
        <w:t>5.3.</w:t>
      </w:r>
      <w:r w:rsidRPr="00117576">
        <w:rPr>
          <w:rFonts w:cs="Times New Roman"/>
          <w:szCs w:val="24"/>
          <w:lang w:val="ru-RU"/>
        </w:rPr>
        <w:t xml:space="preserve"> Использование личн</w:t>
      </w:r>
      <w:r w:rsidRPr="00117576">
        <w:rPr>
          <w:rFonts w:cs="Times New Roman"/>
          <w:szCs w:val="24"/>
          <w:lang w:val="ru-RU"/>
        </w:rPr>
        <w:t>ых велосипедов, самокатов, санок в Учреждении без разрешения воспитателя запрещено в целях обеспечения безопасности других детей.</w:t>
      </w:r>
    </w:p>
    <w:p w:rsidR="00244179" w:rsidRPr="00117576" w:rsidRDefault="00D166F2">
      <w:pPr>
        <w:spacing w:before="200" w:after="80"/>
        <w:rPr>
          <w:rFonts w:cs="Times New Roman"/>
          <w:szCs w:val="24"/>
          <w:lang w:val="ru-RU"/>
        </w:rPr>
      </w:pPr>
      <w:r w:rsidRPr="00117576">
        <w:rPr>
          <w:rFonts w:cs="Times New Roman"/>
          <w:b/>
          <w:szCs w:val="24"/>
          <w:lang w:val="ru-RU"/>
        </w:rPr>
        <w:t>6. Организация питания</w:t>
      </w:r>
    </w:p>
    <w:p w:rsidR="00244179" w:rsidRPr="00117576" w:rsidRDefault="00D166F2">
      <w:pPr>
        <w:spacing w:after="40"/>
        <w:ind w:firstLine="709"/>
        <w:jc w:val="both"/>
        <w:rPr>
          <w:rFonts w:cs="Times New Roman"/>
          <w:szCs w:val="24"/>
          <w:lang w:val="ru-RU"/>
        </w:rPr>
      </w:pPr>
      <w:r w:rsidRPr="00117576">
        <w:rPr>
          <w:rFonts w:cs="Times New Roman"/>
          <w:b/>
          <w:szCs w:val="24"/>
          <w:lang w:val="ru-RU"/>
        </w:rPr>
        <w:t>6.1.</w:t>
      </w:r>
      <w:r w:rsidRPr="00117576">
        <w:rPr>
          <w:rFonts w:cs="Times New Roman"/>
          <w:szCs w:val="24"/>
          <w:lang w:val="ru-RU"/>
        </w:rPr>
        <w:t xml:space="preserve"> Учреждение обеспечивает гарантированное сбалансированное питание воспитанников с учётом возраста и</w:t>
      </w:r>
      <w:r w:rsidRPr="00117576">
        <w:rPr>
          <w:rFonts w:cs="Times New Roman"/>
          <w:szCs w:val="24"/>
          <w:lang w:val="ru-RU"/>
        </w:rPr>
        <w:t xml:space="preserve"> физиологических потребностей </w:t>
      </w:r>
      <w:proofErr w:type="gramStart"/>
      <w:r w:rsidRPr="00117576">
        <w:rPr>
          <w:rFonts w:cs="Times New Roman"/>
          <w:szCs w:val="24"/>
          <w:lang w:val="ru-RU"/>
        </w:rPr>
        <w:t>в соответствии с СанПиН</w:t>
      </w:r>
      <w:proofErr w:type="gramEnd"/>
      <w:r w:rsidRPr="00117576">
        <w:rPr>
          <w:rFonts w:cs="Times New Roman"/>
          <w:szCs w:val="24"/>
          <w:lang w:val="ru-RU"/>
        </w:rPr>
        <w:t xml:space="preserve"> 2.3/2.4.4282-26 «Санитарно-эпидемиологические требования к организации общественного питания населения», действующими с 01.09.2026.</w:t>
      </w:r>
    </w:p>
    <w:p w:rsidR="00244179" w:rsidRPr="00117576" w:rsidRDefault="00D166F2">
      <w:pPr>
        <w:spacing w:after="40"/>
        <w:ind w:firstLine="709"/>
        <w:jc w:val="both"/>
        <w:rPr>
          <w:rFonts w:cs="Times New Roman"/>
          <w:szCs w:val="24"/>
          <w:lang w:val="ru-RU"/>
        </w:rPr>
      </w:pPr>
      <w:r w:rsidRPr="00117576">
        <w:rPr>
          <w:rFonts w:cs="Times New Roman"/>
          <w:b/>
          <w:szCs w:val="24"/>
          <w:lang w:val="ru-RU"/>
        </w:rPr>
        <w:t>6.2.</w:t>
      </w:r>
      <w:r w:rsidRPr="00117576">
        <w:rPr>
          <w:rFonts w:cs="Times New Roman"/>
          <w:szCs w:val="24"/>
          <w:lang w:val="ru-RU"/>
        </w:rPr>
        <w:t xml:space="preserve"> Питание организуется в соответствии с примерным меню, утверждённы</w:t>
      </w:r>
      <w:r w:rsidRPr="00117576">
        <w:rPr>
          <w:rFonts w:cs="Times New Roman"/>
          <w:szCs w:val="24"/>
          <w:lang w:val="ru-RU"/>
        </w:rPr>
        <w:t>м заведующим, рассчитанным не менее чем на 2 недели, с учётом суточных наборов продуктов для каждой возрастной группы.</w:t>
      </w:r>
    </w:p>
    <w:p w:rsidR="00244179" w:rsidRPr="00117576" w:rsidRDefault="00D166F2">
      <w:pPr>
        <w:spacing w:after="40"/>
        <w:ind w:firstLine="709"/>
        <w:jc w:val="both"/>
        <w:rPr>
          <w:rFonts w:cs="Times New Roman"/>
          <w:szCs w:val="24"/>
          <w:lang w:val="ru-RU"/>
        </w:rPr>
      </w:pPr>
      <w:r w:rsidRPr="00117576">
        <w:rPr>
          <w:rFonts w:cs="Times New Roman"/>
          <w:b/>
          <w:szCs w:val="24"/>
          <w:lang w:val="ru-RU"/>
        </w:rPr>
        <w:t>6.3.</w:t>
      </w:r>
      <w:r w:rsidRPr="00117576">
        <w:rPr>
          <w:rFonts w:cs="Times New Roman"/>
          <w:szCs w:val="24"/>
          <w:lang w:val="ru-RU"/>
        </w:rPr>
        <w:t xml:space="preserve"> Организовано 4-разовое питание: завтрак, 2-й завтрак, обед, полдник.</w:t>
      </w:r>
    </w:p>
    <w:p w:rsidR="00244179" w:rsidRPr="00117576" w:rsidRDefault="00D166F2">
      <w:pPr>
        <w:spacing w:after="40"/>
        <w:ind w:firstLine="709"/>
        <w:jc w:val="both"/>
        <w:rPr>
          <w:rFonts w:cs="Times New Roman"/>
          <w:szCs w:val="24"/>
          <w:lang w:val="ru-RU"/>
        </w:rPr>
      </w:pPr>
      <w:r w:rsidRPr="00117576">
        <w:rPr>
          <w:rFonts w:cs="Times New Roman"/>
          <w:b/>
          <w:szCs w:val="24"/>
          <w:lang w:val="ru-RU"/>
        </w:rPr>
        <w:t>6.4.</w:t>
      </w:r>
      <w:r w:rsidRPr="00117576">
        <w:rPr>
          <w:rFonts w:cs="Times New Roman"/>
          <w:szCs w:val="24"/>
          <w:lang w:val="ru-RU"/>
        </w:rPr>
        <w:t xml:space="preserve"> Приём пищи осуществляется в строго отведённое время соглас</w:t>
      </w:r>
      <w:r w:rsidRPr="00117576">
        <w:rPr>
          <w:rFonts w:cs="Times New Roman"/>
          <w:szCs w:val="24"/>
          <w:lang w:val="ru-RU"/>
        </w:rPr>
        <w:t>но режиму дня. Для детей, пришедших после окончания приёма пищи, блюда не оставляются.</w:t>
      </w:r>
    </w:p>
    <w:p w:rsidR="00244179" w:rsidRPr="00117576" w:rsidRDefault="00D166F2">
      <w:pPr>
        <w:spacing w:after="40"/>
        <w:ind w:firstLine="709"/>
        <w:jc w:val="both"/>
        <w:rPr>
          <w:rFonts w:cs="Times New Roman"/>
          <w:szCs w:val="24"/>
          <w:lang w:val="ru-RU"/>
        </w:rPr>
      </w:pPr>
      <w:r w:rsidRPr="00117576">
        <w:rPr>
          <w:rFonts w:cs="Times New Roman"/>
          <w:b/>
          <w:szCs w:val="24"/>
          <w:lang w:val="ru-RU"/>
        </w:rPr>
        <w:t>6.5.</w:t>
      </w:r>
      <w:r w:rsidRPr="00117576">
        <w:rPr>
          <w:rFonts w:cs="Times New Roman"/>
          <w:szCs w:val="24"/>
          <w:lang w:val="ru-RU"/>
        </w:rPr>
        <w:t xml:space="preserve"> Пища из пищеблока подаётся при отсутствии воспитанников в коридорах и на лестницах. Температура горячей пищи при выдаче не должна превышать 70 °</w:t>
      </w:r>
      <w:r w:rsidRPr="00117576">
        <w:rPr>
          <w:rFonts w:cs="Times New Roman"/>
          <w:szCs w:val="24"/>
        </w:rPr>
        <w:t>C</w:t>
      </w:r>
      <w:r w:rsidRPr="00117576">
        <w:rPr>
          <w:rFonts w:cs="Times New Roman"/>
          <w:szCs w:val="24"/>
          <w:lang w:val="ru-RU"/>
        </w:rPr>
        <w:t>. Привлекать воспит</w:t>
      </w:r>
      <w:r w:rsidRPr="00117576">
        <w:rPr>
          <w:rFonts w:cs="Times New Roman"/>
          <w:szCs w:val="24"/>
          <w:lang w:val="ru-RU"/>
        </w:rPr>
        <w:t>анников к получению пищи с пищеблока категорически запрещается.</w:t>
      </w:r>
    </w:p>
    <w:p w:rsidR="00244179" w:rsidRPr="00117576" w:rsidRDefault="00D166F2">
      <w:pPr>
        <w:spacing w:after="40"/>
        <w:ind w:firstLine="709"/>
        <w:jc w:val="both"/>
        <w:rPr>
          <w:rFonts w:cs="Times New Roman"/>
          <w:szCs w:val="24"/>
          <w:lang w:val="ru-RU"/>
        </w:rPr>
      </w:pPr>
      <w:r w:rsidRPr="00117576">
        <w:rPr>
          <w:rFonts w:cs="Times New Roman"/>
          <w:b/>
          <w:szCs w:val="24"/>
          <w:lang w:val="ru-RU"/>
        </w:rPr>
        <w:t>6.6.</w:t>
      </w:r>
      <w:r w:rsidRPr="00117576">
        <w:rPr>
          <w:rFonts w:cs="Times New Roman"/>
          <w:szCs w:val="24"/>
          <w:lang w:val="ru-RU"/>
        </w:rPr>
        <w:t xml:space="preserve"> Если у воспитанника есть аллергия или иные особенности здоровья и развития, родители (законные представители) обязаны поставить в известность воспитателя, медицинского работника и предост</w:t>
      </w:r>
      <w:r w:rsidRPr="00117576">
        <w:rPr>
          <w:rFonts w:cs="Times New Roman"/>
          <w:szCs w:val="24"/>
          <w:lang w:val="ru-RU"/>
        </w:rPr>
        <w:t>авить соответствующее медицинское заключение. Замена блюд для детей с аллергией не производится.</w:t>
      </w:r>
    </w:p>
    <w:p w:rsidR="00244179" w:rsidRPr="00117576" w:rsidRDefault="00D166F2">
      <w:pPr>
        <w:spacing w:after="40"/>
        <w:ind w:firstLine="709"/>
        <w:jc w:val="both"/>
        <w:rPr>
          <w:rFonts w:cs="Times New Roman"/>
          <w:szCs w:val="24"/>
          <w:lang w:val="ru-RU"/>
        </w:rPr>
      </w:pPr>
      <w:r w:rsidRPr="00117576">
        <w:rPr>
          <w:rFonts w:cs="Times New Roman"/>
          <w:b/>
          <w:szCs w:val="24"/>
          <w:lang w:val="ru-RU"/>
        </w:rPr>
        <w:lastRenderedPageBreak/>
        <w:t>6.7.</w:t>
      </w:r>
      <w:r w:rsidRPr="00117576">
        <w:rPr>
          <w:rFonts w:cs="Times New Roman"/>
          <w:szCs w:val="24"/>
          <w:lang w:val="ru-RU"/>
        </w:rPr>
        <w:t xml:space="preserve"> Питьевой режим организован с использованием кипячёной питьевой воды при соблюдении требований: кипячение не менее 5 минут; охлаждение до комнатной темпера</w:t>
      </w:r>
      <w:r w:rsidRPr="00117576">
        <w:rPr>
          <w:rFonts w:cs="Times New Roman"/>
          <w:szCs w:val="24"/>
          <w:lang w:val="ru-RU"/>
        </w:rPr>
        <w:t>туры непосредственно в ёмкости, где вода кипятилась; смена воды не реже чем через 3 часа.</w:t>
      </w:r>
    </w:p>
    <w:p w:rsidR="00244179" w:rsidRPr="00117576" w:rsidRDefault="00D166F2">
      <w:pPr>
        <w:spacing w:after="40"/>
        <w:ind w:firstLine="709"/>
        <w:jc w:val="both"/>
        <w:rPr>
          <w:rFonts w:cs="Times New Roman"/>
          <w:szCs w:val="24"/>
          <w:lang w:val="ru-RU"/>
        </w:rPr>
      </w:pPr>
      <w:r w:rsidRPr="00117576">
        <w:rPr>
          <w:rFonts w:cs="Times New Roman"/>
          <w:b/>
          <w:szCs w:val="24"/>
          <w:lang w:val="ru-RU"/>
        </w:rPr>
        <w:t>6.8.</w:t>
      </w:r>
      <w:r w:rsidRPr="00117576">
        <w:rPr>
          <w:rFonts w:cs="Times New Roman"/>
          <w:szCs w:val="24"/>
          <w:lang w:val="ru-RU"/>
        </w:rPr>
        <w:t xml:space="preserve"> При проведении массовых мероприятий длительностью более 2 часов каждый ребёнок должен быть обеспечен дополнительно бутилированной питьевой (негазированной) водой</w:t>
      </w:r>
      <w:r w:rsidRPr="00117576">
        <w:rPr>
          <w:rFonts w:cs="Times New Roman"/>
          <w:szCs w:val="24"/>
          <w:lang w:val="ru-RU"/>
        </w:rPr>
        <w:t xml:space="preserve"> промышленного производства из расчёта не менее 1,5 литра на одного ребёнка.</w:t>
      </w:r>
    </w:p>
    <w:p w:rsidR="00244179" w:rsidRPr="00117576" w:rsidRDefault="00D166F2">
      <w:pPr>
        <w:spacing w:before="200" w:after="80"/>
        <w:rPr>
          <w:rFonts w:cs="Times New Roman"/>
          <w:szCs w:val="24"/>
          <w:lang w:val="ru-RU"/>
        </w:rPr>
      </w:pPr>
      <w:r w:rsidRPr="00117576">
        <w:rPr>
          <w:rFonts w:cs="Times New Roman"/>
          <w:b/>
          <w:szCs w:val="24"/>
          <w:lang w:val="ru-RU"/>
        </w:rPr>
        <w:t>7. Прогулки и двигательная активность</w:t>
      </w:r>
    </w:p>
    <w:p w:rsidR="00244179" w:rsidRPr="00117576" w:rsidRDefault="00D166F2">
      <w:pPr>
        <w:spacing w:after="40"/>
        <w:ind w:firstLine="709"/>
        <w:jc w:val="both"/>
        <w:rPr>
          <w:rFonts w:cs="Times New Roman"/>
          <w:szCs w:val="24"/>
          <w:lang w:val="ru-RU"/>
        </w:rPr>
      </w:pPr>
      <w:r w:rsidRPr="00117576">
        <w:rPr>
          <w:rFonts w:cs="Times New Roman"/>
          <w:b/>
          <w:szCs w:val="24"/>
          <w:lang w:val="ru-RU"/>
        </w:rPr>
        <w:t>7.1.</w:t>
      </w:r>
      <w:r w:rsidRPr="00117576">
        <w:rPr>
          <w:rFonts w:cs="Times New Roman"/>
          <w:szCs w:val="24"/>
          <w:lang w:val="ru-RU"/>
        </w:rPr>
        <w:t xml:space="preserve"> Ежедневная прогулка воспитанников составляет не менее 3 часов в день (суммарно). Прогулки организуются 2 раза: в первую и вторую половин</w:t>
      </w:r>
      <w:r w:rsidRPr="00117576">
        <w:rPr>
          <w:rFonts w:cs="Times New Roman"/>
          <w:szCs w:val="24"/>
          <w:lang w:val="ru-RU"/>
        </w:rPr>
        <w:t>у дня.</w:t>
      </w:r>
    </w:p>
    <w:p w:rsidR="00244179" w:rsidRPr="00117576" w:rsidRDefault="00D166F2">
      <w:pPr>
        <w:spacing w:after="40"/>
        <w:ind w:firstLine="709"/>
        <w:jc w:val="both"/>
        <w:rPr>
          <w:rFonts w:cs="Times New Roman"/>
          <w:szCs w:val="24"/>
          <w:lang w:val="ru-RU"/>
        </w:rPr>
      </w:pPr>
      <w:r w:rsidRPr="00117576">
        <w:rPr>
          <w:rFonts w:cs="Times New Roman"/>
          <w:b/>
          <w:szCs w:val="24"/>
          <w:lang w:val="ru-RU"/>
        </w:rPr>
        <w:t>7.2.</w:t>
      </w:r>
      <w:r w:rsidRPr="00117576">
        <w:rPr>
          <w:rFonts w:cs="Times New Roman"/>
          <w:szCs w:val="24"/>
          <w:lang w:val="ru-RU"/>
        </w:rPr>
        <w:t xml:space="preserve"> При температуре воздуха ниже −15 °</w:t>
      </w:r>
      <w:r w:rsidRPr="00117576">
        <w:rPr>
          <w:rFonts w:cs="Times New Roman"/>
          <w:szCs w:val="24"/>
        </w:rPr>
        <w:t>C</w:t>
      </w:r>
      <w:r w:rsidRPr="00117576">
        <w:rPr>
          <w:rFonts w:cs="Times New Roman"/>
          <w:szCs w:val="24"/>
          <w:lang w:val="ru-RU"/>
        </w:rPr>
        <w:t xml:space="preserve"> и скорости ветра более 7 м/с продолжительность прогулки сокращается либо она переносится в физкультурный зал.</w:t>
      </w:r>
    </w:p>
    <w:p w:rsidR="00244179" w:rsidRPr="00117576" w:rsidRDefault="00D166F2">
      <w:pPr>
        <w:spacing w:after="40"/>
        <w:ind w:firstLine="709"/>
        <w:jc w:val="both"/>
        <w:rPr>
          <w:rFonts w:cs="Times New Roman"/>
          <w:szCs w:val="24"/>
          <w:lang w:val="ru-RU"/>
        </w:rPr>
      </w:pPr>
      <w:r w:rsidRPr="00117576">
        <w:rPr>
          <w:rFonts w:cs="Times New Roman"/>
          <w:b/>
          <w:szCs w:val="24"/>
          <w:lang w:val="ru-RU"/>
        </w:rPr>
        <w:t>7.3.</w:t>
      </w:r>
      <w:r w:rsidRPr="00117576">
        <w:rPr>
          <w:rFonts w:cs="Times New Roman"/>
          <w:szCs w:val="24"/>
          <w:lang w:val="ru-RU"/>
        </w:rPr>
        <w:t xml:space="preserve"> Основу режима составляет установленный распорядок сна и бодрствования, приёмов пищи, гигиенич</w:t>
      </w:r>
      <w:r w:rsidRPr="00117576">
        <w:rPr>
          <w:rFonts w:cs="Times New Roman"/>
          <w:szCs w:val="24"/>
          <w:lang w:val="ru-RU"/>
        </w:rPr>
        <w:t>еских и оздоровительных процедур, непосредственно образовательной деятельности, прогулок и самостоятельной деятельности воспитанников, составленный в соответствии с СП 2.4.2.4283-26.</w:t>
      </w:r>
    </w:p>
    <w:p w:rsidR="00244179" w:rsidRPr="00117576" w:rsidRDefault="00D166F2">
      <w:pPr>
        <w:spacing w:after="40"/>
        <w:ind w:firstLine="709"/>
        <w:jc w:val="both"/>
        <w:rPr>
          <w:rFonts w:cs="Times New Roman"/>
          <w:szCs w:val="24"/>
          <w:lang w:val="ru-RU"/>
        </w:rPr>
      </w:pPr>
      <w:r w:rsidRPr="00117576">
        <w:rPr>
          <w:rFonts w:cs="Times New Roman"/>
          <w:b/>
          <w:szCs w:val="24"/>
          <w:lang w:val="ru-RU"/>
        </w:rPr>
        <w:t>7.4.</w:t>
      </w:r>
      <w:r w:rsidRPr="00117576">
        <w:rPr>
          <w:rFonts w:cs="Times New Roman"/>
          <w:szCs w:val="24"/>
          <w:lang w:val="ru-RU"/>
        </w:rPr>
        <w:t xml:space="preserve"> Отношение времени, затраченного на непосредственное выполнение физич</w:t>
      </w:r>
      <w:r w:rsidRPr="00117576">
        <w:rPr>
          <w:rFonts w:cs="Times New Roman"/>
          <w:szCs w:val="24"/>
          <w:lang w:val="ru-RU"/>
        </w:rPr>
        <w:t>еских упражнений, к общему времени занятия физической культурой должно составлять не менее 70%.</w:t>
      </w:r>
    </w:p>
    <w:p w:rsidR="00244179" w:rsidRPr="00117576" w:rsidRDefault="00D166F2">
      <w:pPr>
        <w:spacing w:after="40"/>
        <w:ind w:firstLine="709"/>
        <w:jc w:val="both"/>
        <w:rPr>
          <w:rFonts w:cs="Times New Roman"/>
          <w:szCs w:val="24"/>
          <w:lang w:val="ru-RU"/>
        </w:rPr>
      </w:pPr>
      <w:r w:rsidRPr="00117576">
        <w:rPr>
          <w:rFonts w:cs="Times New Roman"/>
          <w:b/>
          <w:szCs w:val="24"/>
          <w:lang w:val="ru-RU"/>
        </w:rPr>
        <w:t>7.5.</w:t>
      </w:r>
      <w:r w:rsidRPr="00117576">
        <w:rPr>
          <w:rFonts w:cs="Times New Roman"/>
          <w:szCs w:val="24"/>
          <w:lang w:val="ru-RU"/>
        </w:rPr>
        <w:t xml:space="preserve"> В физкультурном зале после каждого занятия проводится проветривание не менее 10 минут.</w:t>
      </w:r>
    </w:p>
    <w:p w:rsidR="00244179" w:rsidRPr="00117576" w:rsidRDefault="00D166F2">
      <w:pPr>
        <w:spacing w:after="40"/>
        <w:ind w:firstLine="709"/>
        <w:jc w:val="both"/>
        <w:rPr>
          <w:rFonts w:cs="Times New Roman"/>
          <w:szCs w:val="24"/>
          <w:lang w:val="ru-RU"/>
        </w:rPr>
      </w:pPr>
      <w:r w:rsidRPr="00117576">
        <w:rPr>
          <w:rFonts w:cs="Times New Roman"/>
          <w:b/>
          <w:szCs w:val="24"/>
          <w:lang w:val="ru-RU"/>
        </w:rPr>
        <w:t>7.6.</w:t>
      </w:r>
      <w:r w:rsidRPr="00117576">
        <w:rPr>
          <w:rFonts w:cs="Times New Roman"/>
          <w:szCs w:val="24"/>
          <w:lang w:val="ru-RU"/>
        </w:rPr>
        <w:t xml:space="preserve"> После прогулки, перед приёмом пищи, воспитанники обязательно моют руки.</w:t>
      </w:r>
    </w:p>
    <w:p w:rsidR="00244179" w:rsidRPr="00117576" w:rsidRDefault="00D166F2">
      <w:pPr>
        <w:spacing w:before="200" w:after="80"/>
        <w:rPr>
          <w:rFonts w:cs="Times New Roman"/>
          <w:szCs w:val="24"/>
          <w:lang w:val="ru-RU"/>
        </w:rPr>
      </w:pPr>
      <w:r w:rsidRPr="00117576">
        <w:rPr>
          <w:rFonts w:cs="Times New Roman"/>
          <w:b/>
          <w:szCs w:val="24"/>
          <w:lang w:val="ru-RU"/>
        </w:rPr>
        <w:t>8. Здоровье и санитарно-эпидемиологические требования</w:t>
      </w:r>
    </w:p>
    <w:p w:rsidR="00244179" w:rsidRPr="00117576" w:rsidRDefault="00D166F2">
      <w:pPr>
        <w:spacing w:after="40"/>
        <w:ind w:firstLine="709"/>
        <w:jc w:val="both"/>
        <w:rPr>
          <w:rFonts w:cs="Times New Roman"/>
          <w:szCs w:val="24"/>
          <w:lang w:val="ru-RU"/>
        </w:rPr>
      </w:pPr>
      <w:r w:rsidRPr="00117576">
        <w:rPr>
          <w:rFonts w:cs="Times New Roman"/>
          <w:b/>
          <w:szCs w:val="24"/>
          <w:lang w:val="ru-RU"/>
        </w:rPr>
        <w:t>8.1.</w:t>
      </w:r>
      <w:r w:rsidRPr="00117576">
        <w:rPr>
          <w:rFonts w:cs="Times New Roman"/>
          <w:szCs w:val="24"/>
          <w:lang w:val="ru-RU"/>
        </w:rPr>
        <w:t xml:space="preserve"> В целях предотвращения возникновения и распространения инфекционных и неинфекционных заболеваний, пищевых отравлений в Учреж</w:t>
      </w:r>
      <w:r w:rsidRPr="00117576">
        <w:rPr>
          <w:rFonts w:cs="Times New Roman"/>
          <w:szCs w:val="24"/>
          <w:lang w:val="ru-RU"/>
        </w:rPr>
        <w:t>дении проводятся:</w:t>
      </w:r>
    </w:p>
    <w:p w:rsidR="00244179" w:rsidRPr="00117576" w:rsidRDefault="00D166F2">
      <w:pPr>
        <w:spacing w:after="40"/>
        <w:ind w:left="709"/>
        <w:jc w:val="both"/>
        <w:rPr>
          <w:rFonts w:cs="Times New Roman"/>
          <w:szCs w:val="24"/>
          <w:lang w:val="ru-RU"/>
        </w:rPr>
      </w:pPr>
      <w:r w:rsidRPr="00117576">
        <w:rPr>
          <w:rFonts w:cs="Times New Roman"/>
          <w:szCs w:val="24"/>
          <w:lang w:val="ru-RU"/>
        </w:rPr>
        <w:t>— ежедневная влажная уборка помещений с применением моющих и дезинфицирующих средств, разрешённых для использования в детских образовательных организациях;</w:t>
      </w:r>
    </w:p>
    <w:p w:rsidR="00244179" w:rsidRPr="00117576" w:rsidRDefault="00D166F2">
      <w:pPr>
        <w:spacing w:after="40"/>
        <w:ind w:left="709"/>
        <w:jc w:val="both"/>
        <w:rPr>
          <w:rFonts w:cs="Times New Roman"/>
          <w:szCs w:val="24"/>
          <w:lang w:val="ru-RU"/>
        </w:rPr>
      </w:pPr>
      <w:r w:rsidRPr="00117576">
        <w:rPr>
          <w:rFonts w:cs="Times New Roman"/>
          <w:szCs w:val="24"/>
          <w:lang w:val="ru-RU"/>
        </w:rPr>
        <w:t>— обработка дверных ручек, поручней, выключателей с использованием дезинфицирующих</w:t>
      </w:r>
      <w:r w:rsidRPr="00117576">
        <w:rPr>
          <w:rFonts w:cs="Times New Roman"/>
          <w:szCs w:val="24"/>
          <w:lang w:val="ru-RU"/>
        </w:rPr>
        <w:t xml:space="preserve"> средств;</w:t>
      </w:r>
    </w:p>
    <w:p w:rsidR="00244179" w:rsidRPr="00117576" w:rsidRDefault="00D166F2">
      <w:pPr>
        <w:spacing w:after="40"/>
        <w:ind w:left="709"/>
        <w:jc w:val="both"/>
        <w:rPr>
          <w:rFonts w:cs="Times New Roman"/>
          <w:szCs w:val="24"/>
          <w:lang w:val="ru-RU"/>
        </w:rPr>
      </w:pPr>
      <w:r w:rsidRPr="00117576">
        <w:rPr>
          <w:rFonts w:cs="Times New Roman"/>
          <w:szCs w:val="24"/>
          <w:lang w:val="ru-RU"/>
        </w:rPr>
        <w:t>— ежедневное обеззараживание санитарно-технического оборудования;</w:t>
      </w:r>
    </w:p>
    <w:p w:rsidR="00244179" w:rsidRPr="00117576" w:rsidRDefault="00D166F2">
      <w:pPr>
        <w:spacing w:after="40"/>
        <w:ind w:left="709"/>
        <w:jc w:val="both"/>
        <w:rPr>
          <w:rFonts w:cs="Times New Roman"/>
          <w:szCs w:val="24"/>
          <w:lang w:val="ru-RU"/>
        </w:rPr>
      </w:pPr>
      <w:r w:rsidRPr="00117576">
        <w:rPr>
          <w:rFonts w:cs="Times New Roman"/>
          <w:szCs w:val="24"/>
          <w:lang w:val="ru-RU"/>
        </w:rPr>
        <w:t>— мытьё игрушек ежедневно в конце дня, а в группах для детей раннего возраста — 2 раза в день;</w:t>
      </w:r>
    </w:p>
    <w:p w:rsidR="00244179" w:rsidRPr="00117576" w:rsidRDefault="00D166F2">
      <w:pPr>
        <w:spacing w:after="40"/>
        <w:ind w:left="709"/>
        <w:jc w:val="both"/>
        <w:rPr>
          <w:rFonts w:cs="Times New Roman"/>
          <w:szCs w:val="24"/>
          <w:lang w:val="ru-RU"/>
        </w:rPr>
      </w:pPr>
      <w:r w:rsidRPr="00117576">
        <w:rPr>
          <w:rFonts w:cs="Times New Roman"/>
          <w:szCs w:val="24"/>
          <w:lang w:val="ru-RU"/>
        </w:rPr>
        <w:t>— генеральная уборка помещений не реже одного раза в месяц;</w:t>
      </w:r>
    </w:p>
    <w:p w:rsidR="00244179" w:rsidRPr="00117576" w:rsidRDefault="00D166F2">
      <w:pPr>
        <w:spacing w:after="40"/>
        <w:ind w:left="709"/>
        <w:jc w:val="both"/>
        <w:rPr>
          <w:rFonts w:cs="Times New Roman"/>
          <w:szCs w:val="24"/>
          <w:lang w:val="ru-RU"/>
        </w:rPr>
      </w:pPr>
      <w:r w:rsidRPr="00117576">
        <w:rPr>
          <w:rFonts w:cs="Times New Roman"/>
          <w:szCs w:val="24"/>
          <w:lang w:val="ru-RU"/>
        </w:rPr>
        <w:t>— смена постельного белья</w:t>
      </w:r>
      <w:r w:rsidRPr="00117576">
        <w:rPr>
          <w:rFonts w:cs="Times New Roman"/>
          <w:szCs w:val="24"/>
          <w:lang w:val="ru-RU"/>
        </w:rPr>
        <w:t xml:space="preserve"> и полотенец по мере загрязнения, но не реже 1 раза в 7 дней;</w:t>
      </w:r>
    </w:p>
    <w:p w:rsidR="00244179" w:rsidRPr="00117576" w:rsidRDefault="00D166F2">
      <w:pPr>
        <w:spacing w:after="40"/>
        <w:ind w:left="709"/>
        <w:jc w:val="both"/>
        <w:rPr>
          <w:rFonts w:cs="Times New Roman"/>
          <w:szCs w:val="24"/>
          <w:lang w:val="ru-RU"/>
        </w:rPr>
      </w:pPr>
      <w:r w:rsidRPr="00117576">
        <w:rPr>
          <w:rFonts w:cs="Times New Roman"/>
          <w:szCs w:val="24"/>
          <w:lang w:val="ru-RU"/>
        </w:rPr>
        <w:t>— проветривание в групповых помещениях не менее 2 раз в день, в отсутствие детей, завершаемое за 30 минут до прихода воспитанников (при проветривании допускается кратковременное снижение темпера</w:t>
      </w:r>
      <w:r w:rsidRPr="00117576">
        <w:rPr>
          <w:rFonts w:cs="Times New Roman"/>
          <w:szCs w:val="24"/>
          <w:lang w:val="ru-RU"/>
        </w:rPr>
        <w:t>туры не более чем на 2 °</w:t>
      </w:r>
      <w:r w:rsidRPr="00117576">
        <w:rPr>
          <w:rFonts w:cs="Times New Roman"/>
          <w:szCs w:val="24"/>
        </w:rPr>
        <w:t>C</w:t>
      </w:r>
      <w:r w:rsidRPr="00117576">
        <w:rPr>
          <w:rFonts w:cs="Times New Roman"/>
          <w:szCs w:val="24"/>
          <w:lang w:val="ru-RU"/>
        </w:rPr>
        <w:t>);</w:t>
      </w:r>
    </w:p>
    <w:p w:rsidR="00244179" w:rsidRPr="00117576" w:rsidRDefault="00D166F2">
      <w:pPr>
        <w:spacing w:after="40"/>
        <w:ind w:left="709"/>
        <w:jc w:val="both"/>
        <w:rPr>
          <w:rFonts w:cs="Times New Roman"/>
          <w:szCs w:val="24"/>
          <w:lang w:val="ru-RU"/>
        </w:rPr>
      </w:pPr>
      <w:r w:rsidRPr="00117576">
        <w:rPr>
          <w:rFonts w:cs="Times New Roman"/>
          <w:szCs w:val="24"/>
          <w:lang w:val="ru-RU"/>
        </w:rPr>
        <w:t>— ежегодная полная смена песка в песочницах в весенний период.</w:t>
      </w:r>
    </w:p>
    <w:p w:rsidR="00244179" w:rsidRPr="00117576" w:rsidRDefault="00D166F2">
      <w:pPr>
        <w:spacing w:after="40"/>
        <w:ind w:firstLine="709"/>
        <w:jc w:val="both"/>
        <w:rPr>
          <w:rFonts w:cs="Times New Roman"/>
          <w:szCs w:val="24"/>
          <w:lang w:val="ru-RU"/>
        </w:rPr>
      </w:pPr>
      <w:r w:rsidRPr="00117576">
        <w:rPr>
          <w:rFonts w:cs="Times New Roman"/>
          <w:b/>
          <w:szCs w:val="24"/>
          <w:lang w:val="ru-RU"/>
        </w:rPr>
        <w:t>8.2.</w:t>
      </w:r>
      <w:r w:rsidRPr="00117576">
        <w:rPr>
          <w:rFonts w:cs="Times New Roman"/>
          <w:szCs w:val="24"/>
          <w:lang w:val="ru-RU"/>
        </w:rPr>
        <w:t xml:space="preserve"> Проветривание в присутствии детей не проводится.</w:t>
      </w:r>
    </w:p>
    <w:p w:rsidR="00244179" w:rsidRPr="00117576" w:rsidRDefault="00D166F2">
      <w:pPr>
        <w:spacing w:after="40"/>
        <w:ind w:firstLine="709"/>
        <w:jc w:val="both"/>
        <w:rPr>
          <w:rFonts w:cs="Times New Roman"/>
          <w:szCs w:val="24"/>
          <w:lang w:val="ru-RU"/>
        </w:rPr>
      </w:pPr>
      <w:r w:rsidRPr="00117576">
        <w:rPr>
          <w:rFonts w:cs="Times New Roman"/>
          <w:b/>
          <w:szCs w:val="24"/>
          <w:lang w:val="ru-RU"/>
        </w:rPr>
        <w:t>8.3.</w:t>
      </w:r>
      <w:r w:rsidRPr="00117576">
        <w:rPr>
          <w:rFonts w:cs="Times New Roman"/>
          <w:szCs w:val="24"/>
          <w:lang w:val="ru-RU"/>
        </w:rPr>
        <w:t xml:space="preserve"> Проведение всех видов ремонтных работ в присутствии детей не допускается.</w:t>
      </w:r>
    </w:p>
    <w:p w:rsidR="00244179" w:rsidRPr="00117576" w:rsidRDefault="00D166F2">
      <w:pPr>
        <w:spacing w:after="40"/>
        <w:ind w:firstLine="709"/>
        <w:jc w:val="both"/>
        <w:rPr>
          <w:rFonts w:cs="Times New Roman"/>
          <w:szCs w:val="24"/>
          <w:lang w:val="ru-RU"/>
        </w:rPr>
      </w:pPr>
      <w:r w:rsidRPr="00117576">
        <w:rPr>
          <w:rFonts w:cs="Times New Roman"/>
          <w:b/>
          <w:szCs w:val="24"/>
          <w:lang w:val="ru-RU"/>
        </w:rPr>
        <w:t>8.4.</w:t>
      </w:r>
      <w:r w:rsidRPr="00117576">
        <w:rPr>
          <w:rFonts w:cs="Times New Roman"/>
          <w:szCs w:val="24"/>
          <w:lang w:val="ru-RU"/>
        </w:rPr>
        <w:t xml:space="preserve"> Для очистки территории от с</w:t>
      </w:r>
      <w:r w:rsidRPr="00117576">
        <w:rPr>
          <w:rFonts w:cs="Times New Roman"/>
          <w:szCs w:val="24"/>
          <w:lang w:val="ru-RU"/>
        </w:rPr>
        <w:t>нега использование химических реагентов не допускается.</w:t>
      </w:r>
    </w:p>
    <w:p w:rsidR="00244179" w:rsidRPr="00117576" w:rsidRDefault="00D166F2">
      <w:pPr>
        <w:spacing w:after="40"/>
        <w:ind w:firstLine="709"/>
        <w:jc w:val="both"/>
        <w:rPr>
          <w:rFonts w:cs="Times New Roman"/>
          <w:szCs w:val="24"/>
          <w:lang w:val="ru-RU"/>
        </w:rPr>
      </w:pPr>
      <w:r w:rsidRPr="00117576">
        <w:rPr>
          <w:rFonts w:cs="Times New Roman"/>
          <w:b/>
          <w:szCs w:val="24"/>
          <w:lang w:val="ru-RU"/>
        </w:rPr>
        <w:t>8.5.</w:t>
      </w:r>
      <w:r w:rsidRPr="00117576">
        <w:rPr>
          <w:rFonts w:cs="Times New Roman"/>
          <w:szCs w:val="24"/>
          <w:lang w:val="ru-RU"/>
        </w:rPr>
        <w:t xml:space="preserve"> В случаях возникновения групповых инфекционных и неинфекционных заболеваний, аварийных ситуаций в работе систем электроснабжения, теплоснабжения, </w:t>
      </w:r>
      <w:r w:rsidRPr="00117576">
        <w:rPr>
          <w:rFonts w:cs="Times New Roman"/>
          <w:szCs w:val="24"/>
          <w:lang w:val="ru-RU"/>
        </w:rPr>
        <w:lastRenderedPageBreak/>
        <w:t xml:space="preserve">водоснабжения, водоотведения, технологического и </w:t>
      </w:r>
      <w:r w:rsidRPr="00117576">
        <w:rPr>
          <w:rFonts w:cs="Times New Roman"/>
          <w:szCs w:val="24"/>
          <w:lang w:val="ru-RU"/>
        </w:rPr>
        <w:t>холодильного оборудования, создающих угрозу возникновения и распространения инфекционных заболеваний и отравлений, функционирование Учреждения приостанавливается до устранения аварийной ситуации.</w:t>
      </w:r>
    </w:p>
    <w:p w:rsidR="00244179" w:rsidRPr="00117576" w:rsidRDefault="00D166F2">
      <w:pPr>
        <w:spacing w:after="40"/>
        <w:ind w:firstLine="709"/>
        <w:jc w:val="both"/>
        <w:rPr>
          <w:rFonts w:cs="Times New Roman"/>
          <w:szCs w:val="24"/>
          <w:lang w:val="ru-RU"/>
        </w:rPr>
      </w:pPr>
      <w:r w:rsidRPr="00117576">
        <w:rPr>
          <w:rFonts w:cs="Times New Roman"/>
          <w:b/>
          <w:szCs w:val="24"/>
          <w:lang w:val="ru-RU"/>
        </w:rPr>
        <w:t>8.6.</w:t>
      </w:r>
      <w:r w:rsidRPr="00117576">
        <w:rPr>
          <w:rFonts w:cs="Times New Roman"/>
          <w:szCs w:val="24"/>
          <w:lang w:val="ru-RU"/>
        </w:rPr>
        <w:t xml:space="preserve"> В Учреждении не допускается наличие плодовых деревьев и</w:t>
      </w:r>
      <w:r w:rsidRPr="00117576">
        <w:rPr>
          <w:rFonts w:cs="Times New Roman"/>
          <w:szCs w:val="24"/>
          <w:lang w:val="ru-RU"/>
        </w:rPr>
        <w:t xml:space="preserve"> кустарников с ядовитыми плодами.</w:t>
      </w:r>
    </w:p>
    <w:p w:rsidR="00244179" w:rsidRPr="00117576" w:rsidRDefault="00D166F2">
      <w:pPr>
        <w:spacing w:before="200" w:after="80"/>
        <w:rPr>
          <w:rFonts w:cs="Times New Roman"/>
          <w:szCs w:val="24"/>
          <w:lang w:val="ru-RU"/>
        </w:rPr>
      </w:pPr>
      <w:r w:rsidRPr="00117576">
        <w:rPr>
          <w:rFonts w:cs="Times New Roman"/>
          <w:b/>
          <w:szCs w:val="24"/>
          <w:lang w:val="ru-RU"/>
        </w:rPr>
        <w:t>9. Обеспечение безопасности</w:t>
      </w:r>
    </w:p>
    <w:p w:rsidR="00244179" w:rsidRPr="00117576" w:rsidRDefault="00D166F2">
      <w:pPr>
        <w:spacing w:after="40"/>
        <w:ind w:firstLine="709"/>
        <w:jc w:val="both"/>
        <w:rPr>
          <w:rFonts w:cs="Times New Roman"/>
          <w:szCs w:val="24"/>
          <w:lang w:val="ru-RU"/>
        </w:rPr>
      </w:pPr>
      <w:r w:rsidRPr="00117576">
        <w:rPr>
          <w:rFonts w:cs="Times New Roman"/>
          <w:b/>
          <w:szCs w:val="24"/>
          <w:lang w:val="ru-RU"/>
        </w:rPr>
        <w:t>9.1.</w:t>
      </w:r>
      <w:r w:rsidRPr="00117576">
        <w:rPr>
          <w:rFonts w:cs="Times New Roman"/>
          <w:szCs w:val="24"/>
          <w:lang w:val="ru-RU"/>
        </w:rPr>
        <w:t xml:space="preserve"> Безопасность детей в Учреждении обеспечивается следующим комплексом систем и мер:</w:t>
      </w:r>
    </w:p>
    <w:p w:rsidR="00244179" w:rsidRPr="00117576" w:rsidRDefault="00D166F2">
      <w:pPr>
        <w:spacing w:after="40"/>
        <w:ind w:left="709"/>
        <w:jc w:val="both"/>
        <w:rPr>
          <w:rFonts w:cs="Times New Roman"/>
          <w:szCs w:val="24"/>
          <w:lang w:val="ru-RU"/>
        </w:rPr>
      </w:pPr>
      <w:r w:rsidRPr="00117576">
        <w:rPr>
          <w:rFonts w:cs="Times New Roman"/>
          <w:szCs w:val="24"/>
          <w:lang w:val="ru-RU"/>
        </w:rPr>
        <w:t>— автоматическая пожарная сигнализация с выходом на пульт пожарной охраны с голосовым оповещением;</w:t>
      </w:r>
    </w:p>
    <w:p w:rsidR="00244179" w:rsidRPr="00117576" w:rsidRDefault="00D166F2">
      <w:pPr>
        <w:spacing w:after="40"/>
        <w:ind w:left="709"/>
        <w:jc w:val="both"/>
        <w:rPr>
          <w:rFonts w:cs="Times New Roman"/>
          <w:szCs w:val="24"/>
          <w:lang w:val="ru-RU"/>
        </w:rPr>
      </w:pPr>
      <w:r w:rsidRPr="00117576">
        <w:rPr>
          <w:rFonts w:cs="Times New Roman"/>
          <w:szCs w:val="24"/>
          <w:lang w:val="ru-RU"/>
        </w:rPr>
        <w:t xml:space="preserve">— </w:t>
      </w:r>
      <w:r w:rsidRPr="00117576">
        <w:rPr>
          <w:rFonts w:cs="Times New Roman"/>
          <w:szCs w:val="24"/>
          <w:lang w:val="ru-RU"/>
        </w:rPr>
        <w:t>тревожная кнопка;</w:t>
      </w:r>
    </w:p>
    <w:p w:rsidR="00244179" w:rsidRPr="00117576" w:rsidRDefault="00D166F2">
      <w:pPr>
        <w:spacing w:after="40"/>
        <w:ind w:left="709"/>
        <w:jc w:val="both"/>
        <w:rPr>
          <w:rFonts w:cs="Times New Roman"/>
          <w:szCs w:val="24"/>
          <w:lang w:val="ru-RU"/>
        </w:rPr>
      </w:pPr>
      <w:r w:rsidRPr="00117576">
        <w:rPr>
          <w:rFonts w:cs="Times New Roman"/>
          <w:szCs w:val="24"/>
          <w:lang w:val="ru-RU"/>
        </w:rPr>
        <w:t>— видеонаблюдение;</w:t>
      </w:r>
    </w:p>
    <w:p w:rsidR="00244179" w:rsidRPr="00117576" w:rsidRDefault="00D166F2">
      <w:pPr>
        <w:spacing w:after="40"/>
        <w:ind w:left="709"/>
        <w:jc w:val="both"/>
        <w:rPr>
          <w:rFonts w:cs="Times New Roman"/>
          <w:szCs w:val="24"/>
          <w:lang w:val="ru-RU"/>
        </w:rPr>
      </w:pPr>
      <w:r w:rsidRPr="00117576">
        <w:rPr>
          <w:rFonts w:cs="Times New Roman"/>
          <w:szCs w:val="24"/>
          <w:lang w:val="ru-RU"/>
        </w:rPr>
        <w:t>— ограждение территории;</w:t>
      </w:r>
    </w:p>
    <w:p w:rsidR="00244179" w:rsidRPr="00117576" w:rsidRDefault="00D166F2">
      <w:pPr>
        <w:spacing w:after="40"/>
        <w:ind w:left="709"/>
        <w:jc w:val="both"/>
        <w:rPr>
          <w:rFonts w:cs="Times New Roman"/>
          <w:szCs w:val="24"/>
          <w:lang w:val="ru-RU"/>
        </w:rPr>
      </w:pPr>
      <w:r w:rsidRPr="00117576">
        <w:rPr>
          <w:rFonts w:cs="Times New Roman"/>
          <w:szCs w:val="24"/>
          <w:lang w:val="ru-RU"/>
        </w:rPr>
        <w:t>— контроль доступа в здание.</w:t>
      </w:r>
    </w:p>
    <w:p w:rsidR="00244179" w:rsidRPr="00117576" w:rsidRDefault="00D166F2">
      <w:pPr>
        <w:spacing w:after="40"/>
        <w:ind w:firstLine="709"/>
        <w:jc w:val="both"/>
        <w:rPr>
          <w:rFonts w:cs="Times New Roman"/>
          <w:szCs w:val="24"/>
          <w:lang w:val="ru-RU"/>
        </w:rPr>
      </w:pPr>
      <w:r w:rsidRPr="00117576">
        <w:rPr>
          <w:rFonts w:cs="Times New Roman"/>
          <w:b/>
          <w:szCs w:val="24"/>
          <w:lang w:val="ru-RU"/>
        </w:rPr>
        <w:t>9.2.</w:t>
      </w:r>
      <w:r w:rsidRPr="00117576">
        <w:rPr>
          <w:rFonts w:cs="Times New Roman"/>
          <w:szCs w:val="24"/>
          <w:lang w:val="ru-RU"/>
        </w:rPr>
        <w:t xml:space="preserve"> В дневное время пропуск в Учреждение осуществляет </w:t>
      </w:r>
      <w:r w:rsidR="000C2404">
        <w:rPr>
          <w:rFonts w:cs="Times New Roman"/>
          <w:szCs w:val="24"/>
          <w:lang w:val="ru-RU"/>
        </w:rPr>
        <w:t>дежурный администратор</w:t>
      </w:r>
      <w:r w:rsidRPr="00117576">
        <w:rPr>
          <w:rFonts w:cs="Times New Roman"/>
          <w:szCs w:val="24"/>
          <w:lang w:val="ru-RU"/>
        </w:rPr>
        <w:t>, в ночное время — сторож.</w:t>
      </w:r>
    </w:p>
    <w:p w:rsidR="00244179" w:rsidRPr="00117576" w:rsidRDefault="00D166F2">
      <w:pPr>
        <w:spacing w:after="40"/>
        <w:ind w:firstLine="709"/>
        <w:jc w:val="both"/>
        <w:rPr>
          <w:rFonts w:cs="Times New Roman"/>
          <w:szCs w:val="24"/>
          <w:lang w:val="ru-RU"/>
        </w:rPr>
      </w:pPr>
      <w:r w:rsidRPr="00117576">
        <w:rPr>
          <w:rFonts w:cs="Times New Roman"/>
          <w:b/>
          <w:szCs w:val="24"/>
          <w:lang w:val="ru-RU"/>
        </w:rPr>
        <w:t>9.3.</w:t>
      </w:r>
      <w:r w:rsidRPr="00117576">
        <w:rPr>
          <w:rFonts w:cs="Times New Roman"/>
          <w:szCs w:val="24"/>
          <w:lang w:val="ru-RU"/>
        </w:rPr>
        <w:t xml:space="preserve"> Посторонним лицам запрещено находиться в помещениях и на терр</w:t>
      </w:r>
      <w:r w:rsidRPr="00117576">
        <w:rPr>
          <w:rFonts w:cs="Times New Roman"/>
          <w:szCs w:val="24"/>
          <w:lang w:val="ru-RU"/>
        </w:rPr>
        <w:t>итории Учреждения без разрешения администрации.</w:t>
      </w:r>
    </w:p>
    <w:p w:rsidR="00244179" w:rsidRPr="00117576" w:rsidRDefault="00D166F2">
      <w:pPr>
        <w:spacing w:after="40"/>
        <w:ind w:firstLine="709"/>
        <w:jc w:val="both"/>
        <w:rPr>
          <w:rFonts w:cs="Times New Roman"/>
          <w:szCs w:val="24"/>
          <w:lang w:val="ru-RU"/>
        </w:rPr>
      </w:pPr>
      <w:r w:rsidRPr="00117576">
        <w:rPr>
          <w:rFonts w:cs="Times New Roman"/>
          <w:b/>
          <w:szCs w:val="24"/>
          <w:lang w:val="ru-RU"/>
        </w:rPr>
        <w:t>9.4.</w:t>
      </w:r>
      <w:r w:rsidRPr="00117576">
        <w:rPr>
          <w:rFonts w:cs="Times New Roman"/>
          <w:szCs w:val="24"/>
          <w:lang w:val="ru-RU"/>
        </w:rPr>
        <w:t xml:space="preserve"> Запрещается въезд на территорию Учреждения на личном автотранспорте или такси.</w:t>
      </w:r>
    </w:p>
    <w:p w:rsidR="00244179" w:rsidRPr="00117576" w:rsidRDefault="00D166F2">
      <w:pPr>
        <w:spacing w:after="40"/>
        <w:ind w:firstLine="709"/>
        <w:jc w:val="both"/>
        <w:rPr>
          <w:rFonts w:cs="Times New Roman"/>
          <w:szCs w:val="24"/>
          <w:lang w:val="ru-RU"/>
        </w:rPr>
      </w:pPr>
      <w:r w:rsidRPr="00117576">
        <w:rPr>
          <w:rFonts w:cs="Times New Roman"/>
          <w:b/>
          <w:szCs w:val="24"/>
          <w:lang w:val="ru-RU"/>
        </w:rPr>
        <w:t>9.5.</w:t>
      </w:r>
      <w:r w:rsidRPr="00117576">
        <w:rPr>
          <w:rFonts w:cs="Times New Roman"/>
          <w:szCs w:val="24"/>
          <w:lang w:val="ru-RU"/>
        </w:rPr>
        <w:t xml:space="preserve"> Родителям (законным представителям), забравшим ребёнка, во избежание несчастных случаев запрещены прогулки с ребёнком на территории Учреждения.</w:t>
      </w:r>
    </w:p>
    <w:p w:rsidR="00244179" w:rsidRPr="00117576" w:rsidRDefault="00D166F2">
      <w:pPr>
        <w:spacing w:after="40"/>
        <w:ind w:firstLine="709"/>
        <w:jc w:val="both"/>
        <w:rPr>
          <w:rFonts w:cs="Times New Roman"/>
          <w:szCs w:val="24"/>
          <w:lang w:val="ru-RU"/>
        </w:rPr>
      </w:pPr>
      <w:r w:rsidRPr="00117576">
        <w:rPr>
          <w:rFonts w:cs="Times New Roman"/>
          <w:b/>
          <w:szCs w:val="24"/>
          <w:lang w:val="ru-RU"/>
        </w:rPr>
        <w:t>9.6.</w:t>
      </w:r>
      <w:r w:rsidRPr="00117576">
        <w:rPr>
          <w:rFonts w:cs="Times New Roman"/>
          <w:szCs w:val="24"/>
          <w:lang w:val="ru-RU"/>
        </w:rPr>
        <w:t xml:space="preserve"> Курение в помещениях и на территории Учреждения запрещено.</w:t>
      </w:r>
    </w:p>
    <w:p w:rsidR="00244179" w:rsidRPr="00117576" w:rsidRDefault="00D166F2">
      <w:pPr>
        <w:spacing w:after="40"/>
        <w:ind w:firstLine="709"/>
        <w:jc w:val="both"/>
        <w:rPr>
          <w:rFonts w:cs="Times New Roman"/>
          <w:szCs w:val="24"/>
          <w:lang w:val="ru-RU"/>
        </w:rPr>
      </w:pPr>
      <w:r w:rsidRPr="00117576">
        <w:rPr>
          <w:rFonts w:cs="Times New Roman"/>
          <w:b/>
          <w:szCs w:val="24"/>
          <w:lang w:val="ru-RU"/>
        </w:rPr>
        <w:t>9.7.</w:t>
      </w:r>
      <w:r w:rsidRPr="00117576">
        <w:rPr>
          <w:rFonts w:cs="Times New Roman"/>
          <w:szCs w:val="24"/>
          <w:lang w:val="ru-RU"/>
        </w:rPr>
        <w:t xml:space="preserve"> Родителям (законным представителям) и рабо</w:t>
      </w:r>
      <w:r w:rsidRPr="00117576">
        <w:rPr>
          <w:rFonts w:cs="Times New Roman"/>
          <w:szCs w:val="24"/>
          <w:lang w:val="ru-RU"/>
        </w:rPr>
        <w:t>тникам запрещается оставлять коляски, санки, велосипеды и другие виды «детского транспорта» в тамбуре и других помещениях Учреждения.</w:t>
      </w:r>
    </w:p>
    <w:p w:rsidR="00244179" w:rsidRPr="00117576" w:rsidRDefault="00D166F2">
      <w:pPr>
        <w:spacing w:after="40"/>
        <w:ind w:firstLine="709"/>
        <w:jc w:val="both"/>
        <w:rPr>
          <w:rFonts w:cs="Times New Roman"/>
          <w:szCs w:val="24"/>
          <w:lang w:val="ru-RU"/>
        </w:rPr>
      </w:pPr>
      <w:r w:rsidRPr="00117576">
        <w:rPr>
          <w:rFonts w:cs="Times New Roman"/>
          <w:b/>
          <w:szCs w:val="24"/>
          <w:lang w:val="ru-RU"/>
        </w:rPr>
        <w:t>9.8.</w:t>
      </w:r>
      <w:r w:rsidRPr="00117576">
        <w:rPr>
          <w:rFonts w:cs="Times New Roman"/>
          <w:szCs w:val="24"/>
          <w:lang w:val="ru-RU"/>
        </w:rPr>
        <w:t xml:space="preserve"> Воспитанникам запрещается покидать территорию Учреждения самостоятельно, без сопровождения воспитателя.</w:t>
      </w:r>
    </w:p>
    <w:p w:rsidR="00244179" w:rsidRPr="00117576" w:rsidRDefault="00D166F2">
      <w:pPr>
        <w:spacing w:after="40"/>
        <w:ind w:firstLine="709"/>
        <w:jc w:val="both"/>
        <w:rPr>
          <w:rFonts w:cs="Times New Roman"/>
          <w:szCs w:val="24"/>
          <w:lang w:val="ru-RU"/>
        </w:rPr>
      </w:pPr>
      <w:r w:rsidRPr="00117576">
        <w:rPr>
          <w:rFonts w:cs="Times New Roman"/>
          <w:b/>
          <w:szCs w:val="24"/>
          <w:lang w:val="ru-RU"/>
        </w:rPr>
        <w:t>9.9.</w:t>
      </w:r>
      <w:r w:rsidRPr="00117576">
        <w:rPr>
          <w:rFonts w:cs="Times New Roman"/>
          <w:szCs w:val="24"/>
          <w:lang w:val="ru-RU"/>
        </w:rPr>
        <w:t xml:space="preserve"> Спорные </w:t>
      </w:r>
      <w:r w:rsidRPr="00117576">
        <w:rPr>
          <w:rFonts w:cs="Times New Roman"/>
          <w:szCs w:val="24"/>
          <w:lang w:val="ru-RU"/>
        </w:rPr>
        <w:t>и конфликтные ситуации необходимо разрешать только в отсутствие детей.</w:t>
      </w:r>
    </w:p>
    <w:p w:rsidR="00244179" w:rsidRPr="00117576" w:rsidRDefault="00D166F2">
      <w:pPr>
        <w:spacing w:before="200" w:after="80"/>
        <w:rPr>
          <w:rFonts w:cs="Times New Roman"/>
          <w:szCs w:val="24"/>
          <w:lang w:val="ru-RU"/>
        </w:rPr>
      </w:pPr>
      <w:r w:rsidRPr="00117576">
        <w:rPr>
          <w:rFonts w:cs="Times New Roman"/>
          <w:b/>
          <w:szCs w:val="24"/>
          <w:lang w:val="ru-RU"/>
        </w:rPr>
        <w:t>10. Использование электронных средств обучения</w:t>
      </w:r>
    </w:p>
    <w:p w:rsidR="00244179" w:rsidRPr="00117576" w:rsidRDefault="00D166F2">
      <w:pPr>
        <w:spacing w:after="40"/>
        <w:ind w:firstLine="709"/>
        <w:jc w:val="both"/>
        <w:rPr>
          <w:rFonts w:cs="Times New Roman"/>
          <w:szCs w:val="24"/>
          <w:lang w:val="ru-RU"/>
        </w:rPr>
      </w:pPr>
      <w:r w:rsidRPr="00117576">
        <w:rPr>
          <w:rFonts w:cs="Times New Roman"/>
          <w:b/>
          <w:szCs w:val="24"/>
          <w:lang w:val="ru-RU"/>
        </w:rPr>
        <w:t>10.1.</w:t>
      </w:r>
      <w:r w:rsidRPr="00117576">
        <w:rPr>
          <w:rFonts w:cs="Times New Roman"/>
          <w:szCs w:val="24"/>
          <w:lang w:val="ru-RU"/>
        </w:rPr>
        <w:t xml:space="preserve"> Занятия с использованием электронных средств обучения (ЭСО) в возрастных группах до 5 лет не проводятся.</w:t>
      </w:r>
    </w:p>
    <w:p w:rsidR="00244179" w:rsidRPr="00117576" w:rsidRDefault="00D166F2">
      <w:pPr>
        <w:spacing w:after="40"/>
        <w:ind w:firstLine="709"/>
        <w:jc w:val="both"/>
        <w:rPr>
          <w:rFonts w:cs="Times New Roman"/>
          <w:szCs w:val="24"/>
          <w:lang w:val="ru-RU"/>
        </w:rPr>
      </w:pPr>
      <w:r w:rsidRPr="00117576">
        <w:rPr>
          <w:rFonts w:cs="Times New Roman"/>
          <w:b/>
          <w:szCs w:val="24"/>
          <w:lang w:val="ru-RU"/>
        </w:rPr>
        <w:t>10.2.</w:t>
      </w:r>
      <w:r w:rsidRPr="00117576">
        <w:rPr>
          <w:rFonts w:cs="Times New Roman"/>
          <w:szCs w:val="24"/>
          <w:lang w:val="ru-RU"/>
        </w:rPr>
        <w:t xml:space="preserve"> Для детей 5–7 лет про</w:t>
      </w:r>
      <w:r w:rsidRPr="00117576">
        <w:rPr>
          <w:rFonts w:cs="Times New Roman"/>
          <w:szCs w:val="24"/>
          <w:lang w:val="ru-RU"/>
        </w:rPr>
        <w:t>должительность непрерывного использования экрана не должна превышать 5–7 минут. Общая продолжительность использования ЭСО на занятии не должна превышать 20 минут (интерактивная доска).</w:t>
      </w:r>
    </w:p>
    <w:p w:rsidR="00244179" w:rsidRPr="00117576" w:rsidRDefault="00D166F2">
      <w:pPr>
        <w:spacing w:after="40"/>
        <w:ind w:firstLine="709"/>
        <w:jc w:val="both"/>
        <w:rPr>
          <w:rFonts w:cs="Times New Roman"/>
          <w:szCs w:val="24"/>
          <w:lang w:val="ru-RU"/>
        </w:rPr>
      </w:pPr>
      <w:r w:rsidRPr="00117576">
        <w:rPr>
          <w:rFonts w:cs="Times New Roman"/>
          <w:b/>
          <w:szCs w:val="24"/>
          <w:lang w:val="ru-RU"/>
        </w:rPr>
        <w:t>10.3.</w:t>
      </w:r>
      <w:r w:rsidRPr="00117576">
        <w:rPr>
          <w:rFonts w:cs="Times New Roman"/>
          <w:szCs w:val="24"/>
          <w:lang w:val="ru-RU"/>
        </w:rPr>
        <w:t xml:space="preserve"> При использовании ЭСО во время занятий должна проводиться гимнаст</w:t>
      </w:r>
      <w:r w:rsidRPr="00117576">
        <w:rPr>
          <w:rFonts w:cs="Times New Roman"/>
          <w:szCs w:val="24"/>
          <w:lang w:val="ru-RU"/>
        </w:rPr>
        <w:t>ика для глаз.</w:t>
      </w:r>
    </w:p>
    <w:p w:rsidR="00244179" w:rsidRPr="00117576" w:rsidRDefault="00D166F2">
      <w:pPr>
        <w:spacing w:after="40"/>
        <w:ind w:firstLine="709"/>
        <w:jc w:val="both"/>
        <w:rPr>
          <w:rFonts w:cs="Times New Roman"/>
          <w:szCs w:val="24"/>
          <w:lang w:val="ru-RU"/>
        </w:rPr>
      </w:pPr>
      <w:r w:rsidRPr="00117576">
        <w:rPr>
          <w:rFonts w:cs="Times New Roman"/>
          <w:b/>
          <w:szCs w:val="24"/>
          <w:lang w:val="ru-RU"/>
        </w:rPr>
        <w:t>10.4.</w:t>
      </w:r>
      <w:r w:rsidRPr="00117576">
        <w:rPr>
          <w:rFonts w:cs="Times New Roman"/>
          <w:szCs w:val="24"/>
          <w:lang w:val="ru-RU"/>
        </w:rPr>
        <w:t xml:space="preserve"> При установке телевизионной аппаратуры расстояние от ближайшего места просмотра до экрана должно быть не менее 2 метров.</w:t>
      </w:r>
    </w:p>
    <w:p w:rsidR="00244179" w:rsidRPr="00117576" w:rsidRDefault="00D166F2">
      <w:pPr>
        <w:spacing w:before="200" w:after="80"/>
        <w:rPr>
          <w:rFonts w:cs="Times New Roman"/>
          <w:szCs w:val="24"/>
          <w:lang w:val="ru-RU"/>
        </w:rPr>
      </w:pPr>
      <w:r w:rsidRPr="00117576">
        <w:rPr>
          <w:rFonts w:cs="Times New Roman"/>
          <w:b/>
          <w:szCs w:val="24"/>
          <w:lang w:val="ru-RU"/>
        </w:rPr>
        <w:t>11. Дополнительное образование</w:t>
      </w:r>
    </w:p>
    <w:p w:rsidR="00244179" w:rsidRPr="00117576" w:rsidRDefault="00D166F2">
      <w:pPr>
        <w:spacing w:after="40"/>
        <w:ind w:firstLine="709"/>
        <w:jc w:val="both"/>
        <w:rPr>
          <w:rFonts w:cs="Times New Roman"/>
          <w:szCs w:val="24"/>
          <w:lang w:val="ru-RU"/>
        </w:rPr>
      </w:pPr>
      <w:r w:rsidRPr="00117576">
        <w:rPr>
          <w:rFonts w:cs="Times New Roman"/>
          <w:b/>
          <w:szCs w:val="24"/>
          <w:lang w:val="ru-RU"/>
        </w:rPr>
        <w:t>11.1.</w:t>
      </w:r>
      <w:r w:rsidRPr="00117576">
        <w:rPr>
          <w:rFonts w:cs="Times New Roman"/>
          <w:szCs w:val="24"/>
          <w:lang w:val="ru-RU"/>
        </w:rPr>
        <w:t xml:space="preserve"> Занятия по дополнительному образованию (студии, кружки, секции) недопустимо пр</w:t>
      </w:r>
      <w:r w:rsidRPr="00117576">
        <w:rPr>
          <w:rFonts w:cs="Times New Roman"/>
          <w:szCs w:val="24"/>
          <w:lang w:val="ru-RU"/>
        </w:rPr>
        <w:t>оводить за счёт времени, отведённого на прогулку и дневной сон.</w:t>
      </w:r>
    </w:p>
    <w:p w:rsidR="00244179" w:rsidRPr="00117576" w:rsidRDefault="00D166F2">
      <w:pPr>
        <w:spacing w:after="40"/>
        <w:ind w:firstLine="709"/>
        <w:jc w:val="both"/>
        <w:rPr>
          <w:rFonts w:cs="Times New Roman"/>
          <w:szCs w:val="24"/>
          <w:lang w:val="ru-RU"/>
        </w:rPr>
      </w:pPr>
      <w:r w:rsidRPr="00117576">
        <w:rPr>
          <w:rFonts w:cs="Times New Roman"/>
          <w:b/>
          <w:szCs w:val="24"/>
          <w:lang w:val="ru-RU"/>
        </w:rPr>
        <w:t>11.2.</w:t>
      </w:r>
      <w:r w:rsidRPr="00117576">
        <w:rPr>
          <w:rFonts w:cs="Times New Roman"/>
          <w:szCs w:val="24"/>
          <w:lang w:val="ru-RU"/>
        </w:rPr>
        <w:t xml:space="preserve"> Количество занятий по дополнительному образованию в неделю не должно превышать двух.</w:t>
      </w:r>
    </w:p>
    <w:p w:rsidR="00244179" w:rsidRPr="00117576" w:rsidRDefault="00D166F2">
      <w:pPr>
        <w:spacing w:after="40"/>
        <w:ind w:firstLine="709"/>
        <w:jc w:val="both"/>
        <w:rPr>
          <w:rFonts w:cs="Times New Roman"/>
          <w:szCs w:val="24"/>
          <w:lang w:val="ru-RU"/>
        </w:rPr>
      </w:pPr>
      <w:r w:rsidRPr="00117576">
        <w:rPr>
          <w:rFonts w:cs="Times New Roman"/>
          <w:b/>
          <w:szCs w:val="24"/>
          <w:lang w:val="ru-RU"/>
        </w:rPr>
        <w:lastRenderedPageBreak/>
        <w:t>11.3.</w:t>
      </w:r>
      <w:r w:rsidRPr="00117576">
        <w:rPr>
          <w:rFonts w:cs="Times New Roman"/>
          <w:szCs w:val="24"/>
          <w:lang w:val="ru-RU"/>
        </w:rPr>
        <w:t xml:space="preserve"> Перерыв между последним основным занятием и началом дополнительных занятий должен составлять не</w:t>
      </w:r>
      <w:r w:rsidRPr="00117576">
        <w:rPr>
          <w:rFonts w:cs="Times New Roman"/>
          <w:szCs w:val="24"/>
          <w:lang w:val="ru-RU"/>
        </w:rPr>
        <w:t xml:space="preserve"> менее 30 минут.</w:t>
      </w:r>
    </w:p>
    <w:p w:rsidR="00244179" w:rsidRPr="00117576" w:rsidRDefault="00D166F2">
      <w:pPr>
        <w:spacing w:before="200" w:after="80"/>
        <w:rPr>
          <w:rFonts w:cs="Times New Roman"/>
          <w:szCs w:val="24"/>
          <w:lang w:val="ru-RU"/>
        </w:rPr>
      </w:pPr>
      <w:r w:rsidRPr="00117576">
        <w:rPr>
          <w:rFonts w:cs="Times New Roman"/>
          <w:b/>
          <w:szCs w:val="24"/>
          <w:lang w:val="ru-RU"/>
        </w:rPr>
        <w:t>12. Права воспитанников</w:t>
      </w:r>
    </w:p>
    <w:p w:rsidR="00244179" w:rsidRPr="00117576" w:rsidRDefault="00D166F2">
      <w:pPr>
        <w:spacing w:after="40"/>
        <w:ind w:firstLine="709"/>
        <w:jc w:val="both"/>
        <w:rPr>
          <w:rFonts w:cs="Times New Roman"/>
          <w:szCs w:val="24"/>
          <w:lang w:val="ru-RU"/>
        </w:rPr>
      </w:pPr>
      <w:r w:rsidRPr="00117576">
        <w:rPr>
          <w:rFonts w:cs="Times New Roman"/>
          <w:b/>
          <w:szCs w:val="24"/>
          <w:lang w:val="ru-RU"/>
        </w:rPr>
        <w:t>12.1.</w:t>
      </w:r>
      <w:r w:rsidRPr="00117576">
        <w:rPr>
          <w:rFonts w:cs="Times New Roman"/>
          <w:szCs w:val="24"/>
          <w:lang w:val="ru-RU"/>
        </w:rPr>
        <w:t xml:space="preserve"> Воспитанники Учреждения имеют право на:</w:t>
      </w:r>
    </w:p>
    <w:p w:rsidR="00244179" w:rsidRPr="00117576" w:rsidRDefault="00D166F2">
      <w:pPr>
        <w:spacing w:after="40"/>
        <w:ind w:left="709"/>
        <w:jc w:val="both"/>
        <w:rPr>
          <w:rFonts w:cs="Times New Roman"/>
          <w:szCs w:val="24"/>
          <w:lang w:val="ru-RU"/>
        </w:rPr>
      </w:pPr>
      <w:r w:rsidRPr="00117576">
        <w:rPr>
          <w:rFonts w:cs="Times New Roman"/>
          <w:szCs w:val="24"/>
          <w:lang w:val="ru-RU"/>
        </w:rPr>
        <w:t>— обучение и воспитание в условиях, обеспечивающих сохранение и укрепление здоровья;</w:t>
      </w:r>
    </w:p>
    <w:p w:rsidR="00244179" w:rsidRPr="00117576" w:rsidRDefault="00D166F2">
      <w:pPr>
        <w:spacing w:after="40"/>
        <w:ind w:left="709"/>
        <w:jc w:val="both"/>
        <w:rPr>
          <w:rFonts w:cs="Times New Roman"/>
          <w:szCs w:val="24"/>
          <w:lang w:val="ru-RU"/>
        </w:rPr>
      </w:pPr>
      <w:r w:rsidRPr="00117576">
        <w:rPr>
          <w:rFonts w:cs="Times New Roman"/>
          <w:szCs w:val="24"/>
          <w:lang w:val="ru-RU"/>
        </w:rPr>
        <w:t>— уважение своего человеческого достоинства;</w:t>
      </w:r>
    </w:p>
    <w:p w:rsidR="00244179" w:rsidRPr="00117576" w:rsidRDefault="00D166F2">
      <w:pPr>
        <w:spacing w:after="40"/>
        <w:ind w:left="709"/>
        <w:jc w:val="both"/>
        <w:rPr>
          <w:rFonts w:cs="Times New Roman"/>
          <w:szCs w:val="24"/>
          <w:lang w:val="ru-RU"/>
        </w:rPr>
      </w:pPr>
      <w:r w:rsidRPr="00117576">
        <w:rPr>
          <w:rFonts w:cs="Times New Roman"/>
          <w:szCs w:val="24"/>
          <w:lang w:val="ru-RU"/>
        </w:rPr>
        <w:t>— свободу мысли, совести и религии;</w:t>
      </w:r>
    </w:p>
    <w:p w:rsidR="00244179" w:rsidRPr="00117576" w:rsidRDefault="00D166F2">
      <w:pPr>
        <w:spacing w:after="40"/>
        <w:ind w:left="709"/>
        <w:jc w:val="both"/>
        <w:rPr>
          <w:rFonts w:cs="Times New Roman"/>
          <w:szCs w:val="24"/>
          <w:lang w:val="ru-RU"/>
        </w:rPr>
      </w:pPr>
      <w:r w:rsidRPr="00117576">
        <w:rPr>
          <w:rFonts w:cs="Times New Roman"/>
          <w:szCs w:val="24"/>
          <w:lang w:val="ru-RU"/>
        </w:rPr>
        <w:t>— р</w:t>
      </w:r>
      <w:r w:rsidRPr="00117576">
        <w:rPr>
          <w:rFonts w:cs="Times New Roman"/>
          <w:szCs w:val="24"/>
          <w:lang w:val="ru-RU"/>
        </w:rPr>
        <w:t>азвитие своих творческих способностей и интересов;</w:t>
      </w:r>
    </w:p>
    <w:p w:rsidR="00244179" w:rsidRPr="00117576" w:rsidRDefault="00D166F2">
      <w:pPr>
        <w:spacing w:after="40"/>
        <w:ind w:left="709"/>
        <w:jc w:val="both"/>
        <w:rPr>
          <w:rFonts w:cs="Times New Roman"/>
          <w:szCs w:val="24"/>
          <w:lang w:val="ru-RU"/>
        </w:rPr>
      </w:pPr>
      <w:r w:rsidRPr="00117576">
        <w:rPr>
          <w:rFonts w:cs="Times New Roman"/>
          <w:szCs w:val="24"/>
          <w:lang w:val="ru-RU"/>
        </w:rPr>
        <w:t>— получение социально-педагогической и психологической помощи;</w:t>
      </w:r>
    </w:p>
    <w:p w:rsidR="00244179" w:rsidRPr="00117576" w:rsidRDefault="00D166F2">
      <w:pPr>
        <w:spacing w:after="40"/>
        <w:ind w:left="709"/>
        <w:jc w:val="both"/>
        <w:rPr>
          <w:rFonts w:cs="Times New Roman"/>
          <w:szCs w:val="24"/>
          <w:lang w:val="ru-RU"/>
        </w:rPr>
      </w:pPr>
      <w:r w:rsidRPr="00117576">
        <w:rPr>
          <w:rFonts w:cs="Times New Roman"/>
          <w:szCs w:val="24"/>
          <w:lang w:val="ru-RU"/>
        </w:rPr>
        <w:t>— бесплатное пользование библиотечно-информационными ресурсами Учреждения;</w:t>
      </w:r>
    </w:p>
    <w:p w:rsidR="00244179" w:rsidRPr="00117576" w:rsidRDefault="00D166F2">
      <w:pPr>
        <w:spacing w:after="40"/>
        <w:ind w:left="709"/>
        <w:jc w:val="both"/>
        <w:rPr>
          <w:rFonts w:cs="Times New Roman"/>
          <w:szCs w:val="24"/>
          <w:lang w:val="ru-RU"/>
        </w:rPr>
      </w:pPr>
      <w:r w:rsidRPr="00117576">
        <w:rPr>
          <w:rFonts w:cs="Times New Roman"/>
          <w:szCs w:val="24"/>
          <w:lang w:val="ru-RU"/>
        </w:rPr>
        <w:t>— отдых и физическое развитие в соответствии с возрастными особенно</w:t>
      </w:r>
      <w:r w:rsidRPr="00117576">
        <w:rPr>
          <w:rFonts w:cs="Times New Roman"/>
          <w:szCs w:val="24"/>
          <w:lang w:val="ru-RU"/>
        </w:rPr>
        <w:t>стями.</w:t>
      </w:r>
    </w:p>
    <w:p w:rsidR="00244179" w:rsidRPr="00117576" w:rsidRDefault="00D166F2">
      <w:pPr>
        <w:spacing w:after="40"/>
        <w:ind w:firstLine="709"/>
        <w:jc w:val="both"/>
        <w:rPr>
          <w:rFonts w:cs="Times New Roman"/>
          <w:szCs w:val="24"/>
          <w:lang w:val="ru-RU"/>
        </w:rPr>
      </w:pPr>
      <w:r w:rsidRPr="00117576">
        <w:rPr>
          <w:rFonts w:cs="Times New Roman"/>
          <w:b/>
          <w:szCs w:val="24"/>
          <w:lang w:val="ru-RU"/>
        </w:rPr>
        <w:t>12.2.</w:t>
      </w:r>
      <w:r w:rsidRPr="00117576">
        <w:rPr>
          <w:rFonts w:cs="Times New Roman"/>
          <w:szCs w:val="24"/>
          <w:lang w:val="ru-RU"/>
        </w:rPr>
        <w:t xml:space="preserve"> Освоение образовательной программы дошкольного образования не сопровождается проведением промежуточных аттестаций и итоговой аттестации воспитанников.</w:t>
      </w:r>
    </w:p>
    <w:p w:rsidR="00244179" w:rsidRPr="00117576" w:rsidRDefault="00D166F2">
      <w:pPr>
        <w:spacing w:before="200" w:after="80"/>
        <w:rPr>
          <w:rFonts w:cs="Times New Roman"/>
          <w:szCs w:val="24"/>
          <w:lang w:val="ru-RU"/>
        </w:rPr>
      </w:pPr>
      <w:r w:rsidRPr="00117576">
        <w:rPr>
          <w:rFonts w:cs="Times New Roman"/>
          <w:b/>
          <w:szCs w:val="24"/>
          <w:lang w:val="ru-RU"/>
        </w:rPr>
        <w:t>13. Права и обязанности родителей (законных представителей)</w:t>
      </w:r>
    </w:p>
    <w:p w:rsidR="00244179" w:rsidRPr="00117576" w:rsidRDefault="00D166F2">
      <w:pPr>
        <w:spacing w:after="40"/>
        <w:ind w:firstLine="709"/>
        <w:jc w:val="both"/>
        <w:rPr>
          <w:rFonts w:cs="Times New Roman"/>
          <w:szCs w:val="24"/>
          <w:lang w:val="ru-RU"/>
        </w:rPr>
      </w:pPr>
      <w:r w:rsidRPr="00117576">
        <w:rPr>
          <w:rFonts w:cs="Times New Roman"/>
          <w:b/>
          <w:szCs w:val="24"/>
          <w:lang w:val="ru-RU"/>
        </w:rPr>
        <w:t>13.1.</w:t>
      </w:r>
      <w:r w:rsidRPr="00117576">
        <w:rPr>
          <w:rFonts w:cs="Times New Roman"/>
          <w:szCs w:val="24"/>
          <w:lang w:val="ru-RU"/>
        </w:rPr>
        <w:t xml:space="preserve"> Родители (законные представители) имеют преимущественное право на обучение и воспитание детей перед всеми другими лицами. Они обязаны заложить основы физического, нравственного и интеллектуального развития личности ребёнка.</w:t>
      </w:r>
    </w:p>
    <w:p w:rsidR="00244179" w:rsidRPr="00117576" w:rsidRDefault="00D166F2">
      <w:pPr>
        <w:spacing w:after="40"/>
        <w:ind w:firstLine="709"/>
        <w:jc w:val="both"/>
        <w:rPr>
          <w:rFonts w:cs="Times New Roman"/>
          <w:szCs w:val="24"/>
          <w:lang w:val="ru-RU"/>
        </w:rPr>
      </w:pPr>
      <w:r w:rsidRPr="00117576">
        <w:rPr>
          <w:rFonts w:cs="Times New Roman"/>
          <w:b/>
          <w:szCs w:val="24"/>
          <w:lang w:val="ru-RU"/>
        </w:rPr>
        <w:t>13.2.</w:t>
      </w:r>
      <w:r w:rsidRPr="00117576">
        <w:rPr>
          <w:rFonts w:cs="Times New Roman"/>
          <w:szCs w:val="24"/>
          <w:lang w:val="ru-RU"/>
        </w:rPr>
        <w:t xml:space="preserve"> Родители (законные предст</w:t>
      </w:r>
      <w:r w:rsidRPr="00117576">
        <w:rPr>
          <w:rFonts w:cs="Times New Roman"/>
          <w:szCs w:val="24"/>
          <w:lang w:val="ru-RU"/>
        </w:rPr>
        <w:t>авители) обязаны:</w:t>
      </w:r>
    </w:p>
    <w:p w:rsidR="00244179" w:rsidRPr="00117576" w:rsidRDefault="00D166F2">
      <w:pPr>
        <w:spacing w:after="40"/>
        <w:ind w:left="709"/>
        <w:jc w:val="both"/>
        <w:rPr>
          <w:rFonts w:cs="Times New Roman"/>
          <w:szCs w:val="24"/>
          <w:lang w:val="ru-RU"/>
        </w:rPr>
      </w:pPr>
      <w:r w:rsidRPr="00117576">
        <w:rPr>
          <w:rFonts w:cs="Times New Roman"/>
          <w:szCs w:val="24"/>
          <w:lang w:val="ru-RU"/>
        </w:rPr>
        <w:t>— соблюдать настоящие Правила внутреннего распорядка, требования локальных нормативных актов Учреждения;</w:t>
      </w:r>
    </w:p>
    <w:p w:rsidR="00244179" w:rsidRPr="00117576" w:rsidRDefault="00D166F2">
      <w:pPr>
        <w:spacing w:after="40"/>
        <w:ind w:left="709"/>
        <w:jc w:val="both"/>
        <w:rPr>
          <w:rFonts w:cs="Times New Roman"/>
          <w:szCs w:val="24"/>
          <w:lang w:val="ru-RU"/>
        </w:rPr>
      </w:pPr>
      <w:r w:rsidRPr="00117576">
        <w:rPr>
          <w:rFonts w:cs="Times New Roman"/>
          <w:szCs w:val="24"/>
          <w:lang w:val="ru-RU"/>
        </w:rPr>
        <w:t>— уважать честь и достоинство обучающихся и работников Учреждения;</w:t>
      </w:r>
    </w:p>
    <w:p w:rsidR="00244179" w:rsidRPr="00117576" w:rsidRDefault="00D166F2">
      <w:pPr>
        <w:spacing w:after="40"/>
        <w:ind w:left="709"/>
        <w:jc w:val="both"/>
        <w:rPr>
          <w:rFonts w:cs="Times New Roman"/>
          <w:szCs w:val="24"/>
          <w:lang w:val="ru-RU"/>
        </w:rPr>
      </w:pPr>
      <w:r w:rsidRPr="00117576">
        <w:rPr>
          <w:rFonts w:cs="Times New Roman"/>
          <w:szCs w:val="24"/>
          <w:lang w:val="ru-RU"/>
        </w:rPr>
        <w:t>— своевременно сообщать о причине отсутствия ребёнка;</w:t>
      </w:r>
    </w:p>
    <w:p w:rsidR="00244179" w:rsidRPr="00117576" w:rsidRDefault="00D166F2">
      <w:pPr>
        <w:spacing w:after="40"/>
        <w:ind w:left="709"/>
        <w:jc w:val="both"/>
        <w:rPr>
          <w:rFonts w:cs="Times New Roman"/>
          <w:szCs w:val="24"/>
          <w:lang w:val="ru-RU"/>
        </w:rPr>
      </w:pPr>
      <w:r w:rsidRPr="00117576">
        <w:rPr>
          <w:rFonts w:cs="Times New Roman"/>
          <w:szCs w:val="24"/>
          <w:lang w:val="ru-RU"/>
        </w:rPr>
        <w:t>— обеспечить</w:t>
      </w:r>
      <w:r w:rsidRPr="00117576">
        <w:rPr>
          <w:rFonts w:cs="Times New Roman"/>
          <w:szCs w:val="24"/>
          <w:lang w:val="ru-RU"/>
        </w:rPr>
        <w:t xml:space="preserve"> ребёнка необходимой одеждой, обувью и предметами гигиены;</w:t>
      </w:r>
    </w:p>
    <w:p w:rsidR="00244179" w:rsidRPr="00117576" w:rsidRDefault="00D166F2">
      <w:pPr>
        <w:spacing w:after="40"/>
        <w:ind w:left="709"/>
        <w:jc w:val="both"/>
        <w:rPr>
          <w:rFonts w:cs="Times New Roman"/>
          <w:szCs w:val="24"/>
          <w:lang w:val="ru-RU"/>
        </w:rPr>
      </w:pPr>
      <w:r w:rsidRPr="00117576">
        <w:rPr>
          <w:rFonts w:cs="Times New Roman"/>
          <w:szCs w:val="24"/>
          <w:lang w:val="ru-RU"/>
        </w:rPr>
        <w:t>— посещать групповые родительские собрания;</w:t>
      </w:r>
    </w:p>
    <w:p w:rsidR="00244179" w:rsidRPr="00117576" w:rsidRDefault="00D166F2">
      <w:pPr>
        <w:spacing w:after="40"/>
        <w:ind w:left="709"/>
        <w:jc w:val="both"/>
        <w:rPr>
          <w:rFonts w:cs="Times New Roman"/>
          <w:szCs w:val="24"/>
          <w:lang w:val="ru-RU"/>
        </w:rPr>
      </w:pPr>
      <w:r w:rsidRPr="00117576">
        <w:rPr>
          <w:rFonts w:cs="Times New Roman"/>
          <w:szCs w:val="24"/>
          <w:lang w:val="ru-RU"/>
        </w:rPr>
        <w:t>— не обсуждать педагогов и работников Учреждения в присутствии детей.</w:t>
      </w:r>
    </w:p>
    <w:p w:rsidR="00244179" w:rsidRPr="00117576" w:rsidRDefault="00D166F2">
      <w:pPr>
        <w:spacing w:after="40"/>
        <w:ind w:firstLine="709"/>
        <w:jc w:val="both"/>
        <w:rPr>
          <w:rFonts w:cs="Times New Roman"/>
          <w:szCs w:val="24"/>
          <w:lang w:val="ru-RU"/>
        </w:rPr>
      </w:pPr>
      <w:r w:rsidRPr="00117576">
        <w:rPr>
          <w:rFonts w:cs="Times New Roman"/>
          <w:b/>
          <w:szCs w:val="24"/>
          <w:lang w:val="ru-RU"/>
        </w:rPr>
        <w:t>13.3.</w:t>
      </w:r>
      <w:r w:rsidRPr="00117576">
        <w:rPr>
          <w:rFonts w:cs="Times New Roman"/>
          <w:szCs w:val="24"/>
          <w:lang w:val="ru-RU"/>
        </w:rPr>
        <w:t xml:space="preserve"> В случае возникновения разногласий родители (законные представители) вправе о</w:t>
      </w:r>
      <w:r w:rsidRPr="00117576">
        <w:rPr>
          <w:rFonts w:cs="Times New Roman"/>
          <w:szCs w:val="24"/>
          <w:lang w:val="ru-RU"/>
        </w:rPr>
        <w:t>бращаться к заведующему Учреждением для их разрешения.</w:t>
      </w:r>
    </w:p>
    <w:p w:rsidR="00244179" w:rsidRPr="00117576" w:rsidRDefault="00D166F2">
      <w:pPr>
        <w:spacing w:before="200" w:after="80"/>
        <w:rPr>
          <w:rFonts w:cs="Times New Roman"/>
          <w:szCs w:val="24"/>
          <w:lang w:val="ru-RU"/>
        </w:rPr>
      </w:pPr>
      <w:r w:rsidRPr="00117576">
        <w:rPr>
          <w:rFonts w:cs="Times New Roman"/>
          <w:b/>
          <w:szCs w:val="24"/>
          <w:lang w:val="ru-RU"/>
        </w:rPr>
        <w:t>14. Заключительные положения</w:t>
      </w:r>
    </w:p>
    <w:p w:rsidR="00244179" w:rsidRPr="00117576" w:rsidRDefault="00D166F2">
      <w:pPr>
        <w:spacing w:after="40"/>
        <w:ind w:firstLine="709"/>
        <w:jc w:val="both"/>
        <w:rPr>
          <w:rFonts w:cs="Times New Roman"/>
          <w:szCs w:val="24"/>
          <w:lang w:val="ru-RU"/>
        </w:rPr>
      </w:pPr>
      <w:r w:rsidRPr="00117576">
        <w:rPr>
          <w:rFonts w:cs="Times New Roman"/>
          <w:b/>
          <w:szCs w:val="24"/>
          <w:lang w:val="ru-RU"/>
        </w:rPr>
        <w:t>14.1.</w:t>
      </w:r>
      <w:r w:rsidRPr="00117576">
        <w:rPr>
          <w:rFonts w:cs="Times New Roman"/>
          <w:szCs w:val="24"/>
          <w:lang w:val="ru-RU"/>
        </w:rPr>
        <w:t xml:space="preserve"> Настоящие Правила вступают в силу с момента утверждения заведующим Учреждения и действуют до замены их новыми Правилами.</w:t>
      </w:r>
    </w:p>
    <w:p w:rsidR="00244179" w:rsidRPr="00117576" w:rsidRDefault="00D166F2">
      <w:pPr>
        <w:spacing w:after="40"/>
        <w:ind w:firstLine="709"/>
        <w:jc w:val="both"/>
        <w:rPr>
          <w:rFonts w:cs="Times New Roman"/>
          <w:szCs w:val="24"/>
          <w:lang w:val="ru-RU"/>
        </w:rPr>
      </w:pPr>
      <w:r w:rsidRPr="00117576">
        <w:rPr>
          <w:rFonts w:cs="Times New Roman"/>
          <w:b/>
          <w:szCs w:val="24"/>
          <w:lang w:val="ru-RU"/>
        </w:rPr>
        <w:t>14.2.</w:t>
      </w:r>
      <w:r w:rsidRPr="00117576">
        <w:rPr>
          <w:rFonts w:cs="Times New Roman"/>
          <w:szCs w:val="24"/>
          <w:lang w:val="ru-RU"/>
        </w:rPr>
        <w:t xml:space="preserve"> Изменения и дополнения вносятся в Прави</w:t>
      </w:r>
      <w:r w:rsidRPr="00117576">
        <w:rPr>
          <w:rFonts w:cs="Times New Roman"/>
          <w:szCs w:val="24"/>
          <w:lang w:val="ru-RU"/>
        </w:rPr>
        <w:t>ла в установленном порядке по решению Общего собрания работников Учреждения с учётом мнения Совета родителей (законных представителей) воспитанников и утверждаются приказом заведующего.</w:t>
      </w:r>
    </w:p>
    <w:p w:rsidR="00244179" w:rsidRPr="00117576" w:rsidRDefault="00D166F2">
      <w:pPr>
        <w:spacing w:after="40"/>
        <w:ind w:firstLine="709"/>
        <w:jc w:val="both"/>
        <w:rPr>
          <w:rFonts w:cs="Times New Roman"/>
          <w:szCs w:val="24"/>
          <w:lang w:val="ru-RU"/>
        </w:rPr>
      </w:pPr>
      <w:r w:rsidRPr="00117576">
        <w:rPr>
          <w:rFonts w:cs="Times New Roman"/>
          <w:b/>
          <w:szCs w:val="24"/>
          <w:lang w:val="ru-RU"/>
        </w:rPr>
        <w:t>14.3.</w:t>
      </w:r>
      <w:r w:rsidRPr="00117576">
        <w:rPr>
          <w:rFonts w:cs="Times New Roman"/>
          <w:szCs w:val="24"/>
          <w:lang w:val="ru-RU"/>
        </w:rPr>
        <w:t xml:space="preserve"> Правила размещаются на официальном сайте Учреждения и на информа</w:t>
      </w:r>
      <w:r w:rsidRPr="00117576">
        <w:rPr>
          <w:rFonts w:cs="Times New Roman"/>
          <w:szCs w:val="24"/>
          <w:lang w:val="ru-RU"/>
        </w:rPr>
        <w:t>ционном стенде в здании Учреждения.</w:t>
      </w:r>
    </w:p>
    <w:p w:rsidR="00244179" w:rsidRPr="00117576" w:rsidRDefault="00D166F2">
      <w:pPr>
        <w:spacing w:after="40"/>
        <w:ind w:firstLine="709"/>
        <w:jc w:val="both"/>
        <w:rPr>
          <w:rFonts w:cs="Times New Roman"/>
          <w:szCs w:val="24"/>
          <w:lang w:val="ru-RU"/>
        </w:rPr>
      </w:pPr>
      <w:r w:rsidRPr="00117576">
        <w:rPr>
          <w:rFonts w:cs="Times New Roman"/>
          <w:b/>
          <w:szCs w:val="24"/>
          <w:lang w:val="ru-RU"/>
        </w:rPr>
        <w:t>14.4.</w:t>
      </w:r>
      <w:r w:rsidRPr="00117576">
        <w:rPr>
          <w:rFonts w:cs="Times New Roman"/>
          <w:szCs w:val="24"/>
          <w:lang w:val="ru-RU"/>
        </w:rPr>
        <w:t xml:space="preserve"> Споры, возникающие между участниками образовательных отношений, разрешаются по соглашению сторон, а при недостижении согласия — через Комиссию по урегулированию споров между участниками образовательных отношений.</w:t>
      </w:r>
    </w:p>
    <w:p w:rsidR="00244179" w:rsidRPr="00117576" w:rsidRDefault="00244179">
      <w:pPr>
        <w:rPr>
          <w:rFonts w:cs="Times New Roman"/>
          <w:szCs w:val="24"/>
          <w:lang w:val="ru-RU"/>
        </w:rPr>
      </w:pPr>
    </w:p>
    <w:p w:rsidR="00D166F2" w:rsidRPr="00117576" w:rsidRDefault="00D166F2">
      <w:pPr>
        <w:rPr>
          <w:rFonts w:cs="Times New Roman"/>
          <w:szCs w:val="24"/>
        </w:rPr>
      </w:pPr>
    </w:p>
    <w:sectPr w:rsidR="00D166F2" w:rsidRPr="00117576" w:rsidSect="00117576">
      <w:pgSz w:w="12240" w:h="15840"/>
      <w:pgMar w:top="567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00000287" w:usb1="08070000" w:usb2="00000010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0C2404"/>
    <w:rsid w:val="00117576"/>
    <w:rsid w:val="0015074B"/>
    <w:rsid w:val="00244179"/>
    <w:rsid w:val="0029639D"/>
    <w:rsid w:val="00326F90"/>
    <w:rsid w:val="00AA1D8D"/>
    <w:rsid w:val="00B47730"/>
    <w:rsid w:val="00CB0664"/>
    <w:rsid w:val="00D166F2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CF7228B"/>
  <w14:defaultImageDpi w14:val="300"/>
  <w15:docId w15:val="{457CE3B3-8395-4D83-A337-6327AB86C0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Light" w:semiHidden="1" w:unhideWhenUsed="1"/>
    <w:lsdException w:name="Grid Table 1 Light" w:semiHidden="1" w:unhideWhenUsed="1"/>
    <w:lsdException w:name="Grid Table 2" w:semiHidden="1" w:unhideWhenUsed="1"/>
    <w:lsdException w:name="Grid Table 3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1">
    <w:name w:val="Normal"/>
    <w:qFormat/>
    <w:rsid w:val="00FC693F"/>
    <w:pPr>
      <w:spacing w:after="0" w:line="240" w:lineRule="auto"/>
    </w:pPr>
    <w:rPr>
      <w:rFonts w:ascii="Times New Roman" w:hAnsi="Times New Roman"/>
      <w:sz w:val="24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Заголовок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50991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237C3EEA-F471-445A-A0B8-BD07660456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7</Pages>
  <Words>2670</Words>
  <Characters>15224</Characters>
  <Application>Microsoft Office Word</Application>
  <DocSecurity>0</DocSecurity>
  <Lines>126</Lines>
  <Paragraphs>35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17859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Admin</cp:lastModifiedBy>
  <cp:revision>2</cp:revision>
  <dcterms:created xsi:type="dcterms:W3CDTF">2013-12-23T23:15:00Z</dcterms:created>
  <dcterms:modified xsi:type="dcterms:W3CDTF">2026-10-06T12:54:00Z</dcterms:modified>
  <cp:category/>
</cp:coreProperties>
</file>