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0B6DBE" w:rsidRPr="00D347BE" w:rsidRDefault="0032597F">
      <w:pPr>
        <w:spacing w:after="120"/>
        <w:jc w:val="center"/>
        <w:rPr>
          <w:lang w:val="ru-RU"/>
        </w:rPr>
      </w:pPr>
      <w:r w:rsidRPr="00D347BE">
        <w:rPr>
          <w:b/>
          <w:lang w:val="ru-RU"/>
        </w:rPr>
        <w:t>Муниципальное бюджетное дошкольное образовательное учреждение</w:t>
      </w:r>
    </w:p>
    <w:p w:rsidR="000B6DBE" w:rsidRPr="00D347BE" w:rsidRDefault="0032597F">
      <w:pPr>
        <w:spacing w:after="120"/>
        <w:jc w:val="center"/>
        <w:rPr>
          <w:lang w:val="ru-RU"/>
        </w:rPr>
      </w:pPr>
      <w:r w:rsidRPr="00D347BE">
        <w:rPr>
          <w:b/>
          <w:lang w:val="ru-RU"/>
        </w:rPr>
        <w:t>«</w:t>
      </w:r>
      <w:proofErr w:type="spellStart"/>
      <w:r w:rsidRPr="00D347BE">
        <w:rPr>
          <w:b/>
          <w:lang w:val="ru-RU"/>
        </w:rPr>
        <w:t>Заветненский</w:t>
      </w:r>
      <w:proofErr w:type="spellEnd"/>
      <w:r w:rsidRPr="00D347BE">
        <w:rPr>
          <w:b/>
          <w:lang w:val="ru-RU"/>
        </w:rPr>
        <w:t xml:space="preserve"> детский сад «Аленький цветочек»</w:t>
      </w:r>
    </w:p>
    <w:p w:rsidR="000B6DBE" w:rsidRPr="00D347BE" w:rsidRDefault="0032597F">
      <w:pPr>
        <w:spacing w:after="240"/>
        <w:jc w:val="center"/>
        <w:rPr>
          <w:lang w:val="ru-RU"/>
        </w:rPr>
      </w:pPr>
      <w:r w:rsidRPr="00D347BE">
        <w:rPr>
          <w:b/>
          <w:lang w:val="ru-RU"/>
        </w:rPr>
        <w:t>Советского района Республики Крым</w:t>
      </w:r>
    </w:p>
    <w:p w:rsidR="00D347BE" w:rsidRDefault="00D347BE" w:rsidP="00D347BE">
      <w:pPr>
        <w:spacing w:after="120"/>
        <w:rPr>
          <w:b/>
          <w:lang w:val="ru-RU"/>
        </w:rPr>
      </w:pPr>
    </w:p>
    <w:p w:rsidR="00D347BE" w:rsidRDefault="00D347BE" w:rsidP="00D347BE">
      <w:pPr>
        <w:spacing w:before="120" w:after="120"/>
        <w:jc w:val="center"/>
        <w:rPr>
          <w:rFonts w:cs="Times New Roman"/>
          <w:szCs w:val="24"/>
        </w:rPr>
      </w:pPr>
    </w:p>
    <w:p w:rsidR="00D347BE" w:rsidRDefault="00D347BE" w:rsidP="00D347BE">
      <w:pPr>
        <w:rPr>
          <w:rFonts w:cs="Times New Roman"/>
          <w:szCs w:val="24"/>
        </w:rPr>
      </w:pPr>
    </w:p>
    <w:tbl>
      <w:tblPr>
        <w:tblW w:w="10385" w:type="dxa"/>
        <w:jc w:val="center"/>
        <w:tblLook w:val="04A0" w:firstRow="1" w:lastRow="0" w:firstColumn="1" w:lastColumn="0" w:noHBand="0" w:noVBand="1"/>
      </w:tblPr>
      <w:tblGrid>
        <w:gridCol w:w="5541"/>
        <w:gridCol w:w="4844"/>
      </w:tblGrid>
      <w:tr w:rsidR="00D347BE" w:rsidRPr="00F10966" w:rsidTr="00D347BE">
        <w:trPr>
          <w:jc w:val="center"/>
        </w:trPr>
        <w:tc>
          <w:tcPr>
            <w:tcW w:w="5541" w:type="dxa"/>
          </w:tcPr>
          <w:p w:rsidR="00D347BE" w:rsidRDefault="00D347BE">
            <w:pPr>
              <w:spacing w:after="40" w:line="276" w:lineRule="auto"/>
              <w:rPr>
                <w:rFonts w:cs="Times New Roman"/>
                <w:szCs w:val="24"/>
                <w:lang w:val="ru-RU"/>
              </w:rPr>
            </w:pPr>
            <w:r>
              <w:rPr>
                <w:rFonts w:cs="Times New Roman"/>
                <w:b/>
                <w:szCs w:val="24"/>
                <w:lang w:val="ru-RU"/>
              </w:rPr>
              <w:t>ПРИНЯТО</w:t>
            </w:r>
          </w:p>
          <w:p w:rsidR="00D347BE" w:rsidRPr="00D347BE" w:rsidRDefault="00D347BE">
            <w:pPr>
              <w:tabs>
                <w:tab w:val="left" w:pos="4575"/>
              </w:tabs>
              <w:spacing w:line="276" w:lineRule="auto"/>
              <w:rPr>
                <w:rFonts w:cs="Times New Roman"/>
                <w:szCs w:val="24"/>
                <w:lang w:val="ru-RU"/>
              </w:rPr>
            </w:pPr>
            <w:proofErr w:type="gramStart"/>
            <w:r>
              <w:rPr>
                <w:rFonts w:cs="Times New Roman"/>
                <w:szCs w:val="24"/>
                <w:lang w:val="ru-RU"/>
              </w:rPr>
              <w:t xml:space="preserve">решением </w:t>
            </w:r>
            <w:r w:rsidRPr="00D347BE">
              <w:rPr>
                <w:rFonts w:cs="Times New Roman"/>
                <w:szCs w:val="24"/>
                <w:lang w:val="ru-RU"/>
              </w:rPr>
              <w:t xml:space="preserve"> </w:t>
            </w:r>
            <w:r>
              <w:rPr>
                <w:rFonts w:cs="Times New Roman"/>
                <w:szCs w:val="24"/>
                <w:lang w:val="ru-RU"/>
              </w:rPr>
              <w:t>Общего</w:t>
            </w:r>
            <w:proofErr w:type="gramEnd"/>
            <w:r>
              <w:rPr>
                <w:rFonts w:cs="Times New Roman"/>
                <w:szCs w:val="24"/>
                <w:lang w:val="ru-RU"/>
              </w:rPr>
              <w:t xml:space="preserve"> собрания работников                                  МБДОУ «</w:t>
            </w:r>
            <w:proofErr w:type="spellStart"/>
            <w:r>
              <w:rPr>
                <w:rFonts w:cs="Times New Roman"/>
                <w:szCs w:val="24"/>
                <w:lang w:val="ru-RU"/>
              </w:rPr>
              <w:t>Заветненский</w:t>
            </w:r>
            <w:proofErr w:type="spellEnd"/>
            <w:r>
              <w:rPr>
                <w:rFonts w:cs="Times New Roman"/>
                <w:szCs w:val="24"/>
                <w:lang w:val="ru-RU"/>
              </w:rPr>
              <w:t xml:space="preserve"> детский сад</w:t>
            </w:r>
          </w:p>
          <w:p w:rsidR="00D347BE" w:rsidRDefault="00D347BE">
            <w:pPr>
              <w:spacing w:after="40" w:line="276" w:lineRule="auto"/>
              <w:rPr>
                <w:rFonts w:cs="Times New Roman"/>
                <w:szCs w:val="24"/>
                <w:lang w:val="ru-RU"/>
              </w:rPr>
            </w:pPr>
            <w:r>
              <w:rPr>
                <w:rFonts w:cs="Times New Roman"/>
                <w:szCs w:val="24"/>
                <w:lang w:val="ru-RU"/>
              </w:rPr>
              <w:t xml:space="preserve">  «Аленький цветочек»</w:t>
            </w:r>
          </w:p>
          <w:p w:rsidR="00D347BE" w:rsidRDefault="00D347BE">
            <w:pPr>
              <w:spacing w:after="40" w:line="276" w:lineRule="auto"/>
              <w:rPr>
                <w:rFonts w:cs="Times New Roman"/>
                <w:szCs w:val="24"/>
                <w:lang w:val="ru-RU"/>
              </w:rPr>
            </w:pPr>
            <w:r>
              <w:rPr>
                <w:rFonts w:cs="Times New Roman"/>
                <w:szCs w:val="24"/>
                <w:lang w:val="ru-RU"/>
              </w:rPr>
              <w:t>протокол № 2 от «06» октября 2026г.</w:t>
            </w:r>
          </w:p>
          <w:p w:rsidR="00D347BE" w:rsidRDefault="00D347BE">
            <w:pPr>
              <w:spacing w:after="40" w:line="276" w:lineRule="auto"/>
              <w:rPr>
                <w:rFonts w:cs="Times New Roman"/>
                <w:szCs w:val="24"/>
                <w:lang w:val="ru-RU"/>
              </w:rPr>
            </w:pPr>
          </w:p>
          <w:p w:rsidR="00D347BE" w:rsidRDefault="00D347BE">
            <w:pPr>
              <w:spacing w:after="40" w:line="276" w:lineRule="auto"/>
              <w:rPr>
                <w:rFonts w:cs="Times New Roman"/>
                <w:szCs w:val="24"/>
                <w:lang w:val="ru-RU"/>
              </w:rPr>
            </w:pPr>
            <w:r>
              <w:rPr>
                <w:rFonts w:cs="Times New Roman"/>
                <w:b/>
                <w:szCs w:val="24"/>
                <w:lang w:val="ru-RU"/>
              </w:rPr>
              <w:t>СОГЛАСОВАНО</w:t>
            </w:r>
          </w:p>
          <w:p w:rsidR="00D347BE" w:rsidRPr="0032597F" w:rsidRDefault="0032597F" w:rsidP="0032597F">
            <w:pPr>
              <w:rPr>
                <w:lang w:val="ru-RU"/>
              </w:rPr>
            </w:pPr>
            <w:r w:rsidRPr="0032597F">
              <w:rPr>
                <w:lang w:val="ru-RU"/>
              </w:rPr>
              <w:t>Первичной профсоюзной организацией</w:t>
            </w:r>
          </w:p>
          <w:p w:rsidR="0032597F" w:rsidRPr="00D347BE" w:rsidRDefault="0032597F" w:rsidP="0032597F">
            <w:pPr>
              <w:tabs>
                <w:tab w:val="left" w:pos="4575"/>
              </w:tabs>
              <w:spacing w:line="276" w:lineRule="auto"/>
              <w:rPr>
                <w:rFonts w:cs="Times New Roman"/>
                <w:szCs w:val="24"/>
                <w:lang w:val="ru-RU"/>
              </w:rPr>
            </w:pPr>
            <w:r>
              <w:rPr>
                <w:rFonts w:cs="Times New Roman"/>
                <w:szCs w:val="24"/>
                <w:lang w:val="ru-RU"/>
              </w:rPr>
              <w:t>МБДОУ «</w:t>
            </w:r>
            <w:proofErr w:type="spellStart"/>
            <w:r>
              <w:rPr>
                <w:rFonts w:cs="Times New Roman"/>
                <w:szCs w:val="24"/>
                <w:lang w:val="ru-RU"/>
              </w:rPr>
              <w:t>Заветненский</w:t>
            </w:r>
            <w:proofErr w:type="spellEnd"/>
            <w:r>
              <w:rPr>
                <w:rFonts w:cs="Times New Roman"/>
                <w:szCs w:val="24"/>
                <w:lang w:val="ru-RU"/>
              </w:rPr>
              <w:t xml:space="preserve"> детский сад</w:t>
            </w:r>
          </w:p>
          <w:p w:rsidR="00D347BE" w:rsidRDefault="0032597F">
            <w:pPr>
              <w:spacing w:after="40" w:line="276" w:lineRule="auto"/>
              <w:rPr>
                <w:rFonts w:cs="Times New Roman"/>
                <w:szCs w:val="24"/>
                <w:lang w:val="ru-RU"/>
              </w:rPr>
            </w:pPr>
            <w:r>
              <w:rPr>
                <w:rFonts w:cs="Times New Roman"/>
                <w:szCs w:val="24"/>
                <w:lang w:val="ru-RU"/>
              </w:rPr>
              <w:t xml:space="preserve">  «Аленький цветочек»</w:t>
            </w:r>
          </w:p>
          <w:p w:rsidR="00D347BE" w:rsidRDefault="00D347BE">
            <w:pPr>
              <w:spacing w:after="40" w:line="276" w:lineRule="auto"/>
              <w:rPr>
                <w:rFonts w:cs="Times New Roman"/>
                <w:szCs w:val="24"/>
                <w:lang w:val="ru-RU"/>
              </w:rPr>
            </w:pPr>
            <w:r>
              <w:rPr>
                <w:rFonts w:cs="Times New Roman"/>
                <w:szCs w:val="24"/>
                <w:lang w:val="ru-RU"/>
              </w:rPr>
              <w:t>протокол №</w:t>
            </w:r>
            <w:r w:rsidR="0032597F">
              <w:rPr>
                <w:rFonts w:cs="Times New Roman"/>
                <w:szCs w:val="24"/>
                <w:lang w:val="ru-RU"/>
              </w:rPr>
              <w:t>3</w:t>
            </w:r>
            <w:r>
              <w:rPr>
                <w:rFonts w:cs="Times New Roman"/>
                <w:szCs w:val="24"/>
                <w:lang w:val="ru-RU"/>
              </w:rPr>
              <w:t>1 от «06» октября 2026 г.</w:t>
            </w:r>
          </w:p>
        </w:tc>
        <w:tc>
          <w:tcPr>
            <w:tcW w:w="4844" w:type="dxa"/>
            <w:hideMark/>
          </w:tcPr>
          <w:p w:rsidR="00D347BE" w:rsidRDefault="00D347BE">
            <w:pPr>
              <w:spacing w:after="40" w:line="276" w:lineRule="auto"/>
              <w:rPr>
                <w:rFonts w:cs="Times New Roman"/>
                <w:szCs w:val="24"/>
                <w:lang w:val="ru-RU"/>
              </w:rPr>
            </w:pPr>
            <w:r>
              <w:rPr>
                <w:rFonts w:cs="Times New Roman"/>
                <w:b/>
                <w:szCs w:val="24"/>
                <w:lang w:val="ru-RU"/>
              </w:rPr>
              <w:t xml:space="preserve">   УТВЕРЖДЕНО</w:t>
            </w:r>
          </w:p>
          <w:p w:rsidR="00D347BE" w:rsidRDefault="00D347BE">
            <w:pPr>
              <w:spacing w:after="40" w:line="276" w:lineRule="auto"/>
              <w:rPr>
                <w:rFonts w:cs="Times New Roman"/>
                <w:szCs w:val="24"/>
                <w:lang w:val="ru-RU"/>
              </w:rPr>
            </w:pPr>
            <w:r>
              <w:rPr>
                <w:rFonts w:cs="Times New Roman"/>
                <w:szCs w:val="24"/>
                <w:lang w:val="ru-RU"/>
              </w:rPr>
              <w:t xml:space="preserve">     Приказом МБДОУ «</w:t>
            </w:r>
            <w:proofErr w:type="spellStart"/>
            <w:r>
              <w:rPr>
                <w:rFonts w:cs="Times New Roman"/>
                <w:szCs w:val="24"/>
                <w:lang w:val="ru-RU"/>
              </w:rPr>
              <w:t>Заветненский</w:t>
            </w:r>
            <w:proofErr w:type="spellEnd"/>
          </w:p>
          <w:p w:rsidR="00D347BE" w:rsidRDefault="00D347BE">
            <w:pPr>
              <w:spacing w:after="40" w:line="276" w:lineRule="auto"/>
              <w:rPr>
                <w:rFonts w:cs="Times New Roman"/>
                <w:szCs w:val="24"/>
                <w:lang w:val="ru-RU"/>
              </w:rPr>
            </w:pPr>
            <w:r>
              <w:rPr>
                <w:rFonts w:cs="Times New Roman"/>
                <w:szCs w:val="24"/>
                <w:lang w:val="ru-RU"/>
              </w:rPr>
              <w:t xml:space="preserve">     детский сад «Аленький цветочек</w:t>
            </w:r>
          </w:p>
          <w:p w:rsidR="00D347BE" w:rsidRDefault="00D347BE">
            <w:pPr>
              <w:spacing w:after="40" w:line="276" w:lineRule="auto"/>
              <w:rPr>
                <w:rFonts w:cs="Times New Roman"/>
                <w:szCs w:val="24"/>
                <w:lang w:val="ru-RU"/>
              </w:rPr>
            </w:pPr>
            <w:r>
              <w:rPr>
                <w:rFonts w:cs="Times New Roman"/>
                <w:szCs w:val="24"/>
                <w:lang w:val="ru-RU"/>
              </w:rPr>
              <w:t xml:space="preserve">     приказ №79-ОД от «06» октября 2026 г.</w:t>
            </w:r>
          </w:p>
        </w:tc>
      </w:tr>
    </w:tbl>
    <w:p w:rsidR="00D347BE" w:rsidRDefault="00D347BE">
      <w:pPr>
        <w:spacing w:after="120"/>
        <w:jc w:val="center"/>
        <w:rPr>
          <w:b/>
          <w:lang w:val="ru-RU"/>
        </w:rPr>
      </w:pPr>
    </w:p>
    <w:p w:rsidR="00D347BE" w:rsidRDefault="00D347BE" w:rsidP="0032597F">
      <w:pPr>
        <w:spacing w:after="120"/>
        <w:rPr>
          <w:b/>
          <w:sz w:val="28"/>
          <w:lang w:val="ru-RU"/>
        </w:rPr>
      </w:pPr>
    </w:p>
    <w:p w:rsidR="000B6DBE" w:rsidRPr="00D347BE" w:rsidRDefault="0032597F">
      <w:pPr>
        <w:spacing w:after="120"/>
        <w:jc w:val="center"/>
        <w:rPr>
          <w:szCs w:val="24"/>
          <w:lang w:val="ru-RU"/>
        </w:rPr>
      </w:pPr>
      <w:r w:rsidRPr="00D347BE">
        <w:rPr>
          <w:b/>
          <w:szCs w:val="24"/>
          <w:lang w:val="ru-RU"/>
        </w:rPr>
        <w:t>ПРАВИЛА</w:t>
      </w:r>
    </w:p>
    <w:p w:rsidR="000B6DBE" w:rsidRPr="00D347BE" w:rsidRDefault="0032597F">
      <w:pPr>
        <w:spacing w:after="120"/>
        <w:jc w:val="center"/>
        <w:rPr>
          <w:b/>
          <w:szCs w:val="24"/>
          <w:lang w:val="ru-RU"/>
        </w:rPr>
      </w:pPr>
      <w:r w:rsidRPr="00D347BE">
        <w:rPr>
          <w:b/>
          <w:szCs w:val="24"/>
          <w:lang w:val="ru-RU"/>
        </w:rPr>
        <w:t>ВНУТРЕННЕГО ТРУДОВОГО РАСПОРЯДКА РАБОТНИКОВ</w:t>
      </w:r>
    </w:p>
    <w:p w:rsidR="00D347BE" w:rsidRPr="00D347BE" w:rsidRDefault="00D347BE">
      <w:pPr>
        <w:spacing w:after="120"/>
        <w:jc w:val="center"/>
        <w:rPr>
          <w:b/>
          <w:szCs w:val="24"/>
          <w:lang w:val="ru-RU"/>
        </w:rPr>
      </w:pPr>
      <w:r w:rsidRPr="00D347BE">
        <w:rPr>
          <w:b/>
          <w:szCs w:val="24"/>
          <w:lang w:val="ru-RU"/>
        </w:rPr>
        <w:t>МБДОУ «ЗАВЕТНЕНСКИЙ ДЕТСКИЙ САД «АЛЕНЬКИЙ ЦВЕТОЧЕК»</w:t>
      </w:r>
    </w:p>
    <w:p w:rsidR="00D347BE" w:rsidRPr="00D347BE" w:rsidRDefault="00D347BE">
      <w:pPr>
        <w:spacing w:after="120"/>
        <w:jc w:val="both"/>
        <w:rPr>
          <w:b/>
          <w:i/>
          <w:szCs w:val="24"/>
          <w:lang w:val="ru-RU"/>
        </w:rPr>
      </w:pPr>
    </w:p>
    <w:p w:rsidR="00D347BE" w:rsidRDefault="00D347BE">
      <w:pPr>
        <w:spacing w:after="120"/>
        <w:jc w:val="both"/>
        <w:rPr>
          <w:b/>
          <w:lang w:val="ru-RU"/>
        </w:rPr>
      </w:pPr>
    </w:p>
    <w:p w:rsidR="000B6DBE" w:rsidRPr="00D347BE" w:rsidRDefault="0032597F">
      <w:pPr>
        <w:spacing w:after="120"/>
        <w:jc w:val="both"/>
        <w:rPr>
          <w:lang w:val="ru-RU"/>
        </w:rPr>
      </w:pPr>
      <w:r w:rsidRPr="00D347BE">
        <w:rPr>
          <w:b/>
          <w:lang w:val="ru-RU"/>
        </w:rPr>
        <w:t>1. Общие положения</w:t>
      </w:r>
    </w:p>
    <w:p w:rsidR="000B6DBE" w:rsidRPr="00D347BE" w:rsidRDefault="0032597F">
      <w:pPr>
        <w:spacing w:after="120"/>
        <w:ind w:firstLine="709"/>
        <w:jc w:val="both"/>
        <w:rPr>
          <w:lang w:val="ru-RU"/>
        </w:rPr>
      </w:pPr>
      <w:r w:rsidRPr="00D347BE">
        <w:rPr>
          <w:lang w:val="ru-RU"/>
        </w:rPr>
        <w:t>1.1. Настоящие Правила внутреннего трудового распорядка работников муниципального бюджетного дошкольного образовательного учреждения «</w:t>
      </w:r>
      <w:proofErr w:type="spellStart"/>
      <w:r w:rsidRPr="00D347BE">
        <w:rPr>
          <w:lang w:val="ru-RU"/>
        </w:rPr>
        <w:t>Заветненский</w:t>
      </w:r>
      <w:proofErr w:type="spellEnd"/>
      <w:r w:rsidRPr="00D347BE">
        <w:rPr>
          <w:lang w:val="ru-RU"/>
        </w:rPr>
        <w:t xml:space="preserve"> детский сад «Аленький цветочек» Советского района Республики Крым (далее — МБДОУ) разработаны в соответствии с:</w:t>
      </w:r>
    </w:p>
    <w:p w:rsidR="000B6DBE" w:rsidRPr="00D347BE" w:rsidRDefault="0032597F">
      <w:pPr>
        <w:pStyle w:val="a0"/>
        <w:spacing w:after="60"/>
        <w:ind w:left="709"/>
        <w:jc w:val="both"/>
        <w:rPr>
          <w:lang w:val="ru-RU"/>
        </w:rPr>
      </w:pPr>
      <w:r w:rsidRPr="00D347BE">
        <w:rPr>
          <w:lang w:val="ru-RU"/>
        </w:rPr>
        <w:t>Трудовым кодексом Российской Федерации (с учётом изменений, внесённых Федеральным законом от 25.05.2026 № 144-ФЗ, Федеральным законом от 09.04.2026 № 90-ФЗ, Федеральным законом от 09.04.2026 № 91-ФЗ, Федеральным законом от 25.04.2026 № 108-ФЗ);</w:t>
      </w:r>
    </w:p>
    <w:p w:rsidR="000B6DBE" w:rsidRPr="00D347BE" w:rsidRDefault="0032597F">
      <w:pPr>
        <w:pStyle w:val="a0"/>
        <w:spacing w:after="60"/>
        <w:ind w:left="709"/>
        <w:jc w:val="both"/>
        <w:rPr>
          <w:lang w:val="ru-RU"/>
        </w:rPr>
      </w:pPr>
      <w:r w:rsidRPr="00D347BE">
        <w:rPr>
          <w:lang w:val="ru-RU"/>
        </w:rPr>
        <w:t>Федеральным законом от 29.12.2012 № 273-ФЗ «Об образовании в Российской Федерации» (с последующими изменениями, в том числе Федеральным законом от 28.02.2026 № 328-ФЗ о снижении документационной нагрузки на педагогических работников);</w:t>
      </w:r>
    </w:p>
    <w:p w:rsidR="000B6DBE" w:rsidRPr="00D347BE" w:rsidRDefault="0032597F">
      <w:pPr>
        <w:pStyle w:val="a0"/>
        <w:spacing w:after="60"/>
        <w:ind w:left="709"/>
        <w:jc w:val="both"/>
        <w:rPr>
          <w:lang w:val="ru-RU"/>
        </w:rPr>
      </w:pPr>
      <w:r w:rsidRPr="00D347BE">
        <w:rPr>
          <w:lang w:val="ru-RU"/>
        </w:rPr>
        <w:t>Федеральным законом от 28.11.2025 № 429-ФЗ, установившим минимальный размер оплаты труда с 01.01.2026 в сумме 27 093 рубля;</w:t>
      </w:r>
    </w:p>
    <w:p w:rsidR="000B6DBE" w:rsidRPr="00D347BE" w:rsidRDefault="0032597F">
      <w:pPr>
        <w:pStyle w:val="a0"/>
        <w:spacing w:after="60"/>
        <w:ind w:left="709"/>
        <w:jc w:val="both"/>
        <w:rPr>
          <w:lang w:val="ru-RU"/>
        </w:rPr>
      </w:pPr>
      <w:r w:rsidRPr="00D347BE">
        <w:rPr>
          <w:lang w:val="ru-RU"/>
        </w:rPr>
        <w:lastRenderedPageBreak/>
        <w:t>Постановлением Правительства РФ от 30.06.2026 № 805 «О внесении изменений в Порядок обучения по охране труда и проверки знания требований охраны труда» (вступило в силу 31.08.2026);</w:t>
      </w:r>
    </w:p>
    <w:p w:rsidR="000B6DBE" w:rsidRPr="00D347BE" w:rsidRDefault="0032597F">
      <w:pPr>
        <w:pStyle w:val="a0"/>
        <w:spacing w:after="60"/>
        <w:ind w:left="709"/>
        <w:jc w:val="both"/>
        <w:rPr>
          <w:lang w:val="ru-RU"/>
        </w:rPr>
      </w:pPr>
      <w:r w:rsidRPr="00D347BE">
        <w:rPr>
          <w:lang w:val="ru-RU"/>
        </w:rPr>
        <w:t>Постановлением Главного государственного санитарного врача РФ от 02.06.2026 № 19, утвердившим СП 2.4.2.4283-26 «Санитарно-эпидемиологические требования к организациям воспитания и обучения, отдыха и оздоровления детей и молодёжи» (вступили в силу 01.09.2026, заменяют СП 2.4.3648-20);</w:t>
      </w:r>
    </w:p>
    <w:p w:rsidR="000B6DBE" w:rsidRPr="00D347BE" w:rsidRDefault="0032597F">
      <w:pPr>
        <w:pStyle w:val="a0"/>
        <w:spacing w:after="60"/>
        <w:ind w:left="709"/>
        <w:jc w:val="both"/>
        <w:rPr>
          <w:lang w:val="ru-RU"/>
        </w:rPr>
      </w:pPr>
      <w:r w:rsidRPr="00D347BE">
        <w:rPr>
          <w:lang w:val="ru-RU"/>
        </w:rPr>
        <w:t>Постановлением Главного государственного санитарного врача РФ от 02.06.2026 № 18, утвердившим СанПиН 2.3/2.4.4282-26 «Санитарно-эпидемиологические требования к организации общественного питания населения» (вступили в силу 01.09.2026, заменяют СанПиН 2.3/2.4.3590-20);</w:t>
      </w:r>
    </w:p>
    <w:p w:rsidR="000B6DBE" w:rsidRPr="00D347BE" w:rsidRDefault="0032597F">
      <w:pPr>
        <w:pStyle w:val="a0"/>
        <w:spacing w:after="60"/>
        <w:ind w:left="709"/>
        <w:jc w:val="both"/>
        <w:rPr>
          <w:lang w:val="ru-RU"/>
        </w:rPr>
      </w:pPr>
      <w:r w:rsidRPr="00D347BE">
        <w:rPr>
          <w:lang w:val="ru-RU"/>
        </w:rPr>
        <w:t>Постановлением Главного государственного санитарного врача РФ от 02.06.2026 № 20, утвердившим СП 2.2.4285-26 «Санитарно-эпидемиологические требования к условиям труда» (вступили в силу 01.09.2026);</w:t>
      </w:r>
    </w:p>
    <w:p w:rsidR="000B6DBE" w:rsidRPr="00D347BE" w:rsidRDefault="0032597F">
      <w:pPr>
        <w:pStyle w:val="a0"/>
        <w:spacing w:after="60"/>
        <w:ind w:left="709"/>
        <w:jc w:val="both"/>
        <w:rPr>
          <w:lang w:val="ru-RU"/>
        </w:rPr>
      </w:pPr>
      <w:r w:rsidRPr="00D347BE">
        <w:rPr>
          <w:lang w:val="ru-RU"/>
        </w:rPr>
        <w:t>Приказом Минздрава России от 02.07.2025 № 392н «О внесении изменений в порядок прохождения обязательного психиатрического освидетельствования работниками, осуществляющими педагогическую деятельность» (вступил в силу 01.03.2026);</w:t>
      </w:r>
    </w:p>
    <w:p w:rsidR="000B6DBE" w:rsidRPr="00D347BE" w:rsidRDefault="0032597F">
      <w:pPr>
        <w:pStyle w:val="a0"/>
        <w:spacing w:after="60"/>
        <w:ind w:left="709"/>
        <w:jc w:val="both"/>
        <w:rPr>
          <w:lang w:val="ru-RU"/>
        </w:rPr>
      </w:pPr>
      <w:r w:rsidRPr="00D347BE">
        <w:rPr>
          <w:lang w:val="ru-RU"/>
        </w:rPr>
        <w:t xml:space="preserve">Приказом </w:t>
      </w:r>
      <w:proofErr w:type="spellStart"/>
      <w:r w:rsidRPr="00D347BE">
        <w:rPr>
          <w:lang w:val="ru-RU"/>
        </w:rPr>
        <w:t>Минпросвещения</w:t>
      </w:r>
      <w:proofErr w:type="spellEnd"/>
      <w:r w:rsidRPr="00D347BE">
        <w:rPr>
          <w:lang w:val="ru-RU"/>
        </w:rPr>
        <w:t xml:space="preserve"> РФ от 06.11.2024 № 779 «Об утверждении перечня документов, подготовка которых осуществляется педагогическими работниками»;</w:t>
      </w:r>
    </w:p>
    <w:p w:rsidR="000B6DBE" w:rsidRPr="00D347BE" w:rsidRDefault="0032597F">
      <w:pPr>
        <w:pStyle w:val="a0"/>
        <w:spacing w:after="60"/>
        <w:ind w:left="709"/>
        <w:jc w:val="both"/>
        <w:rPr>
          <w:lang w:val="ru-RU"/>
        </w:rPr>
      </w:pPr>
      <w:r w:rsidRPr="00D347BE">
        <w:rPr>
          <w:lang w:val="ru-RU"/>
        </w:rPr>
        <w:t>Приказом Минтруда РФ от 16.04.2025 № 251н об обновлении перечней работ и должностей, связанных с материальной ответственностью;</w:t>
      </w:r>
    </w:p>
    <w:p w:rsidR="000B6DBE" w:rsidRPr="00D347BE" w:rsidRDefault="0032597F">
      <w:pPr>
        <w:pStyle w:val="a0"/>
        <w:spacing w:after="60"/>
        <w:ind w:left="709"/>
        <w:jc w:val="both"/>
        <w:rPr>
          <w:lang w:val="ru-RU"/>
        </w:rPr>
      </w:pPr>
      <w:r w:rsidRPr="00D347BE">
        <w:rPr>
          <w:lang w:val="ru-RU"/>
        </w:rPr>
        <w:t>Уставом МБДОУ, коллективным договором, иными локальными нормативными актами МБДОУ.</w:t>
      </w:r>
    </w:p>
    <w:p w:rsidR="000B6DBE" w:rsidRPr="00D347BE" w:rsidRDefault="0032597F">
      <w:pPr>
        <w:spacing w:after="120"/>
        <w:ind w:firstLine="709"/>
        <w:jc w:val="both"/>
        <w:rPr>
          <w:lang w:val="ru-RU"/>
        </w:rPr>
      </w:pPr>
      <w:r w:rsidRPr="00D347BE">
        <w:rPr>
          <w:lang w:val="ru-RU"/>
        </w:rPr>
        <w:t>1.2. Настоящие Правила (далее — Правила) регламентируют в соответствии с Трудовым кодексом Российской Федерации и иными федеральными законами порядок приёма и увольнения работников, основные права, обязанности и ответственность сторон трудового договора, режим работы и время отдыха, применяемые к работникам меры поощрения и взыскания, а также иные вопросы регулирования трудовых отношений в МБДОУ.</w:t>
      </w:r>
    </w:p>
    <w:p w:rsidR="000B6DBE" w:rsidRPr="00D347BE" w:rsidRDefault="0032597F">
      <w:pPr>
        <w:spacing w:after="120"/>
        <w:ind w:firstLine="709"/>
        <w:jc w:val="both"/>
        <w:rPr>
          <w:lang w:val="ru-RU"/>
        </w:rPr>
      </w:pPr>
      <w:r w:rsidRPr="00D347BE">
        <w:rPr>
          <w:lang w:val="ru-RU"/>
        </w:rPr>
        <w:t>1.3. Настоящие Правила утверждаются заведующим МБДОУ с учётом мнения Общего собрания работников и согласования с профсоюзным комитетом (при наличии профсоюза).</w:t>
      </w:r>
    </w:p>
    <w:p w:rsidR="000B6DBE" w:rsidRPr="00D347BE" w:rsidRDefault="0032597F">
      <w:pPr>
        <w:spacing w:after="120"/>
        <w:ind w:firstLine="709"/>
        <w:jc w:val="both"/>
        <w:rPr>
          <w:lang w:val="ru-RU"/>
        </w:rPr>
      </w:pPr>
      <w:r w:rsidRPr="00D347BE">
        <w:rPr>
          <w:lang w:val="ru-RU"/>
        </w:rPr>
        <w:t>1.4. Настоящие Правила обязательны для исполнения всеми работниками МБДОУ.</w:t>
      </w:r>
    </w:p>
    <w:p w:rsidR="000B6DBE" w:rsidRPr="00D347BE" w:rsidRDefault="0032597F">
      <w:pPr>
        <w:spacing w:after="120"/>
        <w:ind w:firstLine="709"/>
        <w:jc w:val="both"/>
        <w:rPr>
          <w:lang w:val="ru-RU"/>
        </w:rPr>
      </w:pPr>
      <w:r w:rsidRPr="00D347BE">
        <w:rPr>
          <w:lang w:val="ru-RU"/>
        </w:rPr>
        <w:t>1.5. С настоящими Правилами работодатель обязан ознакомить каждого работника под подпись при приёме на работу (до подписания трудового договора), а также при внесении в них изменений.</w:t>
      </w:r>
    </w:p>
    <w:p w:rsidR="000B6DBE" w:rsidRPr="00D347BE" w:rsidRDefault="0032597F">
      <w:pPr>
        <w:spacing w:after="120"/>
        <w:ind w:firstLine="709"/>
        <w:jc w:val="both"/>
        <w:rPr>
          <w:lang w:val="ru-RU"/>
        </w:rPr>
      </w:pPr>
      <w:r w:rsidRPr="00D347BE">
        <w:rPr>
          <w:lang w:val="ru-RU"/>
        </w:rPr>
        <w:t>1.6. Копии настоящих Правил размещаются на информационном стенде в помещении МБДОУ и на официальном сайте МБДОУ в сети Интернет.</w:t>
      </w:r>
    </w:p>
    <w:p w:rsidR="000B6DBE" w:rsidRPr="00D347BE" w:rsidRDefault="0032597F">
      <w:pPr>
        <w:spacing w:after="120"/>
        <w:jc w:val="both"/>
        <w:rPr>
          <w:lang w:val="ru-RU"/>
        </w:rPr>
      </w:pPr>
      <w:r w:rsidRPr="00D347BE">
        <w:rPr>
          <w:b/>
          <w:lang w:val="ru-RU"/>
        </w:rPr>
        <w:t>2. Порядок приёма, перевода и увольнения работников</w:t>
      </w:r>
    </w:p>
    <w:p w:rsidR="000B6DBE" w:rsidRPr="00D347BE" w:rsidRDefault="0032597F">
      <w:pPr>
        <w:spacing w:after="120"/>
        <w:ind w:firstLine="709"/>
        <w:jc w:val="both"/>
        <w:rPr>
          <w:lang w:val="ru-RU"/>
        </w:rPr>
      </w:pPr>
      <w:r w:rsidRPr="00D347BE">
        <w:rPr>
          <w:lang w:val="ru-RU"/>
        </w:rPr>
        <w:t>2.1. Приём на работу в МБДОУ оформляется приказом заведующего, изданным на основании заключённого трудового договора. Приказ объявляется работнику под подпись в трёхдневный срок со дня фактического начала работы.</w:t>
      </w:r>
    </w:p>
    <w:p w:rsidR="000B6DBE" w:rsidRPr="00D347BE" w:rsidRDefault="0032597F">
      <w:pPr>
        <w:spacing w:after="120"/>
        <w:ind w:firstLine="709"/>
        <w:jc w:val="both"/>
        <w:rPr>
          <w:lang w:val="ru-RU"/>
        </w:rPr>
      </w:pPr>
      <w:r w:rsidRPr="00D347BE">
        <w:rPr>
          <w:lang w:val="ru-RU"/>
        </w:rPr>
        <w:t>2.2. При заключении трудового договора работник предъявляет:</w:t>
      </w:r>
    </w:p>
    <w:p w:rsidR="000B6DBE" w:rsidRPr="00D347BE" w:rsidRDefault="0032597F">
      <w:pPr>
        <w:pStyle w:val="a0"/>
        <w:spacing w:after="60"/>
        <w:ind w:left="709"/>
        <w:jc w:val="both"/>
        <w:rPr>
          <w:lang w:val="ru-RU"/>
        </w:rPr>
      </w:pPr>
      <w:r w:rsidRPr="00D347BE">
        <w:rPr>
          <w:lang w:val="ru-RU"/>
        </w:rPr>
        <w:t>паспорт или иной документ, удостоверяющий личность;</w:t>
      </w:r>
    </w:p>
    <w:p w:rsidR="000B6DBE" w:rsidRPr="00D347BE" w:rsidRDefault="0032597F">
      <w:pPr>
        <w:pStyle w:val="a0"/>
        <w:spacing w:after="60"/>
        <w:ind w:left="709"/>
        <w:jc w:val="both"/>
        <w:rPr>
          <w:lang w:val="ru-RU"/>
        </w:rPr>
      </w:pPr>
      <w:r w:rsidRPr="00D347BE">
        <w:rPr>
          <w:lang w:val="ru-RU"/>
        </w:rPr>
        <w:t>трудовую книжку и (или) сведения о трудовой деятельности (форма СТД-Р или СТД-ПФР);</w:t>
      </w:r>
    </w:p>
    <w:p w:rsidR="000B6DBE" w:rsidRPr="00D347BE" w:rsidRDefault="0032597F">
      <w:pPr>
        <w:pStyle w:val="a0"/>
        <w:spacing w:after="60"/>
        <w:ind w:left="709"/>
        <w:jc w:val="both"/>
        <w:rPr>
          <w:lang w:val="ru-RU"/>
        </w:rPr>
      </w:pPr>
      <w:r w:rsidRPr="00D347BE">
        <w:rPr>
          <w:lang w:val="ru-RU"/>
        </w:rPr>
        <w:t>страховое свидетельство обязательного пенсионного страхования (СНИЛС);</w:t>
      </w:r>
    </w:p>
    <w:p w:rsidR="000B6DBE" w:rsidRPr="00D347BE" w:rsidRDefault="0032597F">
      <w:pPr>
        <w:pStyle w:val="a0"/>
        <w:spacing w:after="60"/>
        <w:ind w:left="709"/>
        <w:jc w:val="both"/>
        <w:rPr>
          <w:lang w:val="ru-RU"/>
        </w:rPr>
      </w:pPr>
      <w:r w:rsidRPr="00D347BE">
        <w:rPr>
          <w:lang w:val="ru-RU"/>
        </w:rPr>
        <w:lastRenderedPageBreak/>
        <w:t>документ об образовании и (или) квалификации (при поступлении на работу, требующую специальных знаний);</w:t>
      </w:r>
    </w:p>
    <w:p w:rsidR="000B6DBE" w:rsidRPr="00D347BE" w:rsidRDefault="0032597F">
      <w:pPr>
        <w:pStyle w:val="a0"/>
        <w:spacing w:after="60"/>
        <w:ind w:left="709"/>
        <w:jc w:val="both"/>
        <w:rPr>
          <w:lang w:val="ru-RU"/>
        </w:rPr>
      </w:pPr>
      <w:r w:rsidRPr="00D347BE">
        <w:rPr>
          <w:lang w:val="ru-RU"/>
        </w:rPr>
        <w:t>справку о наличии (отсутствии) судимости и (или) факта уголовного преследования либо прекращения уголовного преследования по реабилитирующим основаниям — для работы в сфере образования;</w:t>
      </w:r>
    </w:p>
    <w:p w:rsidR="000B6DBE" w:rsidRPr="00D347BE" w:rsidRDefault="0032597F">
      <w:pPr>
        <w:pStyle w:val="a0"/>
        <w:spacing w:after="60"/>
        <w:ind w:left="709"/>
        <w:jc w:val="both"/>
        <w:rPr>
          <w:lang w:val="ru-RU"/>
        </w:rPr>
      </w:pPr>
      <w:r w:rsidRPr="00D347BE">
        <w:rPr>
          <w:lang w:val="ru-RU"/>
        </w:rPr>
        <w:t>медицинскую книжку с результатами обязательных предварительных и периодических медицинских осмотров;</w:t>
      </w:r>
    </w:p>
    <w:p w:rsidR="000B6DBE" w:rsidRPr="00D347BE" w:rsidRDefault="0032597F">
      <w:pPr>
        <w:pStyle w:val="a0"/>
        <w:spacing w:after="60"/>
        <w:ind w:left="709"/>
        <w:jc w:val="both"/>
        <w:rPr>
          <w:lang w:val="ru-RU"/>
        </w:rPr>
      </w:pPr>
      <w:r w:rsidRPr="00D347BE">
        <w:rPr>
          <w:lang w:val="ru-RU"/>
        </w:rPr>
        <w:t>заключение комиссии врачей-психиатров о пригодности к выполнению отдельных видов деятельности (для педагогических работников) — в соответствии с Приказом Минздрава России от 20.05.2022 № 342н (с изменениями от 02.07.2025 № 392н, вступившими в силу с 01.03.2026).</w:t>
      </w:r>
    </w:p>
    <w:p w:rsidR="000B6DBE" w:rsidRPr="00D347BE" w:rsidRDefault="0032597F">
      <w:pPr>
        <w:spacing w:after="120"/>
        <w:ind w:firstLine="709"/>
        <w:jc w:val="both"/>
        <w:rPr>
          <w:lang w:val="ru-RU"/>
        </w:rPr>
      </w:pPr>
      <w:r w:rsidRPr="00D347BE">
        <w:rPr>
          <w:lang w:val="ru-RU"/>
        </w:rPr>
        <w:t>2.3. При приёме на работу может устанавливаться испытательный срок продолжительностью до трёх месяцев (для заведующего — до шести месяцев).</w:t>
      </w:r>
    </w:p>
    <w:p w:rsidR="000B6DBE" w:rsidRPr="00D347BE" w:rsidRDefault="0032597F">
      <w:pPr>
        <w:spacing w:after="120"/>
        <w:ind w:firstLine="709"/>
        <w:jc w:val="both"/>
        <w:rPr>
          <w:lang w:val="ru-RU"/>
        </w:rPr>
      </w:pPr>
      <w:r w:rsidRPr="00D347BE">
        <w:rPr>
          <w:lang w:val="ru-RU"/>
        </w:rPr>
        <w:t>2.4. Испытательный срок не устанавливается для:</w:t>
      </w:r>
    </w:p>
    <w:p w:rsidR="000B6DBE" w:rsidRPr="00D347BE" w:rsidRDefault="0032597F">
      <w:pPr>
        <w:pStyle w:val="a0"/>
        <w:spacing w:after="60"/>
        <w:ind w:left="709"/>
        <w:jc w:val="both"/>
        <w:rPr>
          <w:lang w:val="ru-RU"/>
        </w:rPr>
      </w:pPr>
      <w:r w:rsidRPr="00D347BE">
        <w:rPr>
          <w:lang w:val="ru-RU"/>
        </w:rPr>
        <w:t>беременных женщин и женщин, имеющих детей в возрасте до трёх лет, а также иных лиц, воспитывающих детей в возрасте до трёх лет без матери (в соответствии с Федеральным законом от 09.04.2026 № 91-ФЗ, вступившим в силу 01.09.2026);</w:t>
      </w:r>
    </w:p>
    <w:p w:rsidR="000B6DBE" w:rsidRPr="00D347BE" w:rsidRDefault="0032597F">
      <w:pPr>
        <w:pStyle w:val="a0"/>
        <w:spacing w:after="60"/>
        <w:ind w:left="709"/>
        <w:jc w:val="both"/>
        <w:rPr>
          <w:lang w:val="ru-RU"/>
        </w:rPr>
      </w:pPr>
      <w:r w:rsidRPr="00D347BE">
        <w:rPr>
          <w:lang w:val="ru-RU"/>
        </w:rPr>
        <w:t>лиц, приглашённых на работу в порядке перевода от другого работодателя;</w:t>
      </w:r>
    </w:p>
    <w:p w:rsidR="000B6DBE" w:rsidRPr="00D347BE" w:rsidRDefault="0032597F">
      <w:pPr>
        <w:pStyle w:val="a0"/>
        <w:spacing w:after="60"/>
        <w:ind w:left="709"/>
        <w:jc w:val="both"/>
        <w:rPr>
          <w:lang w:val="ru-RU"/>
        </w:rPr>
      </w:pPr>
      <w:r w:rsidRPr="00D347BE">
        <w:rPr>
          <w:lang w:val="ru-RU"/>
        </w:rPr>
        <w:t>лиц, заключающих трудовой договор на срок до двух месяцев;</w:t>
      </w:r>
    </w:p>
    <w:p w:rsidR="000B6DBE" w:rsidRPr="00D347BE" w:rsidRDefault="0032597F">
      <w:pPr>
        <w:pStyle w:val="a0"/>
        <w:spacing w:after="60"/>
        <w:ind w:left="709"/>
        <w:jc w:val="both"/>
        <w:rPr>
          <w:lang w:val="ru-RU"/>
        </w:rPr>
      </w:pPr>
      <w:r w:rsidRPr="00D347BE">
        <w:rPr>
          <w:lang w:val="ru-RU"/>
        </w:rPr>
        <w:t>лиц, не достигших возраста 18 лет;</w:t>
      </w:r>
    </w:p>
    <w:p w:rsidR="000B6DBE" w:rsidRPr="00D347BE" w:rsidRDefault="0032597F">
      <w:pPr>
        <w:pStyle w:val="a0"/>
        <w:spacing w:after="60"/>
        <w:ind w:left="709"/>
        <w:jc w:val="both"/>
        <w:rPr>
          <w:lang w:val="ru-RU"/>
        </w:rPr>
      </w:pPr>
      <w:r w:rsidRPr="00D347BE">
        <w:rPr>
          <w:lang w:val="ru-RU"/>
        </w:rPr>
        <w:t>лиц, получивших среднее профессиональное или высшее образование по имеющим государственную аккредитацию программам и впервые поступающих на работу по полученной специальности в течение одного года со дня получения образования.</w:t>
      </w:r>
    </w:p>
    <w:p w:rsidR="000B6DBE" w:rsidRPr="00D347BE" w:rsidRDefault="0032597F">
      <w:pPr>
        <w:spacing w:after="120"/>
        <w:ind w:firstLine="709"/>
        <w:jc w:val="both"/>
        <w:rPr>
          <w:lang w:val="ru-RU"/>
        </w:rPr>
      </w:pPr>
      <w:r w:rsidRPr="00D347BE">
        <w:rPr>
          <w:lang w:val="ru-RU"/>
        </w:rPr>
        <w:t>2.5. При приёме на работу работник знакомится под подпись с настоящими Правилами, коллективным договором, должностной инструкцией, инструкциями по охране труда и иными локальными нормативными актами МБДОУ, непосредственно связанными с трудовой деятельностью работника.</w:t>
      </w:r>
    </w:p>
    <w:p w:rsidR="000B6DBE" w:rsidRPr="00D347BE" w:rsidRDefault="0032597F">
      <w:pPr>
        <w:spacing w:after="120"/>
        <w:ind w:firstLine="709"/>
        <w:jc w:val="both"/>
        <w:rPr>
          <w:lang w:val="ru-RU"/>
        </w:rPr>
      </w:pPr>
      <w:r w:rsidRPr="00D347BE">
        <w:rPr>
          <w:lang w:val="ru-RU"/>
        </w:rPr>
        <w:t>2.6. Перевод работника на другую работу допускается только с письменного согласия работника, за исключением случаев, предусмотренных ст. 72.2 ТК РФ.</w:t>
      </w:r>
    </w:p>
    <w:p w:rsidR="000B6DBE" w:rsidRPr="00D347BE" w:rsidRDefault="0032597F">
      <w:pPr>
        <w:spacing w:after="120"/>
        <w:ind w:firstLine="709"/>
        <w:jc w:val="both"/>
        <w:rPr>
          <w:lang w:val="ru-RU"/>
        </w:rPr>
      </w:pPr>
      <w:r w:rsidRPr="00D347BE">
        <w:rPr>
          <w:lang w:val="ru-RU"/>
        </w:rPr>
        <w:t>2.7. Прекращение трудового договора оформляется приказом заведующего МБДОУ. Работник имеет право расторгнуть трудовой договор, предупредив об этом заведующего в письменной форме за две недели.</w:t>
      </w:r>
    </w:p>
    <w:p w:rsidR="000B6DBE" w:rsidRPr="00D347BE" w:rsidRDefault="0032597F">
      <w:pPr>
        <w:spacing w:after="120"/>
        <w:ind w:firstLine="709"/>
        <w:jc w:val="both"/>
        <w:rPr>
          <w:lang w:val="ru-RU"/>
        </w:rPr>
      </w:pPr>
      <w:r w:rsidRPr="00D347BE">
        <w:rPr>
          <w:lang w:val="ru-RU"/>
        </w:rPr>
        <w:t>2.8. Увольнение работников производится по основаниям, предусмотренным Трудовым кодексом Российской Федерации, в том числе:</w:t>
      </w:r>
    </w:p>
    <w:p w:rsidR="000B6DBE" w:rsidRPr="00D347BE" w:rsidRDefault="0032597F">
      <w:pPr>
        <w:pStyle w:val="a0"/>
        <w:spacing w:after="60"/>
        <w:ind w:left="709"/>
        <w:jc w:val="both"/>
        <w:rPr>
          <w:lang w:val="ru-RU"/>
        </w:rPr>
      </w:pPr>
      <w:r w:rsidRPr="00D347BE">
        <w:rPr>
          <w:lang w:val="ru-RU"/>
        </w:rPr>
        <w:t>по соглашению сторон (ст. 78 ТК РФ);</w:t>
      </w:r>
    </w:p>
    <w:p w:rsidR="000B6DBE" w:rsidRPr="00D347BE" w:rsidRDefault="0032597F">
      <w:pPr>
        <w:pStyle w:val="a0"/>
        <w:spacing w:after="60"/>
        <w:ind w:left="709"/>
        <w:jc w:val="both"/>
        <w:rPr>
          <w:lang w:val="ru-RU"/>
        </w:rPr>
      </w:pPr>
      <w:r w:rsidRPr="00D347BE">
        <w:rPr>
          <w:lang w:val="ru-RU"/>
        </w:rPr>
        <w:t>по истечении срока трудового договора (ст. 79 ТК РФ);</w:t>
      </w:r>
    </w:p>
    <w:p w:rsidR="000B6DBE" w:rsidRPr="00D347BE" w:rsidRDefault="0032597F">
      <w:pPr>
        <w:pStyle w:val="a0"/>
        <w:spacing w:after="60"/>
        <w:ind w:left="709"/>
        <w:jc w:val="both"/>
        <w:rPr>
          <w:lang w:val="ru-RU"/>
        </w:rPr>
      </w:pPr>
      <w:r w:rsidRPr="00D347BE">
        <w:rPr>
          <w:lang w:val="ru-RU"/>
        </w:rPr>
        <w:t>по инициативе работника (ст. 80 ТК РФ);</w:t>
      </w:r>
    </w:p>
    <w:p w:rsidR="000B6DBE" w:rsidRPr="00D347BE" w:rsidRDefault="0032597F">
      <w:pPr>
        <w:pStyle w:val="a0"/>
        <w:spacing w:after="60"/>
        <w:ind w:left="709"/>
        <w:jc w:val="both"/>
        <w:rPr>
          <w:lang w:val="ru-RU"/>
        </w:rPr>
      </w:pPr>
      <w:r w:rsidRPr="00D347BE">
        <w:rPr>
          <w:lang w:val="ru-RU"/>
        </w:rPr>
        <w:t xml:space="preserve">по инициативе работодателя (ст. 81 ТК РФ), в том числе за совершение по месту работы хищения, растраты, умышленного уничтожения или повреждения имущества (п. 6 ч. 1 ст. 81 ТК РФ), в том числе в случае принятия судом решения о прекращении уголовного преследования в связи с назначением меры уголовно-правового характера в виде судебного штрафа либо по иным </w:t>
      </w:r>
      <w:proofErr w:type="spellStart"/>
      <w:r w:rsidRPr="00D347BE">
        <w:rPr>
          <w:lang w:val="ru-RU"/>
        </w:rPr>
        <w:t>нереабилитирующим</w:t>
      </w:r>
      <w:proofErr w:type="spellEnd"/>
      <w:r w:rsidRPr="00D347BE">
        <w:rPr>
          <w:lang w:val="ru-RU"/>
        </w:rPr>
        <w:t xml:space="preserve"> основаниям (с учётом изменений, вступивших в силу 01.09.2026);</w:t>
      </w:r>
    </w:p>
    <w:p w:rsidR="000B6DBE" w:rsidRPr="00D347BE" w:rsidRDefault="0032597F">
      <w:pPr>
        <w:pStyle w:val="a0"/>
        <w:spacing w:after="60"/>
        <w:ind w:left="709"/>
        <w:jc w:val="both"/>
        <w:rPr>
          <w:lang w:val="ru-RU"/>
        </w:rPr>
      </w:pPr>
      <w:r w:rsidRPr="00D347BE">
        <w:rPr>
          <w:lang w:val="ru-RU"/>
        </w:rPr>
        <w:t>по обстоятельствам, не зависящим от воли сторон (ст. 83 ТК РФ);</w:t>
      </w:r>
    </w:p>
    <w:p w:rsidR="000B6DBE" w:rsidRPr="00D347BE" w:rsidRDefault="0032597F">
      <w:pPr>
        <w:pStyle w:val="a0"/>
        <w:spacing w:after="60"/>
        <w:ind w:left="709"/>
        <w:jc w:val="both"/>
        <w:rPr>
          <w:lang w:val="ru-RU"/>
        </w:rPr>
      </w:pPr>
      <w:r w:rsidRPr="00D347BE">
        <w:rPr>
          <w:lang w:val="ru-RU"/>
        </w:rPr>
        <w:lastRenderedPageBreak/>
        <w:t>в связи с повторным в течение одного года грубым нарушением устава МБДОУ (ст. 336 ТК РФ);</w:t>
      </w:r>
    </w:p>
    <w:p w:rsidR="000B6DBE" w:rsidRPr="00D347BE" w:rsidRDefault="0032597F">
      <w:pPr>
        <w:pStyle w:val="a0"/>
        <w:spacing w:after="60"/>
        <w:ind w:left="709"/>
        <w:jc w:val="both"/>
        <w:rPr>
          <w:lang w:val="ru-RU"/>
        </w:rPr>
      </w:pPr>
      <w:r w:rsidRPr="00D347BE">
        <w:rPr>
          <w:lang w:val="ru-RU"/>
        </w:rPr>
        <w:t>за аморальный проступок, несовместимый с продолжением работы (п. 8 ст. 81 ТК РФ).</w:t>
      </w:r>
    </w:p>
    <w:p w:rsidR="000B6DBE" w:rsidRPr="00D347BE" w:rsidRDefault="0032597F">
      <w:pPr>
        <w:spacing w:after="120"/>
        <w:jc w:val="both"/>
        <w:rPr>
          <w:lang w:val="ru-RU"/>
        </w:rPr>
      </w:pPr>
      <w:r w:rsidRPr="00D347BE">
        <w:rPr>
          <w:b/>
          <w:lang w:val="ru-RU"/>
        </w:rPr>
        <w:t>3. Права, обязанности и ответственность работников</w:t>
      </w:r>
    </w:p>
    <w:p w:rsidR="000B6DBE" w:rsidRPr="00D347BE" w:rsidRDefault="0032597F">
      <w:pPr>
        <w:spacing w:after="120"/>
        <w:ind w:firstLine="709"/>
        <w:jc w:val="both"/>
        <w:rPr>
          <w:lang w:val="ru-RU"/>
        </w:rPr>
      </w:pPr>
      <w:r w:rsidRPr="00D347BE">
        <w:rPr>
          <w:lang w:val="ru-RU"/>
        </w:rPr>
        <w:t>3.1. Работники МБДОУ имеют право на:</w:t>
      </w:r>
    </w:p>
    <w:p w:rsidR="000B6DBE" w:rsidRPr="00D347BE" w:rsidRDefault="0032597F">
      <w:pPr>
        <w:pStyle w:val="a0"/>
        <w:spacing w:after="60"/>
        <w:ind w:left="709"/>
        <w:jc w:val="both"/>
        <w:rPr>
          <w:lang w:val="ru-RU"/>
        </w:rPr>
      </w:pPr>
      <w:r w:rsidRPr="00D347BE">
        <w:rPr>
          <w:lang w:val="ru-RU"/>
        </w:rPr>
        <w:t>заключение, изменение и расторжение трудового договора в порядке, установленном ТК РФ;</w:t>
      </w:r>
    </w:p>
    <w:p w:rsidR="000B6DBE" w:rsidRPr="00D347BE" w:rsidRDefault="0032597F">
      <w:pPr>
        <w:pStyle w:val="a0"/>
        <w:spacing w:after="60"/>
        <w:ind w:left="709"/>
        <w:jc w:val="both"/>
        <w:rPr>
          <w:lang w:val="ru-RU"/>
        </w:rPr>
      </w:pPr>
      <w:r w:rsidRPr="00D347BE">
        <w:rPr>
          <w:lang w:val="ru-RU"/>
        </w:rPr>
        <w:t>предоставление работы, обусловленной трудовым договором;</w:t>
      </w:r>
    </w:p>
    <w:p w:rsidR="000B6DBE" w:rsidRPr="00D347BE" w:rsidRDefault="0032597F">
      <w:pPr>
        <w:pStyle w:val="a0"/>
        <w:spacing w:after="60"/>
        <w:ind w:left="709"/>
        <w:jc w:val="both"/>
        <w:rPr>
          <w:lang w:val="ru-RU"/>
        </w:rPr>
      </w:pPr>
      <w:r w:rsidRPr="00D347BE">
        <w:rPr>
          <w:lang w:val="ru-RU"/>
        </w:rPr>
        <w:t>рабочее место, соответствующее государственным нормативным требованиям охраны труда;</w:t>
      </w:r>
    </w:p>
    <w:p w:rsidR="000B6DBE" w:rsidRPr="00D347BE" w:rsidRDefault="0032597F">
      <w:pPr>
        <w:pStyle w:val="a0"/>
        <w:spacing w:after="60"/>
        <w:ind w:left="709"/>
        <w:jc w:val="both"/>
        <w:rPr>
          <w:lang w:val="ru-RU"/>
        </w:rPr>
      </w:pPr>
      <w:r w:rsidRPr="00D347BE">
        <w:rPr>
          <w:lang w:val="ru-RU"/>
        </w:rPr>
        <w:t>своевременную и в полном объёме выплату заработной платы не ниже минимального размера оплаты труда, установленного федеральным законом (с 01.01.2026 — 27 093 рубля);</w:t>
      </w:r>
    </w:p>
    <w:p w:rsidR="000B6DBE" w:rsidRPr="00D347BE" w:rsidRDefault="0032597F">
      <w:pPr>
        <w:pStyle w:val="a0"/>
        <w:spacing w:after="60"/>
        <w:ind w:left="709"/>
        <w:jc w:val="both"/>
        <w:rPr>
          <w:lang w:val="ru-RU"/>
        </w:rPr>
      </w:pPr>
      <w:r w:rsidRPr="00D347BE">
        <w:rPr>
          <w:lang w:val="ru-RU"/>
        </w:rPr>
        <w:t>отдых, обеспечиваемый установлением нормальной продолжительности рабочего времени, сокращённого рабочего времени для отдельных профессий и категорий работников, предоставлением еженедельных выходных дней, нерабочих праздничных дней, оплачиваемых ежегодных отпусков;</w:t>
      </w:r>
    </w:p>
    <w:p w:rsidR="000B6DBE" w:rsidRPr="00D347BE" w:rsidRDefault="0032597F">
      <w:pPr>
        <w:pStyle w:val="a0"/>
        <w:spacing w:after="60"/>
        <w:ind w:left="709"/>
        <w:jc w:val="both"/>
        <w:rPr>
          <w:lang w:val="ru-RU"/>
        </w:rPr>
      </w:pPr>
      <w:r w:rsidRPr="00D347BE">
        <w:rPr>
          <w:lang w:val="ru-RU"/>
        </w:rPr>
        <w:t>полную достоверную информацию об условиях труда и требованиях охраны труда на рабочем месте;</w:t>
      </w:r>
    </w:p>
    <w:p w:rsidR="000B6DBE" w:rsidRPr="00D347BE" w:rsidRDefault="0032597F">
      <w:pPr>
        <w:pStyle w:val="a0"/>
        <w:spacing w:after="60"/>
        <w:ind w:left="709"/>
        <w:jc w:val="both"/>
        <w:rPr>
          <w:lang w:val="ru-RU"/>
        </w:rPr>
      </w:pPr>
      <w:r w:rsidRPr="00D347BE">
        <w:rPr>
          <w:lang w:val="ru-RU"/>
        </w:rPr>
        <w:t>профессиональную подготовку, переподготовку и повышение своей квалификации;</w:t>
      </w:r>
    </w:p>
    <w:p w:rsidR="000B6DBE" w:rsidRPr="00D347BE" w:rsidRDefault="0032597F">
      <w:pPr>
        <w:pStyle w:val="a0"/>
        <w:spacing w:after="60"/>
        <w:ind w:left="709"/>
        <w:jc w:val="both"/>
        <w:rPr>
          <w:lang w:val="ru-RU"/>
        </w:rPr>
      </w:pPr>
      <w:r w:rsidRPr="00D347BE">
        <w:rPr>
          <w:lang w:val="ru-RU"/>
        </w:rPr>
        <w:t>объединение в профессиональные союзы и защиту своих трудовых прав;</w:t>
      </w:r>
    </w:p>
    <w:p w:rsidR="000B6DBE" w:rsidRPr="00D347BE" w:rsidRDefault="0032597F">
      <w:pPr>
        <w:pStyle w:val="a0"/>
        <w:spacing w:after="60"/>
        <w:ind w:left="709"/>
        <w:jc w:val="both"/>
        <w:rPr>
          <w:lang w:val="ru-RU"/>
        </w:rPr>
      </w:pPr>
      <w:r w:rsidRPr="00D347BE">
        <w:rPr>
          <w:lang w:val="ru-RU"/>
        </w:rPr>
        <w:t>возмещение вреда, причинённого работнику в связи с исполнением им трудовых обязанностей;</w:t>
      </w:r>
    </w:p>
    <w:p w:rsidR="000B6DBE" w:rsidRPr="00D347BE" w:rsidRDefault="0032597F">
      <w:pPr>
        <w:pStyle w:val="a0"/>
        <w:spacing w:after="60"/>
        <w:ind w:left="709"/>
        <w:jc w:val="both"/>
        <w:rPr>
          <w:lang w:val="ru-RU"/>
        </w:rPr>
      </w:pPr>
      <w:r w:rsidRPr="00D347BE">
        <w:rPr>
          <w:lang w:val="ru-RU"/>
        </w:rPr>
        <w:t>обязательное социальное страхование в случаях, предусмотренных федеральными законами.</w:t>
      </w:r>
    </w:p>
    <w:p w:rsidR="000B6DBE" w:rsidRPr="00D347BE" w:rsidRDefault="0032597F">
      <w:pPr>
        <w:spacing w:after="120"/>
        <w:ind w:firstLine="709"/>
        <w:jc w:val="both"/>
        <w:rPr>
          <w:lang w:val="ru-RU"/>
        </w:rPr>
      </w:pPr>
      <w:r w:rsidRPr="00D347BE">
        <w:rPr>
          <w:lang w:val="ru-RU"/>
        </w:rPr>
        <w:t>3.2. Педагогические работники МБДОУ также имеют право на:</w:t>
      </w:r>
    </w:p>
    <w:p w:rsidR="000B6DBE" w:rsidRPr="00D347BE" w:rsidRDefault="0032597F">
      <w:pPr>
        <w:pStyle w:val="a0"/>
        <w:spacing w:after="60"/>
        <w:ind w:left="709"/>
        <w:jc w:val="both"/>
        <w:rPr>
          <w:lang w:val="ru-RU"/>
        </w:rPr>
      </w:pPr>
      <w:r w:rsidRPr="00D347BE">
        <w:rPr>
          <w:lang w:val="ru-RU"/>
        </w:rPr>
        <w:t>академические свободы, в том числе свободу преподавания, свободное выражение своего мнения;</w:t>
      </w:r>
    </w:p>
    <w:p w:rsidR="000B6DBE" w:rsidRPr="00D347BE" w:rsidRDefault="0032597F">
      <w:pPr>
        <w:pStyle w:val="a0"/>
        <w:spacing w:after="60"/>
        <w:ind w:left="709"/>
        <w:jc w:val="both"/>
        <w:rPr>
          <w:lang w:val="ru-RU"/>
        </w:rPr>
      </w:pPr>
      <w:r w:rsidRPr="00D347BE">
        <w:rPr>
          <w:lang w:val="ru-RU"/>
        </w:rPr>
        <w:t>сокращённую продолжительность рабочего времени (не более 36 часов в неделю);</w:t>
      </w:r>
    </w:p>
    <w:p w:rsidR="000B6DBE" w:rsidRPr="00D347BE" w:rsidRDefault="0032597F">
      <w:pPr>
        <w:pStyle w:val="a0"/>
        <w:spacing w:after="60"/>
        <w:ind w:left="709"/>
        <w:jc w:val="both"/>
        <w:rPr>
          <w:lang w:val="ru-RU"/>
        </w:rPr>
      </w:pPr>
      <w:r w:rsidRPr="00D347BE">
        <w:rPr>
          <w:lang w:val="ru-RU"/>
        </w:rPr>
        <w:t>удлинённый оплачиваемый отпуск (42 календарных дня);</w:t>
      </w:r>
    </w:p>
    <w:p w:rsidR="000B6DBE" w:rsidRPr="00D347BE" w:rsidRDefault="0032597F">
      <w:pPr>
        <w:pStyle w:val="a0"/>
        <w:spacing w:after="60"/>
        <w:ind w:left="709"/>
        <w:jc w:val="both"/>
        <w:rPr>
          <w:lang w:val="ru-RU"/>
        </w:rPr>
      </w:pPr>
      <w:r w:rsidRPr="00D347BE">
        <w:rPr>
          <w:lang w:val="ru-RU"/>
        </w:rPr>
        <w:t>длительный отпуск сроком до одного года не реже чем через каждые 10 лет непрерывной работы;</w:t>
      </w:r>
    </w:p>
    <w:p w:rsidR="000B6DBE" w:rsidRPr="00D347BE" w:rsidRDefault="0032597F">
      <w:pPr>
        <w:pStyle w:val="a0"/>
        <w:spacing w:after="60"/>
        <w:ind w:left="709"/>
        <w:jc w:val="both"/>
        <w:rPr>
          <w:lang w:val="ru-RU"/>
        </w:rPr>
      </w:pPr>
      <w:r w:rsidRPr="00D347BE">
        <w:rPr>
          <w:lang w:val="ru-RU"/>
        </w:rPr>
        <w:t>досрочное назначение страховой пенсии по старости;</w:t>
      </w:r>
    </w:p>
    <w:p w:rsidR="000B6DBE" w:rsidRPr="00D347BE" w:rsidRDefault="0032597F">
      <w:pPr>
        <w:pStyle w:val="a0"/>
        <w:spacing w:after="60"/>
        <w:ind w:left="709"/>
        <w:jc w:val="both"/>
        <w:rPr>
          <w:lang w:val="ru-RU"/>
        </w:rPr>
      </w:pPr>
      <w:r w:rsidRPr="00D347BE">
        <w:rPr>
          <w:lang w:val="ru-RU"/>
        </w:rPr>
        <w:t>получение дополнительного профессионального образования по профилю педагогической деятельности.</w:t>
      </w:r>
    </w:p>
    <w:p w:rsidR="000B6DBE" w:rsidRDefault="0032597F">
      <w:pPr>
        <w:spacing w:after="120"/>
        <w:ind w:firstLine="709"/>
        <w:jc w:val="both"/>
      </w:pPr>
      <w:r>
        <w:t>3.3. Работники МБДОУ обязаны:</w:t>
      </w:r>
    </w:p>
    <w:p w:rsidR="000B6DBE" w:rsidRPr="00D347BE" w:rsidRDefault="0032597F">
      <w:pPr>
        <w:pStyle w:val="a0"/>
        <w:spacing w:after="60"/>
        <w:ind w:left="709"/>
        <w:jc w:val="both"/>
        <w:rPr>
          <w:lang w:val="ru-RU"/>
        </w:rPr>
      </w:pPr>
      <w:r w:rsidRPr="00D347BE">
        <w:rPr>
          <w:lang w:val="ru-RU"/>
        </w:rPr>
        <w:t>добросовестно исполнять свои трудовые обязанности, возложенные на них трудовым договором и должностной инструкцией;</w:t>
      </w:r>
    </w:p>
    <w:p w:rsidR="000B6DBE" w:rsidRPr="00D347BE" w:rsidRDefault="0032597F">
      <w:pPr>
        <w:pStyle w:val="a0"/>
        <w:spacing w:after="60"/>
        <w:ind w:left="709"/>
        <w:jc w:val="both"/>
        <w:rPr>
          <w:lang w:val="ru-RU"/>
        </w:rPr>
      </w:pPr>
      <w:r w:rsidRPr="00D347BE">
        <w:rPr>
          <w:lang w:val="ru-RU"/>
        </w:rPr>
        <w:t>соблюдать правила внутреннего трудового распорядка;</w:t>
      </w:r>
    </w:p>
    <w:p w:rsidR="000B6DBE" w:rsidRDefault="0032597F">
      <w:pPr>
        <w:pStyle w:val="a0"/>
        <w:spacing w:after="60"/>
        <w:ind w:left="709"/>
        <w:jc w:val="both"/>
      </w:pPr>
      <w:proofErr w:type="spellStart"/>
      <w:r>
        <w:t>выполнять</w:t>
      </w:r>
      <w:proofErr w:type="spellEnd"/>
      <w:r>
        <w:t xml:space="preserve"> </w:t>
      </w:r>
      <w:proofErr w:type="spellStart"/>
      <w:r>
        <w:t>установленные</w:t>
      </w:r>
      <w:proofErr w:type="spellEnd"/>
      <w:r>
        <w:t xml:space="preserve"> </w:t>
      </w:r>
      <w:proofErr w:type="spellStart"/>
      <w:r>
        <w:t>нормы</w:t>
      </w:r>
      <w:proofErr w:type="spellEnd"/>
      <w:r>
        <w:t xml:space="preserve"> </w:t>
      </w:r>
      <w:proofErr w:type="spellStart"/>
      <w:r>
        <w:t>труда</w:t>
      </w:r>
      <w:proofErr w:type="spellEnd"/>
      <w:r>
        <w:t>;</w:t>
      </w:r>
    </w:p>
    <w:p w:rsidR="000B6DBE" w:rsidRPr="00D347BE" w:rsidRDefault="0032597F">
      <w:pPr>
        <w:pStyle w:val="a0"/>
        <w:spacing w:after="60"/>
        <w:ind w:left="709"/>
        <w:jc w:val="both"/>
        <w:rPr>
          <w:lang w:val="ru-RU"/>
        </w:rPr>
      </w:pPr>
      <w:r w:rsidRPr="00D347BE">
        <w:rPr>
          <w:lang w:val="ru-RU"/>
        </w:rPr>
        <w:t>соблюдать требования по охране труда и обеспечению безопасности детей;</w:t>
      </w:r>
    </w:p>
    <w:p w:rsidR="000B6DBE" w:rsidRPr="00D347BE" w:rsidRDefault="0032597F">
      <w:pPr>
        <w:pStyle w:val="a0"/>
        <w:spacing w:after="60"/>
        <w:ind w:left="709"/>
        <w:jc w:val="both"/>
        <w:rPr>
          <w:lang w:val="ru-RU"/>
        </w:rPr>
      </w:pPr>
      <w:r w:rsidRPr="00D347BE">
        <w:rPr>
          <w:lang w:val="ru-RU"/>
        </w:rPr>
        <w:t>бережно относиться к имуществу МБДОУ и других работников;</w:t>
      </w:r>
    </w:p>
    <w:p w:rsidR="000B6DBE" w:rsidRPr="00D347BE" w:rsidRDefault="0032597F">
      <w:pPr>
        <w:pStyle w:val="a0"/>
        <w:spacing w:after="60"/>
        <w:ind w:left="709"/>
        <w:jc w:val="both"/>
        <w:rPr>
          <w:lang w:val="ru-RU"/>
        </w:rPr>
      </w:pPr>
      <w:r w:rsidRPr="00D347BE">
        <w:rPr>
          <w:lang w:val="ru-RU"/>
        </w:rPr>
        <w:t>незамедлительно сообщать заведующему о возникновении ситуации, представляющей угрозу жизни и здоровью людей, сохранности имущества МБДОУ.</w:t>
      </w:r>
    </w:p>
    <w:p w:rsidR="000B6DBE" w:rsidRPr="00D347BE" w:rsidRDefault="0032597F">
      <w:pPr>
        <w:spacing w:after="120"/>
        <w:ind w:firstLine="709"/>
        <w:jc w:val="both"/>
        <w:rPr>
          <w:lang w:val="ru-RU"/>
        </w:rPr>
      </w:pPr>
      <w:r w:rsidRPr="00D347BE">
        <w:rPr>
          <w:lang w:val="ru-RU"/>
        </w:rPr>
        <w:t>3.4. Педагогические работники МБДОУ также обязаны:</w:t>
      </w:r>
    </w:p>
    <w:p w:rsidR="000B6DBE" w:rsidRPr="00D347BE" w:rsidRDefault="0032597F">
      <w:pPr>
        <w:pStyle w:val="a0"/>
        <w:spacing w:after="60"/>
        <w:ind w:left="709"/>
        <w:jc w:val="both"/>
        <w:rPr>
          <w:lang w:val="ru-RU"/>
        </w:rPr>
      </w:pPr>
      <w:r w:rsidRPr="00D347BE">
        <w:rPr>
          <w:lang w:val="ru-RU"/>
        </w:rPr>
        <w:lastRenderedPageBreak/>
        <w:t xml:space="preserve">проходить обязательные предварительные и периодические медицинские осмотры, а также психиатрическое освидетельствование в порядке, установленном Приказом Минздрава России от 20.05.2022 № 342н (с учётом изменений, вступивших в силу с 01.03.2026: </w:t>
      </w:r>
      <w:proofErr w:type="gramStart"/>
      <w:r w:rsidRPr="00D347BE">
        <w:rPr>
          <w:lang w:val="ru-RU"/>
        </w:rPr>
        <w:t>освидетельствование</w:t>
      </w:r>
      <w:proofErr w:type="gramEnd"/>
      <w:r w:rsidRPr="00D347BE">
        <w:rPr>
          <w:lang w:val="ru-RU"/>
        </w:rPr>
        <w:t xml:space="preserve"> проводится комиссией врачей-психиатров, по направлению работодателя, при выявлении признаков психического расстройства на периодическом медосмотре);</w:t>
      </w:r>
    </w:p>
    <w:p w:rsidR="000B6DBE" w:rsidRPr="00D347BE" w:rsidRDefault="0032597F">
      <w:pPr>
        <w:pStyle w:val="a0"/>
        <w:spacing w:after="60"/>
        <w:ind w:left="709"/>
        <w:jc w:val="both"/>
        <w:rPr>
          <w:lang w:val="ru-RU"/>
        </w:rPr>
      </w:pPr>
      <w:r w:rsidRPr="00D347BE">
        <w:rPr>
          <w:lang w:val="ru-RU"/>
        </w:rPr>
        <w:t>иметь медицинскую книжку установленного образца;</w:t>
      </w:r>
    </w:p>
    <w:p w:rsidR="000B6DBE" w:rsidRPr="00D347BE" w:rsidRDefault="0032597F">
      <w:pPr>
        <w:pStyle w:val="a0"/>
        <w:spacing w:after="60"/>
        <w:ind w:left="709"/>
        <w:jc w:val="both"/>
        <w:rPr>
          <w:lang w:val="ru-RU"/>
        </w:rPr>
      </w:pPr>
      <w:r w:rsidRPr="00D347BE">
        <w:rPr>
          <w:lang w:val="ru-RU"/>
        </w:rPr>
        <w:t>соблюдать профессиональную этику, не допускать физического и психического насилия над детьми;</w:t>
      </w:r>
    </w:p>
    <w:p w:rsidR="000B6DBE" w:rsidRPr="00D347BE" w:rsidRDefault="0032597F">
      <w:pPr>
        <w:pStyle w:val="a0"/>
        <w:spacing w:after="60"/>
        <w:ind w:left="709"/>
        <w:jc w:val="both"/>
        <w:rPr>
          <w:lang w:val="ru-RU"/>
        </w:rPr>
      </w:pPr>
      <w:r w:rsidRPr="00D347BE">
        <w:rPr>
          <w:lang w:val="ru-RU"/>
        </w:rPr>
        <w:t>осуществлять свою деятельность на высоком профессиональном уровне, обеспечивающем качество дошкольного образования;</w:t>
      </w:r>
    </w:p>
    <w:p w:rsidR="000B6DBE" w:rsidRPr="00D347BE" w:rsidRDefault="0032597F">
      <w:pPr>
        <w:pStyle w:val="a0"/>
        <w:spacing w:after="60"/>
        <w:ind w:left="709"/>
        <w:jc w:val="both"/>
        <w:rPr>
          <w:lang w:val="ru-RU"/>
        </w:rPr>
      </w:pPr>
      <w:r w:rsidRPr="00D347BE">
        <w:rPr>
          <w:lang w:val="ru-RU"/>
        </w:rPr>
        <w:t>постоянно повышать свой профессиональный уровень;</w:t>
      </w:r>
    </w:p>
    <w:p w:rsidR="000B6DBE" w:rsidRPr="00D347BE" w:rsidRDefault="0032597F">
      <w:pPr>
        <w:pStyle w:val="a0"/>
        <w:spacing w:after="60"/>
        <w:ind w:left="709"/>
        <w:jc w:val="both"/>
        <w:rPr>
          <w:lang w:val="ru-RU"/>
        </w:rPr>
      </w:pPr>
      <w:r w:rsidRPr="00D347BE">
        <w:rPr>
          <w:lang w:val="ru-RU"/>
        </w:rPr>
        <w:t xml:space="preserve">подготавливать только те документы, которые предусмотрены Приказом </w:t>
      </w:r>
      <w:proofErr w:type="spellStart"/>
      <w:r w:rsidRPr="00D347BE">
        <w:rPr>
          <w:lang w:val="ru-RU"/>
        </w:rPr>
        <w:t>Минпросвещения</w:t>
      </w:r>
      <w:proofErr w:type="spellEnd"/>
      <w:r w:rsidRPr="00D347BE">
        <w:rPr>
          <w:lang w:val="ru-RU"/>
        </w:rPr>
        <w:t xml:space="preserve"> РФ от 06.11.2024 № 779 (план образовательной работы и индивидуальный учёт результатов освоения образовательной программы). Составление сценариев, конспектов занятий, планов самообразования, листов адаптации, фото- и видеоотчётов не входит в обязанности воспитателей (в соответствии с разъяснениями </w:t>
      </w:r>
      <w:proofErr w:type="spellStart"/>
      <w:r w:rsidRPr="00D347BE">
        <w:rPr>
          <w:lang w:val="ru-RU"/>
        </w:rPr>
        <w:t>Минпросвещения</w:t>
      </w:r>
      <w:proofErr w:type="spellEnd"/>
      <w:r w:rsidRPr="00D347BE">
        <w:rPr>
          <w:lang w:val="ru-RU"/>
        </w:rPr>
        <w:t xml:space="preserve"> России от 16.09.2026).</w:t>
      </w:r>
    </w:p>
    <w:p w:rsidR="000B6DBE" w:rsidRPr="00D347BE" w:rsidRDefault="0032597F">
      <w:pPr>
        <w:spacing w:after="120"/>
        <w:jc w:val="both"/>
        <w:rPr>
          <w:lang w:val="ru-RU"/>
        </w:rPr>
      </w:pPr>
      <w:r w:rsidRPr="00D347BE">
        <w:rPr>
          <w:b/>
          <w:lang w:val="ru-RU"/>
        </w:rPr>
        <w:t>4. Права и обязанности работодателя</w:t>
      </w:r>
    </w:p>
    <w:p w:rsidR="000B6DBE" w:rsidRPr="00D347BE" w:rsidRDefault="0032597F">
      <w:pPr>
        <w:spacing w:after="120"/>
        <w:ind w:firstLine="709"/>
        <w:jc w:val="both"/>
        <w:rPr>
          <w:lang w:val="ru-RU"/>
        </w:rPr>
      </w:pPr>
      <w:r w:rsidRPr="00D347BE">
        <w:rPr>
          <w:lang w:val="ru-RU"/>
        </w:rPr>
        <w:t>4.1. Работодатель имеет право:</w:t>
      </w:r>
    </w:p>
    <w:p w:rsidR="000B6DBE" w:rsidRPr="00D347BE" w:rsidRDefault="0032597F">
      <w:pPr>
        <w:pStyle w:val="a0"/>
        <w:spacing w:after="60"/>
        <w:ind w:left="709"/>
        <w:jc w:val="both"/>
        <w:rPr>
          <w:lang w:val="ru-RU"/>
        </w:rPr>
      </w:pPr>
      <w:r w:rsidRPr="00D347BE">
        <w:rPr>
          <w:lang w:val="ru-RU"/>
        </w:rPr>
        <w:t>заключать, изменять и расторгать трудовые договоры с работниками в порядке, установленном ТК РФ;</w:t>
      </w:r>
    </w:p>
    <w:p w:rsidR="000B6DBE" w:rsidRPr="00D347BE" w:rsidRDefault="0032597F">
      <w:pPr>
        <w:pStyle w:val="a0"/>
        <w:spacing w:after="60"/>
        <w:ind w:left="709"/>
        <w:jc w:val="both"/>
        <w:rPr>
          <w:lang w:val="ru-RU"/>
        </w:rPr>
      </w:pPr>
      <w:r w:rsidRPr="00D347BE">
        <w:rPr>
          <w:lang w:val="ru-RU"/>
        </w:rPr>
        <w:t>поощрять работников за добросовестный и эффективный труд;</w:t>
      </w:r>
    </w:p>
    <w:p w:rsidR="000B6DBE" w:rsidRPr="00D347BE" w:rsidRDefault="0032597F">
      <w:pPr>
        <w:pStyle w:val="a0"/>
        <w:spacing w:after="60"/>
        <w:ind w:left="709"/>
        <w:jc w:val="both"/>
        <w:rPr>
          <w:lang w:val="ru-RU"/>
        </w:rPr>
      </w:pPr>
      <w:r w:rsidRPr="00D347BE">
        <w:rPr>
          <w:lang w:val="ru-RU"/>
        </w:rPr>
        <w:t>требовать от работников исполнения трудовых обязанностей и бережного отношения к имуществу МБДОУ;</w:t>
      </w:r>
    </w:p>
    <w:p w:rsidR="000B6DBE" w:rsidRPr="00D347BE" w:rsidRDefault="0032597F">
      <w:pPr>
        <w:pStyle w:val="a0"/>
        <w:spacing w:after="60"/>
        <w:ind w:left="709"/>
        <w:jc w:val="both"/>
        <w:rPr>
          <w:lang w:val="ru-RU"/>
        </w:rPr>
      </w:pPr>
      <w:r w:rsidRPr="00D347BE">
        <w:rPr>
          <w:lang w:val="ru-RU"/>
        </w:rPr>
        <w:t>привлекать работников к дисциплинарной и материальной ответственности в порядке, установленном ТК РФ;</w:t>
      </w:r>
    </w:p>
    <w:p w:rsidR="000B6DBE" w:rsidRDefault="0032597F">
      <w:pPr>
        <w:pStyle w:val="a0"/>
        <w:spacing w:after="60"/>
        <w:ind w:left="709"/>
        <w:jc w:val="both"/>
      </w:pPr>
      <w:proofErr w:type="spellStart"/>
      <w:r>
        <w:t>принимать</w:t>
      </w:r>
      <w:proofErr w:type="spellEnd"/>
      <w:r>
        <w:t xml:space="preserve"> </w:t>
      </w:r>
      <w:proofErr w:type="spellStart"/>
      <w:r>
        <w:t>локальные</w:t>
      </w:r>
      <w:proofErr w:type="spellEnd"/>
      <w:r>
        <w:t xml:space="preserve"> </w:t>
      </w:r>
      <w:proofErr w:type="spellStart"/>
      <w:r>
        <w:t>нормативные</w:t>
      </w:r>
      <w:proofErr w:type="spellEnd"/>
      <w:r>
        <w:t xml:space="preserve"> </w:t>
      </w:r>
      <w:proofErr w:type="spellStart"/>
      <w:r>
        <w:t>акты</w:t>
      </w:r>
      <w:proofErr w:type="spellEnd"/>
      <w:r>
        <w:t>.</w:t>
      </w:r>
    </w:p>
    <w:p w:rsidR="000B6DBE" w:rsidRDefault="0032597F">
      <w:pPr>
        <w:spacing w:after="120"/>
        <w:ind w:firstLine="709"/>
        <w:jc w:val="both"/>
      </w:pPr>
      <w:r>
        <w:t>4.2. Работодатель обязан:</w:t>
      </w:r>
    </w:p>
    <w:p w:rsidR="000B6DBE" w:rsidRPr="00D347BE" w:rsidRDefault="0032597F">
      <w:pPr>
        <w:pStyle w:val="a0"/>
        <w:spacing w:after="60"/>
        <w:ind w:left="709"/>
        <w:jc w:val="both"/>
        <w:rPr>
          <w:lang w:val="ru-RU"/>
        </w:rPr>
      </w:pPr>
      <w:r w:rsidRPr="00D347BE">
        <w:rPr>
          <w:lang w:val="ru-RU"/>
        </w:rPr>
        <w:t>соблюдать законы и иные нормативные правовые акты, локальные нормативные акты, условия коллективного договора, соглашений и трудовых договоров;</w:t>
      </w:r>
    </w:p>
    <w:p w:rsidR="000B6DBE" w:rsidRPr="00D347BE" w:rsidRDefault="0032597F">
      <w:pPr>
        <w:pStyle w:val="a0"/>
        <w:spacing w:after="60"/>
        <w:ind w:left="709"/>
        <w:jc w:val="both"/>
        <w:rPr>
          <w:lang w:val="ru-RU"/>
        </w:rPr>
      </w:pPr>
      <w:r w:rsidRPr="00D347BE">
        <w:rPr>
          <w:lang w:val="ru-RU"/>
        </w:rPr>
        <w:t>предоставлять работникам работу, обусловленную трудовым договором;</w:t>
      </w:r>
    </w:p>
    <w:p w:rsidR="000B6DBE" w:rsidRPr="00D347BE" w:rsidRDefault="0032597F">
      <w:pPr>
        <w:pStyle w:val="a0"/>
        <w:spacing w:after="60"/>
        <w:ind w:left="709"/>
        <w:jc w:val="both"/>
        <w:rPr>
          <w:lang w:val="ru-RU"/>
        </w:rPr>
      </w:pPr>
      <w:r w:rsidRPr="00D347BE">
        <w:rPr>
          <w:lang w:val="ru-RU"/>
        </w:rPr>
        <w:t>обеспечивать безопасность и условия труда, соответствующие государственным нормативным требованиям охраны труда;</w:t>
      </w:r>
    </w:p>
    <w:p w:rsidR="000B6DBE" w:rsidRPr="00D347BE" w:rsidRDefault="0032597F">
      <w:pPr>
        <w:pStyle w:val="a0"/>
        <w:spacing w:after="60"/>
        <w:ind w:left="709"/>
        <w:jc w:val="both"/>
        <w:rPr>
          <w:lang w:val="ru-RU"/>
        </w:rPr>
      </w:pPr>
      <w:r w:rsidRPr="00D347BE">
        <w:rPr>
          <w:lang w:val="ru-RU"/>
        </w:rPr>
        <w:t>выплачивать в полном размере и в установленные сроки заработную плату;</w:t>
      </w:r>
    </w:p>
    <w:p w:rsidR="000B6DBE" w:rsidRPr="00D347BE" w:rsidRDefault="0032597F">
      <w:pPr>
        <w:pStyle w:val="a0"/>
        <w:spacing w:after="60"/>
        <w:ind w:left="709"/>
        <w:jc w:val="both"/>
        <w:rPr>
          <w:lang w:val="ru-RU"/>
        </w:rPr>
      </w:pPr>
      <w:r w:rsidRPr="00D347BE">
        <w:rPr>
          <w:lang w:val="ru-RU"/>
        </w:rPr>
        <w:t>обеспечивать работников оборудованием, инструментами, технической документацией и иными средствами, необходимыми для исполнения ими трудовых обязанностей;</w:t>
      </w:r>
    </w:p>
    <w:p w:rsidR="000B6DBE" w:rsidRPr="00D347BE" w:rsidRDefault="0032597F">
      <w:pPr>
        <w:pStyle w:val="a0"/>
        <w:spacing w:after="60"/>
        <w:ind w:left="709"/>
        <w:jc w:val="both"/>
        <w:rPr>
          <w:lang w:val="ru-RU"/>
        </w:rPr>
      </w:pPr>
      <w:r w:rsidRPr="00D347BE">
        <w:rPr>
          <w:lang w:val="ru-RU"/>
        </w:rPr>
        <w:t>создавать условия для повышения квалификации работников;</w:t>
      </w:r>
    </w:p>
    <w:p w:rsidR="000B6DBE" w:rsidRPr="00D347BE" w:rsidRDefault="0032597F">
      <w:pPr>
        <w:pStyle w:val="a0"/>
        <w:spacing w:after="60"/>
        <w:ind w:left="709"/>
        <w:jc w:val="both"/>
        <w:rPr>
          <w:lang w:val="ru-RU"/>
        </w:rPr>
      </w:pPr>
      <w:r w:rsidRPr="00D347BE">
        <w:rPr>
          <w:lang w:val="ru-RU"/>
        </w:rPr>
        <w:t>осуществлять обучение по охране труда и проверку знания требований охраны труда в соответствии с Постановлением Правительства РФ от 24.12.2021 № 2464 (в редакции Постановления от 30.06.2026 № 805, вступившей в силу 31.08.2026);</w:t>
      </w:r>
    </w:p>
    <w:p w:rsidR="000B6DBE" w:rsidRPr="00D347BE" w:rsidRDefault="0032597F">
      <w:pPr>
        <w:pStyle w:val="a0"/>
        <w:spacing w:after="60"/>
        <w:ind w:left="709"/>
        <w:jc w:val="both"/>
        <w:rPr>
          <w:lang w:val="ru-RU"/>
        </w:rPr>
      </w:pPr>
      <w:r w:rsidRPr="00D347BE">
        <w:rPr>
          <w:lang w:val="ru-RU"/>
        </w:rPr>
        <w:t>обеспечивать бытовые нужды работников, связанные с исполнением ими трудовых обязанностей.</w:t>
      </w:r>
    </w:p>
    <w:p w:rsidR="000B6DBE" w:rsidRPr="00D347BE" w:rsidRDefault="0032597F">
      <w:pPr>
        <w:spacing w:after="120"/>
        <w:jc w:val="both"/>
        <w:rPr>
          <w:lang w:val="ru-RU"/>
        </w:rPr>
      </w:pPr>
      <w:r w:rsidRPr="00D347BE">
        <w:rPr>
          <w:b/>
          <w:lang w:val="ru-RU"/>
        </w:rPr>
        <w:t>5. Рабочее время и время отдыха</w:t>
      </w:r>
    </w:p>
    <w:p w:rsidR="000B6DBE" w:rsidRPr="00D347BE" w:rsidRDefault="0032597F">
      <w:pPr>
        <w:spacing w:after="120"/>
        <w:ind w:firstLine="709"/>
        <w:jc w:val="both"/>
        <w:rPr>
          <w:lang w:val="ru-RU"/>
        </w:rPr>
      </w:pPr>
      <w:r w:rsidRPr="00D347BE">
        <w:rPr>
          <w:lang w:val="ru-RU"/>
        </w:rPr>
        <w:t>5.1. Режим рабочего времени и времени отдыха работников МБДОУ определяется настоящими Правилами, трудовым договором и графиком работы.</w:t>
      </w:r>
    </w:p>
    <w:p w:rsidR="000B6DBE" w:rsidRPr="00D347BE" w:rsidRDefault="0032597F">
      <w:pPr>
        <w:spacing w:after="120"/>
        <w:ind w:firstLine="709"/>
        <w:jc w:val="both"/>
        <w:rPr>
          <w:lang w:val="ru-RU"/>
        </w:rPr>
      </w:pPr>
      <w:r w:rsidRPr="00D347BE">
        <w:rPr>
          <w:lang w:val="ru-RU"/>
        </w:rPr>
        <w:lastRenderedPageBreak/>
        <w:t>5.2. Для работников МБДОУ устанавливается пятидневная рабочая неделя с двумя выходными днями (суббота, воскресенье). Рабочий день начинается в 8.00 и заканчивается в 17.00. Продолжительность ежедневной работы — 8 часов с перерывом на обед.</w:t>
      </w:r>
    </w:p>
    <w:p w:rsidR="000B6DBE" w:rsidRPr="00D347BE" w:rsidRDefault="0032597F">
      <w:pPr>
        <w:spacing w:after="120"/>
        <w:ind w:firstLine="709"/>
        <w:jc w:val="both"/>
        <w:rPr>
          <w:lang w:val="ru-RU"/>
        </w:rPr>
      </w:pPr>
      <w:r w:rsidRPr="00D347BE">
        <w:rPr>
          <w:lang w:val="ru-RU"/>
        </w:rPr>
        <w:t>5.3. Продолжительность рабочего времени для отдельных категорий работников:</w:t>
      </w:r>
    </w:p>
    <w:p w:rsidR="000B6DBE" w:rsidRDefault="0032597F">
      <w:pPr>
        <w:pStyle w:val="a0"/>
        <w:spacing w:after="60"/>
        <w:ind w:left="709"/>
        <w:jc w:val="both"/>
      </w:pPr>
      <w:proofErr w:type="spellStart"/>
      <w:r>
        <w:t>воспитатели</w:t>
      </w:r>
      <w:proofErr w:type="spellEnd"/>
      <w:r>
        <w:t xml:space="preserve"> — 36 </w:t>
      </w:r>
      <w:proofErr w:type="spellStart"/>
      <w:r>
        <w:t>часов</w:t>
      </w:r>
      <w:proofErr w:type="spellEnd"/>
      <w:r>
        <w:t xml:space="preserve"> в неделю;</w:t>
      </w:r>
    </w:p>
    <w:p w:rsidR="000B6DBE" w:rsidRPr="00D347BE" w:rsidRDefault="0032597F">
      <w:pPr>
        <w:pStyle w:val="a0"/>
        <w:spacing w:after="60"/>
        <w:ind w:left="709"/>
        <w:jc w:val="both"/>
        <w:rPr>
          <w:lang w:val="ru-RU"/>
        </w:rPr>
      </w:pPr>
      <w:r w:rsidRPr="00D347BE">
        <w:rPr>
          <w:lang w:val="ru-RU"/>
        </w:rPr>
        <w:t>старший воспитатель — 36 часов в неделю;</w:t>
      </w:r>
    </w:p>
    <w:p w:rsidR="000B6DBE" w:rsidRPr="00D347BE" w:rsidRDefault="0032597F">
      <w:pPr>
        <w:pStyle w:val="a0"/>
        <w:spacing w:after="60"/>
        <w:ind w:left="709"/>
        <w:jc w:val="both"/>
        <w:rPr>
          <w:lang w:val="ru-RU"/>
        </w:rPr>
      </w:pPr>
      <w:r w:rsidRPr="00D347BE">
        <w:rPr>
          <w:lang w:val="ru-RU"/>
        </w:rPr>
        <w:t>музыкальный руководитель — 24 часа в неделю;</w:t>
      </w:r>
    </w:p>
    <w:p w:rsidR="000B6DBE" w:rsidRPr="00D347BE" w:rsidRDefault="0032597F">
      <w:pPr>
        <w:pStyle w:val="a0"/>
        <w:spacing w:after="60"/>
        <w:ind w:left="709"/>
        <w:jc w:val="both"/>
        <w:rPr>
          <w:lang w:val="ru-RU"/>
        </w:rPr>
      </w:pPr>
      <w:r w:rsidRPr="00D347BE">
        <w:rPr>
          <w:lang w:val="ru-RU"/>
        </w:rPr>
        <w:t>инструктор по физической культуре — 30 часов в неделю;</w:t>
      </w:r>
    </w:p>
    <w:p w:rsidR="000B6DBE" w:rsidRPr="00D347BE" w:rsidRDefault="0032597F">
      <w:pPr>
        <w:pStyle w:val="a0"/>
        <w:spacing w:after="60"/>
        <w:ind w:left="709"/>
        <w:jc w:val="both"/>
        <w:rPr>
          <w:lang w:val="ru-RU"/>
        </w:rPr>
      </w:pPr>
      <w:r w:rsidRPr="00D347BE">
        <w:rPr>
          <w:lang w:val="ru-RU"/>
        </w:rPr>
        <w:t>учитель-логопед — 20 часов в неделю;</w:t>
      </w:r>
    </w:p>
    <w:p w:rsidR="000B6DBE" w:rsidRPr="00D347BE" w:rsidRDefault="0032597F">
      <w:pPr>
        <w:pStyle w:val="a0"/>
        <w:spacing w:after="60"/>
        <w:ind w:left="709"/>
        <w:jc w:val="both"/>
        <w:rPr>
          <w:lang w:val="ru-RU"/>
        </w:rPr>
      </w:pPr>
      <w:r w:rsidRPr="00D347BE">
        <w:rPr>
          <w:lang w:val="ru-RU"/>
        </w:rPr>
        <w:t>педагог-психолог — 36 часов в неделю;</w:t>
      </w:r>
    </w:p>
    <w:p w:rsidR="000B6DBE" w:rsidRPr="00D347BE" w:rsidRDefault="0032597F">
      <w:pPr>
        <w:pStyle w:val="a0"/>
        <w:spacing w:after="60"/>
        <w:ind w:left="709"/>
        <w:jc w:val="both"/>
        <w:rPr>
          <w:lang w:val="ru-RU"/>
        </w:rPr>
      </w:pPr>
      <w:r w:rsidRPr="00D347BE">
        <w:rPr>
          <w:lang w:val="ru-RU"/>
        </w:rPr>
        <w:t>младший воспитатель — 40 часов в неделю;</w:t>
      </w:r>
    </w:p>
    <w:p w:rsidR="000B6DBE" w:rsidRPr="00D347BE" w:rsidRDefault="0032597F">
      <w:pPr>
        <w:pStyle w:val="a0"/>
        <w:spacing w:after="60"/>
        <w:ind w:left="709"/>
        <w:jc w:val="both"/>
        <w:rPr>
          <w:lang w:val="ru-RU"/>
        </w:rPr>
      </w:pPr>
      <w:r w:rsidRPr="00D347BE">
        <w:rPr>
          <w:lang w:val="ru-RU"/>
        </w:rPr>
        <w:t>заведующий, бухгалтер, повар, кухонный работник, кладовщик — 40 часов в неделю.</w:t>
      </w:r>
    </w:p>
    <w:p w:rsidR="000B6DBE" w:rsidRPr="00D347BE" w:rsidRDefault="0032597F">
      <w:pPr>
        <w:spacing w:after="120"/>
        <w:ind w:firstLine="709"/>
        <w:jc w:val="both"/>
        <w:rPr>
          <w:lang w:val="ru-RU"/>
        </w:rPr>
      </w:pPr>
      <w:r w:rsidRPr="00D347BE">
        <w:rPr>
          <w:lang w:val="ru-RU"/>
        </w:rPr>
        <w:t>5.4. Перерыв для отдыха и питания предоставляется продолжительностью не менее 30 минут и не более двух часов. Время предоставления перерыва и его конкретная продолжительность устанавливаются графиком работы.</w:t>
      </w:r>
    </w:p>
    <w:p w:rsidR="000B6DBE" w:rsidRPr="00D347BE" w:rsidRDefault="0032597F">
      <w:pPr>
        <w:spacing w:after="120"/>
        <w:ind w:firstLine="709"/>
        <w:jc w:val="both"/>
        <w:rPr>
          <w:lang w:val="ru-RU"/>
        </w:rPr>
      </w:pPr>
      <w:r w:rsidRPr="00D347BE">
        <w:rPr>
          <w:lang w:val="ru-RU"/>
        </w:rPr>
        <w:t>5.5. Работникам МБДОУ предоставляются ежегодные оплачиваемые отпуска:</w:t>
      </w:r>
    </w:p>
    <w:p w:rsidR="000B6DBE" w:rsidRPr="00D347BE" w:rsidRDefault="0032597F">
      <w:pPr>
        <w:pStyle w:val="a0"/>
        <w:spacing w:after="60"/>
        <w:ind w:left="709"/>
        <w:jc w:val="both"/>
        <w:rPr>
          <w:lang w:val="ru-RU"/>
        </w:rPr>
      </w:pPr>
      <w:r w:rsidRPr="00D347BE">
        <w:rPr>
          <w:lang w:val="ru-RU"/>
        </w:rPr>
        <w:t>педагогическим работникам — 42 календарных дня (в соответствии с Постановлением Правительства РФ от 03.04.2024 № 415);</w:t>
      </w:r>
    </w:p>
    <w:p w:rsidR="000B6DBE" w:rsidRDefault="0032597F">
      <w:pPr>
        <w:pStyle w:val="a0"/>
        <w:spacing w:after="60"/>
        <w:ind w:left="709"/>
        <w:jc w:val="both"/>
      </w:pPr>
      <w:proofErr w:type="spellStart"/>
      <w:r>
        <w:t>иным</w:t>
      </w:r>
      <w:proofErr w:type="spellEnd"/>
      <w:r>
        <w:t xml:space="preserve"> </w:t>
      </w:r>
      <w:proofErr w:type="spellStart"/>
      <w:r>
        <w:t>работникам</w:t>
      </w:r>
      <w:proofErr w:type="spellEnd"/>
      <w:r>
        <w:t xml:space="preserve"> — 28 календарных дней.</w:t>
      </w:r>
    </w:p>
    <w:p w:rsidR="000B6DBE" w:rsidRPr="00D347BE" w:rsidRDefault="0032597F">
      <w:pPr>
        <w:spacing w:after="120"/>
        <w:ind w:firstLine="709"/>
        <w:jc w:val="both"/>
        <w:rPr>
          <w:lang w:val="ru-RU"/>
        </w:rPr>
      </w:pPr>
      <w:r w:rsidRPr="00D347BE">
        <w:rPr>
          <w:lang w:val="ru-RU"/>
        </w:rPr>
        <w:t>5.6. Очерёдность предоставления оплачиваемых отпусков определяется ежегодно в соответствии с графиком отпусков, утверждаемым заведующим МБДОУ с учётом мнения Общего собрания работников.</w:t>
      </w:r>
    </w:p>
    <w:p w:rsidR="000B6DBE" w:rsidRPr="00D347BE" w:rsidRDefault="0032597F">
      <w:pPr>
        <w:spacing w:after="120"/>
        <w:ind w:firstLine="709"/>
        <w:jc w:val="both"/>
        <w:rPr>
          <w:lang w:val="ru-RU"/>
        </w:rPr>
      </w:pPr>
      <w:r w:rsidRPr="00D347BE">
        <w:rPr>
          <w:lang w:val="ru-RU"/>
        </w:rPr>
        <w:t>5.7. Сверхурочная работа в МБДОУ допускается в порядке, установленном ст. 99 ТК РФ (в редакции Федерального закона от 25.05.2026 № 144-ФЗ, вступившей в силу 01.09.2026):</w:t>
      </w:r>
    </w:p>
    <w:p w:rsidR="000B6DBE" w:rsidRPr="00D347BE" w:rsidRDefault="0032597F">
      <w:pPr>
        <w:pStyle w:val="a0"/>
        <w:spacing w:after="60"/>
        <w:ind w:left="709"/>
        <w:jc w:val="both"/>
        <w:rPr>
          <w:lang w:val="ru-RU"/>
        </w:rPr>
      </w:pPr>
      <w:r w:rsidRPr="00D347BE">
        <w:rPr>
          <w:lang w:val="ru-RU"/>
        </w:rPr>
        <w:t>продолжительность сверхурочной работы не должна превышать для каждого работника 4 часов в день и 120 часов в год;</w:t>
      </w:r>
    </w:p>
    <w:p w:rsidR="000B6DBE" w:rsidRPr="00D347BE" w:rsidRDefault="0032597F">
      <w:pPr>
        <w:pStyle w:val="a0"/>
        <w:spacing w:after="60"/>
        <w:ind w:left="709"/>
        <w:jc w:val="both"/>
        <w:rPr>
          <w:lang w:val="ru-RU"/>
        </w:rPr>
      </w:pPr>
      <w:r w:rsidRPr="00D347BE">
        <w:rPr>
          <w:lang w:val="ru-RU"/>
        </w:rPr>
        <w:t>продолжительность сверхурочной работы может быть увеличена до 240 часов в год, если это предусмотрено коллективным договором и (или) отраслевым (межотраслевым) соглашением;</w:t>
      </w:r>
    </w:p>
    <w:p w:rsidR="000B6DBE" w:rsidRPr="00D347BE" w:rsidRDefault="0032597F">
      <w:pPr>
        <w:pStyle w:val="a0"/>
        <w:spacing w:after="60"/>
        <w:ind w:left="709"/>
        <w:jc w:val="both"/>
        <w:rPr>
          <w:lang w:val="ru-RU"/>
        </w:rPr>
      </w:pPr>
      <w:r w:rsidRPr="00D347BE">
        <w:rPr>
          <w:lang w:val="ru-RU"/>
        </w:rPr>
        <w:t>продолжительность сверхурочной работы не должна превышать 120 часов в год для работников государственных и муниципальных учреждений, продолжительность работы которых по внутреннему совместительству превышает 1/4 месячной нормы рабочего времени;</w:t>
      </w:r>
    </w:p>
    <w:p w:rsidR="000B6DBE" w:rsidRPr="00D347BE" w:rsidRDefault="0032597F">
      <w:pPr>
        <w:pStyle w:val="a0"/>
        <w:spacing w:after="60"/>
        <w:ind w:left="709"/>
        <w:jc w:val="both"/>
        <w:rPr>
          <w:lang w:val="ru-RU"/>
        </w:rPr>
      </w:pPr>
      <w:r w:rsidRPr="00D347BE">
        <w:rPr>
          <w:lang w:val="ru-RU"/>
        </w:rPr>
        <w:t>работники пенсионного и предпенсионного возраста, а также работники с вредными условиями труда подклассов 3.1 и 3.2 могут привлекаться к сверхурочной работе свыше 120 часов в год только с их письменного согласия, при отсутствии медицинских противопоказаний и с письменным ознакомлением с правом отказаться;</w:t>
      </w:r>
    </w:p>
    <w:p w:rsidR="000B6DBE" w:rsidRPr="00D347BE" w:rsidRDefault="0032597F">
      <w:pPr>
        <w:pStyle w:val="a0"/>
        <w:spacing w:after="60"/>
        <w:ind w:left="709"/>
        <w:jc w:val="both"/>
        <w:rPr>
          <w:lang w:val="ru-RU"/>
        </w:rPr>
      </w:pPr>
      <w:r w:rsidRPr="00D347BE">
        <w:rPr>
          <w:lang w:val="ru-RU"/>
        </w:rPr>
        <w:t>сверхурочная работа оплачивается: за первые два часа — не менее чем в полуторном размере, за последующие часы — не менее чем в двойном размере, начиная со 121-го часа — не менее чем в двойном размере за каждый час;</w:t>
      </w:r>
    </w:p>
    <w:p w:rsidR="000B6DBE" w:rsidRPr="00D347BE" w:rsidRDefault="0032597F">
      <w:pPr>
        <w:pStyle w:val="a0"/>
        <w:spacing w:after="60"/>
        <w:ind w:left="709"/>
        <w:jc w:val="both"/>
        <w:rPr>
          <w:lang w:val="ru-RU"/>
        </w:rPr>
      </w:pPr>
      <w:r w:rsidRPr="00D347BE">
        <w:rPr>
          <w:lang w:val="ru-RU"/>
        </w:rPr>
        <w:t>работнику, привлечённому к сверхурочной работе более 120 часов в год, предоставляется один оплачиваемый выходной день для прохождения диспансеризации с сохранением места работы и среднего заработка.</w:t>
      </w:r>
    </w:p>
    <w:p w:rsidR="000B6DBE" w:rsidRPr="00D347BE" w:rsidRDefault="0032597F">
      <w:pPr>
        <w:spacing w:after="120"/>
        <w:ind w:firstLine="709"/>
        <w:jc w:val="both"/>
        <w:rPr>
          <w:lang w:val="ru-RU"/>
        </w:rPr>
      </w:pPr>
      <w:r w:rsidRPr="00D347BE">
        <w:rPr>
          <w:lang w:val="ru-RU"/>
        </w:rPr>
        <w:lastRenderedPageBreak/>
        <w:t>5.8. Отзыв из ежегодного оплачиваемого отпуска допускается только с согласия работника. С 01.09.2026 в соответствии с Федеральным законом № 144-ФЗ работники с вредными и (или) опасными условиями труда могут быть отозваны из отпуска в исключительных случаях — для предотвращения катастрофы, производственной аварии либо устранения последствий катастрофы, аварии или стихийного бедствия. Часы работы при отзыве оплачиваются не менее чем в двойном размере. Неиспользованная часть отпуска предоставляется по выбору работника в удобное время в течение текущего рабочего года или присоединяется к отпуску за следующий рабочий год.</w:t>
      </w:r>
    </w:p>
    <w:p w:rsidR="000B6DBE" w:rsidRPr="00D347BE" w:rsidRDefault="0032597F">
      <w:pPr>
        <w:spacing w:after="120"/>
        <w:ind w:firstLine="709"/>
        <w:jc w:val="both"/>
        <w:rPr>
          <w:lang w:val="ru-RU"/>
        </w:rPr>
      </w:pPr>
      <w:r w:rsidRPr="00D347BE">
        <w:rPr>
          <w:lang w:val="ru-RU"/>
        </w:rPr>
        <w:t xml:space="preserve">5.9. Заявление работника об установлении неполного рабочего времени рассматривается работодателем не позднее 5 рабочих дней со дня его получения (ст. 93 ТК РФ в редакции, вступившей в силу 01.09.2026). Данное правило распространяется на беременных женщин, одного из родителей ребёнка до 14 лет (ребёнка-инвалида до 18 лет), работников, осуществляющих уход за больным членом семьи, а также инвалидов </w:t>
      </w:r>
      <w:r>
        <w:t>I</w:t>
      </w:r>
      <w:r w:rsidRPr="00D347BE">
        <w:rPr>
          <w:lang w:val="ru-RU"/>
        </w:rPr>
        <w:t xml:space="preserve"> и </w:t>
      </w:r>
      <w:r>
        <w:t>II</w:t>
      </w:r>
      <w:r w:rsidRPr="00D347BE">
        <w:rPr>
          <w:lang w:val="ru-RU"/>
        </w:rPr>
        <w:t xml:space="preserve"> групп.</w:t>
      </w:r>
    </w:p>
    <w:p w:rsidR="000B6DBE" w:rsidRPr="00D347BE" w:rsidRDefault="0032597F">
      <w:pPr>
        <w:spacing w:after="120"/>
        <w:ind w:firstLine="709"/>
        <w:jc w:val="both"/>
        <w:rPr>
          <w:lang w:val="ru-RU"/>
        </w:rPr>
      </w:pPr>
      <w:r w:rsidRPr="00D347BE">
        <w:rPr>
          <w:lang w:val="ru-RU"/>
        </w:rPr>
        <w:t>5.10. В каникулярные дни и в летний период режим работы педагогических работников определяется графиком с учётом особенностей работы МБДОУ.</w:t>
      </w:r>
    </w:p>
    <w:p w:rsidR="000B6DBE" w:rsidRPr="00D347BE" w:rsidRDefault="0032597F">
      <w:pPr>
        <w:spacing w:after="120"/>
        <w:ind w:firstLine="709"/>
        <w:jc w:val="both"/>
        <w:rPr>
          <w:lang w:val="ru-RU"/>
        </w:rPr>
      </w:pPr>
      <w:r w:rsidRPr="00D347BE">
        <w:rPr>
          <w:lang w:val="ru-RU"/>
        </w:rPr>
        <w:t>5.11. В соответствии со ст. 128 и 186.1 ТК РФ (в редакции Федерального закона от 09.04.2026 № 90-ФЗ, вступившей в силу 01.09.2026) работникам, пострадавшим от чрезвычайных ситуаций природного и техногенного характера, предоставляются:</w:t>
      </w:r>
    </w:p>
    <w:p w:rsidR="000B6DBE" w:rsidRPr="00D347BE" w:rsidRDefault="0032597F">
      <w:pPr>
        <w:pStyle w:val="a0"/>
        <w:spacing w:after="60"/>
        <w:ind w:left="709"/>
        <w:jc w:val="both"/>
        <w:rPr>
          <w:lang w:val="ru-RU"/>
        </w:rPr>
      </w:pPr>
      <w:r w:rsidRPr="00D347BE">
        <w:rPr>
          <w:lang w:val="ru-RU"/>
        </w:rPr>
        <w:t>дополнительный оплачиваемый выходной день с сохранением среднего заработка (в течение 10 календарных дней со дня подачи заявления);</w:t>
      </w:r>
    </w:p>
    <w:p w:rsidR="000B6DBE" w:rsidRPr="00D347BE" w:rsidRDefault="0032597F">
      <w:pPr>
        <w:pStyle w:val="a0"/>
        <w:spacing w:after="60"/>
        <w:ind w:left="709"/>
        <w:jc w:val="both"/>
        <w:rPr>
          <w:lang w:val="ru-RU"/>
        </w:rPr>
      </w:pPr>
      <w:r w:rsidRPr="00D347BE">
        <w:rPr>
          <w:lang w:val="ru-RU"/>
        </w:rPr>
        <w:t>отпуск без сохранения заработной платы до 5 календарных дней (в течение 20 календарных дней со дня подачи заявления).</w:t>
      </w:r>
    </w:p>
    <w:p w:rsidR="000B6DBE" w:rsidRPr="00D347BE" w:rsidRDefault="0032597F">
      <w:pPr>
        <w:spacing w:after="120"/>
        <w:ind w:firstLine="709"/>
        <w:jc w:val="both"/>
        <w:rPr>
          <w:lang w:val="ru-RU"/>
        </w:rPr>
      </w:pPr>
      <w:r w:rsidRPr="00D347BE">
        <w:rPr>
          <w:lang w:val="ru-RU"/>
        </w:rPr>
        <w:t>Указанные гарантии предоставляются работникам, фактически проживающим в жилых помещениях, находящихся в зонах чрезвычайных ситуаций, при нарушении условий их жизнедеятельности и утрате имущества. Заявление подаётся не позднее 5 рабочих дней со дня установления указанных фактов органами местного самоуправления (в соответствии с Постановлением Правительства РФ от 28.05.2026 № 620).</w:t>
      </w:r>
    </w:p>
    <w:p w:rsidR="000B6DBE" w:rsidRPr="00D347BE" w:rsidRDefault="0032597F">
      <w:pPr>
        <w:spacing w:after="120"/>
        <w:jc w:val="both"/>
        <w:rPr>
          <w:lang w:val="ru-RU"/>
        </w:rPr>
      </w:pPr>
      <w:r w:rsidRPr="00D347BE">
        <w:rPr>
          <w:b/>
          <w:lang w:val="ru-RU"/>
        </w:rPr>
        <w:t>6. Оплата труда</w:t>
      </w:r>
    </w:p>
    <w:p w:rsidR="000B6DBE" w:rsidRPr="00D347BE" w:rsidRDefault="0032597F">
      <w:pPr>
        <w:spacing w:after="120"/>
        <w:ind w:firstLine="709"/>
        <w:jc w:val="both"/>
        <w:rPr>
          <w:lang w:val="ru-RU"/>
        </w:rPr>
      </w:pPr>
      <w:r w:rsidRPr="00D347BE">
        <w:rPr>
          <w:lang w:val="ru-RU"/>
        </w:rPr>
        <w:t>6.1. Оплата труда работников МБДОУ осуществляется в соответствии с Положением об оплате труда МБДОУ, действующим законодательством и коллективным договором.</w:t>
      </w:r>
    </w:p>
    <w:p w:rsidR="000B6DBE" w:rsidRPr="00D347BE" w:rsidRDefault="0032597F">
      <w:pPr>
        <w:spacing w:after="120"/>
        <w:ind w:firstLine="709"/>
        <w:jc w:val="both"/>
        <w:rPr>
          <w:lang w:val="ru-RU"/>
        </w:rPr>
      </w:pPr>
      <w:r w:rsidRPr="00D347BE">
        <w:rPr>
          <w:lang w:val="ru-RU"/>
        </w:rPr>
        <w:t>6.2. Заработная плата выплачивается работникам не реже чем каждые полмесяца в следующие сроки:</w:t>
      </w:r>
    </w:p>
    <w:p w:rsidR="000B6DBE" w:rsidRPr="00D347BE" w:rsidRDefault="0032597F">
      <w:pPr>
        <w:pStyle w:val="a0"/>
        <w:spacing w:after="60"/>
        <w:ind w:left="709"/>
        <w:jc w:val="both"/>
        <w:rPr>
          <w:lang w:val="ru-RU"/>
        </w:rPr>
      </w:pPr>
      <w:r w:rsidRPr="00D347BE">
        <w:rPr>
          <w:lang w:val="ru-RU"/>
        </w:rPr>
        <w:t>за первую половину месяца — ___ числа расчётного месяца;</w:t>
      </w:r>
    </w:p>
    <w:p w:rsidR="000B6DBE" w:rsidRPr="00D347BE" w:rsidRDefault="0032597F">
      <w:pPr>
        <w:pStyle w:val="a0"/>
        <w:spacing w:after="60"/>
        <w:ind w:left="709"/>
        <w:jc w:val="both"/>
        <w:rPr>
          <w:lang w:val="ru-RU"/>
        </w:rPr>
      </w:pPr>
      <w:r w:rsidRPr="00D347BE">
        <w:rPr>
          <w:lang w:val="ru-RU"/>
        </w:rPr>
        <w:t>за вторую половину месяца — ___ числа месяца, следующего за расчётным.</w:t>
      </w:r>
    </w:p>
    <w:p w:rsidR="000B6DBE" w:rsidRPr="00D347BE" w:rsidRDefault="0032597F">
      <w:pPr>
        <w:spacing w:after="120"/>
        <w:ind w:firstLine="709"/>
        <w:jc w:val="both"/>
        <w:rPr>
          <w:lang w:val="ru-RU"/>
        </w:rPr>
      </w:pPr>
      <w:r w:rsidRPr="00D347BE">
        <w:rPr>
          <w:lang w:val="ru-RU"/>
        </w:rPr>
        <w:t>6.3. Заработная плата работника, полностью отработавшего норму рабочего времени и выполнившего свои обязанности, не может быть ниже минимального размера оплаты труда, установленного федеральным законом (с 01.01.2026 — 27 093 рубля в месяц, в соответствии с Федеральным законом от 28.11.2025 № 429-ФЗ).</w:t>
      </w:r>
    </w:p>
    <w:p w:rsidR="000B6DBE" w:rsidRPr="00D347BE" w:rsidRDefault="0032597F">
      <w:pPr>
        <w:spacing w:after="120"/>
        <w:ind w:firstLine="709"/>
        <w:jc w:val="both"/>
        <w:rPr>
          <w:lang w:val="ru-RU"/>
        </w:rPr>
      </w:pPr>
      <w:r w:rsidRPr="00D347BE">
        <w:rPr>
          <w:lang w:val="ru-RU"/>
        </w:rPr>
        <w:t>6.4. При выплате заработной платы работодатель обязан извещать каждого работника о составных частях заработной платы, причитающейся ему за соответствующий период, о размерах иных сумм, начисленных работнику, а также о размерах и об основаниях произведённых удержаний.</w:t>
      </w:r>
    </w:p>
    <w:p w:rsidR="000B6DBE" w:rsidRPr="00D347BE" w:rsidRDefault="0032597F">
      <w:pPr>
        <w:spacing w:after="120"/>
        <w:jc w:val="both"/>
        <w:rPr>
          <w:lang w:val="ru-RU"/>
        </w:rPr>
      </w:pPr>
      <w:r w:rsidRPr="00D347BE">
        <w:rPr>
          <w:b/>
          <w:lang w:val="ru-RU"/>
        </w:rPr>
        <w:t>7. Поощрения за труд</w:t>
      </w:r>
    </w:p>
    <w:p w:rsidR="000B6DBE" w:rsidRPr="00D347BE" w:rsidRDefault="0032597F">
      <w:pPr>
        <w:spacing w:after="120"/>
        <w:ind w:firstLine="709"/>
        <w:jc w:val="both"/>
        <w:rPr>
          <w:lang w:val="ru-RU"/>
        </w:rPr>
      </w:pPr>
      <w:r w:rsidRPr="00D347BE">
        <w:rPr>
          <w:lang w:val="ru-RU"/>
        </w:rPr>
        <w:lastRenderedPageBreak/>
        <w:t>7.1. За добросовестное исполнение трудовых обязанностей, достижение высоких показателей в работе, продолжительную и безупречную работу, инициативу и новаторство в труде работникам МБДОУ применяются следующие меры поощрения:</w:t>
      </w:r>
    </w:p>
    <w:p w:rsidR="000B6DBE" w:rsidRDefault="0032597F">
      <w:pPr>
        <w:pStyle w:val="a0"/>
        <w:spacing w:after="60"/>
        <w:ind w:left="709"/>
        <w:jc w:val="both"/>
      </w:pPr>
      <w:proofErr w:type="spellStart"/>
      <w:r>
        <w:t>объявление</w:t>
      </w:r>
      <w:proofErr w:type="spellEnd"/>
      <w:r>
        <w:t xml:space="preserve"> </w:t>
      </w:r>
      <w:proofErr w:type="spellStart"/>
      <w:r>
        <w:t>благодарности</w:t>
      </w:r>
      <w:proofErr w:type="spellEnd"/>
      <w:r>
        <w:t>;</w:t>
      </w:r>
    </w:p>
    <w:p w:rsidR="000B6DBE" w:rsidRDefault="0032597F">
      <w:pPr>
        <w:pStyle w:val="a0"/>
        <w:spacing w:after="60"/>
        <w:ind w:left="709"/>
        <w:jc w:val="both"/>
      </w:pPr>
      <w:r>
        <w:t>выдача премии;</w:t>
      </w:r>
    </w:p>
    <w:p w:rsidR="000B6DBE" w:rsidRDefault="0032597F">
      <w:pPr>
        <w:pStyle w:val="a0"/>
        <w:spacing w:after="60"/>
        <w:ind w:left="709"/>
        <w:jc w:val="both"/>
      </w:pPr>
      <w:r>
        <w:t>награждение ценным подарком;</w:t>
      </w:r>
    </w:p>
    <w:p w:rsidR="000B6DBE" w:rsidRDefault="0032597F">
      <w:pPr>
        <w:pStyle w:val="a0"/>
        <w:spacing w:after="60"/>
        <w:ind w:left="709"/>
        <w:jc w:val="both"/>
      </w:pPr>
      <w:r>
        <w:t>награждение почётной грамотой;</w:t>
      </w:r>
    </w:p>
    <w:p w:rsidR="000B6DBE" w:rsidRPr="00D347BE" w:rsidRDefault="0032597F">
      <w:pPr>
        <w:pStyle w:val="a0"/>
        <w:spacing w:after="60"/>
        <w:ind w:left="709"/>
        <w:jc w:val="both"/>
        <w:rPr>
          <w:lang w:val="ru-RU"/>
        </w:rPr>
      </w:pPr>
      <w:r w:rsidRPr="00D347BE">
        <w:rPr>
          <w:lang w:val="ru-RU"/>
        </w:rPr>
        <w:t>представление к награждению государственными и ведомственными наградами.</w:t>
      </w:r>
    </w:p>
    <w:p w:rsidR="000B6DBE" w:rsidRPr="00D347BE" w:rsidRDefault="0032597F">
      <w:pPr>
        <w:spacing w:after="120"/>
        <w:ind w:firstLine="709"/>
        <w:jc w:val="both"/>
        <w:rPr>
          <w:lang w:val="ru-RU"/>
        </w:rPr>
      </w:pPr>
      <w:r w:rsidRPr="00D347BE">
        <w:rPr>
          <w:lang w:val="ru-RU"/>
        </w:rPr>
        <w:t>7.2. Поощрения объявляются приказом заведующего МБДОУ, доводятся до сведения всех работников и заносятся в трудовую книжку работника.</w:t>
      </w:r>
    </w:p>
    <w:p w:rsidR="000B6DBE" w:rsidRPr="00D347BE" w:rsidRDefault="0032597F">
      <w:pPr>
        <w:spacing w:after="120"/>
        <w:jc w:val="both"/>
        <w:rPr>
          <w:lang w:val="ru-RU"/>
        </w:rPr>
      </w:pPr>
      <w:r w:rsidRPr="00D347BE">
        <w:rPr>
          <w:b/>
          <w:lang w:val="ru-RU"/>
        </w:rPr>
        <w:t>8. Трудовая дисциплина и ответственность работников</w:t>
      </w:r>
    </w:p>
    <w:p w:rsidR="000B6DBE" w:rsidRPr="00D347BE" w:rsidRDefault="0032597F">
      <w:pPr>
        <w:spacing w:after="120"/>
        <w:ind w:firstLine="709"/>
        <w:jc w:val="both"/>
        <w:rPr>
          <w:lang w:val="ru-RU"/>
        </w:rPr>
      </w:pPr>
      <w:r w:rsidRPr="00D347BE">
        <w:rPr>
          <w:lang w:val="ru-RU"/>
        </w:rPr>
        <w:t>8.1. За совершение дисциплинарного проступка, то есть неисполнение или ненадлежащее исполнение работником возложенных на него трудовых обязанностей, работодатель имеет право применить следующие дисциплинарные взыскания (ст. 192 ТК РФ):</w:t>
      </w:r>
    </w:p>
    <w:p w:rsidR="000B6DBE" w:rsidRDefault="0032597F">
      <w:pPr>
        <w:pStyle w:val="a0"/>
        <w:spacing w:after="60"/>
        <w:ind w:left="709"/>
        <w:jc w:val="both"/>
      </w:pPr>
      <w:proofErr w:type="spellStart"/>
      <w:r>
        <w:t>замечание</w:t>
      </w:r>
      <w:proofErr w:type="spellEnd"/>
      <w:r>
        <w:t>;</w:t>
      </w:r>
    </w:p>
    <w:p w:rsidR="000B6DBE" w:rsidRDefault="0032597F">
      <w:pPr>
        <w:pStyle w:val="a0"/>
        <w:spacing w:after="60"/>
        <w:ind w:left="709"/>
        <w:jc w:val="both"/>
      </w:pPr>
      <w:r>
        <w:t>выговор;</w:t>
      </w:r>
    </w:p>
    <w:p w:rsidR="000B6DBE" w:rsidRPr="00D347BE" w:rsidRDefault="0032597F">
      <w:pPr>
        <w:pStyle w:val="a0"/>
        <w:spacing w:after="60"/>
        <w:ind w:left="709"/>
        <w:jc w:val="both"/>
        <w:rPr>
          <w:lang w:val="ru-RU"/>
        </w:rPr>
      </w:pPr>
      <w:r w:rsidRPr="00D347BE">
        <w:rPr>
          <w:lang w:val="ru-RU"/>
        </w:rPr>
        <w:t>увольнение по основаниям, установленным ТК РФ.</w:t>
      </w:r>
    </w:p>
    <w:p w:rsidR="000B6DBE" w:rsidRPr="00D347BE" w:rsidRDefault="0032597F">
      <w:pPr>
        <w:spacing w:after="120"/>
        <w:ind w:firstLine="709"/>
        <w:jc w:val="both"/>
        <w:rPr>
          <w:lang w:val="ru-RU"/>
        </w:rPr>
      </w:pPr>
      <w:r w:rsidRPr="00D347BE">
        <w:rPr>
          <w:lang w:val="ru-RU"/>
        </w:rPr>
        <w:t>8.2. Дисциплинарное взыскание применяется не позднее одного месяца со дня обнаружения проступка и не позднее шести месяцев со дня его совершения (ст. 193 ТК РФ).</w:t>
      </w:r>
    </w:p>
    <w:p w:rsidR="000B6DBE" w:rsidRPr="00D347BE" w:rsidRDefault="0032597F">
      <w:pPr>
        <w:spacing w:after="120"/>
        <w:ind w:firstLine="709"/>
        <w:jc w:val="both"/>
        <w:rPr>
          <w:lang w:val="ru-RU"/>
        </w:rPr>
      </w:pPr>
      <w:r w:rsidRPr="00D347BE">
        <w:rPr>
          <w:lang w:val="ru-RU"/>
        </w:rPr>
        <w:t>8.3. До применения дисциплинарного взыскания работодатель обязан затребовать от работника письменное объяснение. Если по истечении двух рабочих дней указанное объяснение работником не предоставлено, составляется акт.</w:t>
      </w:r>
    </w:p>
    <w:p w:rsidR="000B6DBE" w:rsidRPr="00D347BE" w:rsidRDefault="0032597F">
      <w:pPr>
        <w:spacing w:after="120"/>
        <w:ind w:firstLine="709"/>
        <w:jc w:val="both"/>
        <w:rPr>
          <w:lang w:val="ru-RU"/>
        </w:rPr>
      </w:pPr>
      <w:r w:rsidRPr="00D347BE">
        <w:rPr>
          <w:lang w:val="ru-RU"/>
        </w:rPr>
        <w:t>8.4. Приказ о применении дисциплинарного взыскания объявляется работнику под подпись в течение трёх рабочих дней со дня его издания.</w:t>
      </w:r>
    </w:p>
    <w:p w:rsidR="000B6DBE" w:rsidRPr="00D347BE" w:rsidRDefault="0032597F">
      <w:pPr>
        <w:spacing w:after="120"/>
        <w:ind w:firstLine="709"/>
        <w:jc w:val="both"/>
        <w:rPr>
          <w:lang w:val="ru-RU"/>
        </w:rPr>
      </w:pPr>
      <w:r w:rsidRPr="00D347BE">
        <w:rPr>
          <w:lang w:val="ru-RU"/>
        </w:rPr>
        <w:t>8.5. Если в течение года со дня применения дисциплинарного взыскания работник не будет подвергнут новому дисциплинарному взысканию, он считается не имеющим дисциплинарного взыскания (ст. 194 ТК РФ).</w:t>
      </w:r>
    </w:p>
    <w:p w:rsidR="000B6DBE" w:rsidRPr="00D347BE" w:rsidRDefault="0032597F">
      <w:pPr>
        <w:spacing w:after="120"/>
        <w:ind w:firstLine="709"/>
        <w:jc w:val="both"/>
        <w:rPr>
          <w:lang w:val="ru-RU"/>
        </w:rPr>
      </w:pPr>
      <w:r w:rsidRPr="00D347BE">
        <w:rPr>
          <w:lang w:val="ru-RU"/>
        </w:rPr>
        <w:t>8.6. Материальная ответственность работников наступает в порядке, установленном ТК РФ, с учётом перечней работ и должностей, утверждённых Приказом Минтруда РФ от 16.04.2025 № 251н.</w:t>
      </w:r>
    </w:p>
    <w:p w:rsidR="000B6DBE" w:rsidRPr="00D347BE" w:rsidRDefault="0032597F">
      <w:pPr>
        <w:spacing w:after="120"/>
        <w:jc w:val="both"/>
        <w:rPr>
          <w:lang w:val="ru-RU"/>
        </w:rPr>
      </w:pPr>
      <w:r w:rsidRPr="00D347BE">
        <w:rPr>
          <w:b/>
          <w:lang w:val="ru-RU"/>
        </w:rPr>
        <w:t>9. Охрана труда и безопасность</w:t>
      </w:r>
    </w:p>
    <w:p w:rsidR="000B6DBE" w:rsidRPr="00D347BE" w:rsidRDefault="0032597F">
      <w:pPr>
        <w:spacing w:after="120"/>
        <w:ind w:firstLine="709"/>
        <w:jc w:val="both"/>
        <w:rPr>
          <w:lang w:val="ru-RU"/>
        </w:rPr>
      </w:pPr>
      <w:r w:rsidRPr="00D347BE">
        <w:rPr>
          <w:lang w:val="ru-RU"/>
        </w:rPr>
        <w:t>9.1. Работодатель обеспечивает обучение работников по охране труда и проверку знания требований охраны труда в соответствии с Постановлением Правительства РФ от 24.12.2021 № 2464 (в редакции Постановления от 30.06.2026 № 805, вступившей в силу 31.08.2026):</w:t>
      </w:r>
    </w:p>
    <w:p w:rsidR="000B6DBE" w:rsidRPr="00D347BE" w:rsidRDefault="0032597F">
      <w:pPr>
        <w:pStyle w:val="a0"/>
        <w:spacing w:after="60"/>
        <w:ind w:left="709"/>
        <w:jc w:val="both"/>
        <w:rPr>
          <w:lang w:val="ru-RU"/>
        </w:rPr>
      </w:pPr>
      <w:r w:rsidRPr="00D347BE">
        <w:rPr>
          <w:lang w:val="ru-RU"/>
        </w:rPr>
        <w:t>вводный инструктаж — при приёме на работу;</w:t>
      </w:r>
    </w:p>
    <w:p w:rsidR="000B6DBE" w:rsidRPr="00D347BE" w:rsidRDefault="0032597F">
      <w:pPr>
        <w:pStyle w:val="a0"/>
        <w:spacing w:after="60"/>
        <w:ind w:left="709"/>
        <w:jc w:val="both"/>
        <w:rPr>
          <w:lang w:val="ru-RU"/>
        </w:rPr>
      </w:pPr>
      <w:r w:rsidRPr="00D347BE">
        <w:rPr>
          <w:lang w:val="ru-RU"/>
        </w:rPr>
        <w:t>первичный инструктаж на рабочем месте — до начала самостоятельной работы;</w:t>
      </w:r>
    </w:p>
    <w:p w:rsidR="000B6DBE" w:rsidRPr="00D347BE" w:rsidRDefault="0032597F">
      <w:pPr>
        <w:pStyle w:val="a0"/>
        <w:spacing w:after="60"/>
        <w:ind w:left="709"/>
        <w:jc w:val="both"/>
        <w:rPr>
          <w:lang w:val="ru-RU"/>
        </w:rPr>
      </w:pPr>
      <w:r w:rsidRPr="00D347BE">
        <w:rPr>
          <w:lang w:val="ru-RU"/>
        </w:rPr>
        <w:t>повторный инструктаж — не реже одного раза в шесть месяцев (для работников, впервые начавших трудовую деятельность и допущенных к работам повышенной опасности, — не реже одного раза в 3 месяца в течение первого года работы);</w:t>
      </w:r>
    </w:p>
    <w:p w:rsidR="000B6DBE" w:rsidRPr="00D347BE" w:rsidRDefault="0032597F">
      <w:pPr>
        <w:pStyle w:val="a0"/>
        <w:spacing w:after="60"/>
        <w:ind w:left="709"/>
        <w:jc w:val="both"/>
        <w:rPr>
          <w:lang w:val="ru-RU"/>
        </w:rPr>
      </w:pPr>
      <w:r w:rsidRPr="00D347BE">
        <w:rPr>
          <w:lang w:val="ru-RU"/>
        </w:rPr>
        <w:t>внеплановый инструктаж — при изменении технологического процесса, замене оборудования, по требованию надзорных органов, при несчастных случаях;</w:t>
      </w:r>
    </w:p>
    <w:p w:rsidR="000B6DBE" w:rsidRPr="00D347BE" w:rsidRDefault="0032597F">
      <w:pPr>
        <w:pStyle w:val="a0"/>
        <w:spacing w:after="60"/>
        <w:ind w:left="709"/>
        <w:jc w:val="both"/>
        <w:rPr>
          <w:lang w:val="ru-RU"/>
        </w:rPr>
      </w:pPr>
      <w:r w:rsidRPr="00D347BE">
        <w:rPr>
          <w:lang w:val="ru-RU"/>
        </w:rPr>
        <w:t>обучение по программам повышения квалификации — не реже одного раза в три года;</w:t>
      </w:r>
    </w:p>
    <w:p w:rsidR="000B6DBE" w:rsidRPr="00D347BE" w:rsidRDefault="0032597F">
      <w:pPr>
        <w:pStyle w:val="a0"/>
        <w:spacing w:after="60"/>
        <w:ind w:left="709"/>
        <w:jc w:val="both"/>
        <w:rPr>
          <w:lang w:val="ru-RU"/>
        </w:rPr>
      </w:pPr>
      <w:r w:rsidRPr="00D347BE">
        <w:rPr>
          <w:lang w:val="ru-RU"/>
        </w:rPr>
        <w:lastRenderedPageBreak/>
        <w:t>практические занятия по оказанию первой помощи и использованию СИЗ проводятся только в очном формате (без применения дистанционных технологий).</w:t>
      </w:r>
    </w:p>
    <w:p w:rsidR="000B6DBE" w:rsidRPr="00D347BE" w:rsidRDefault="0032597F">
      <w:pPr>
        <w:spacing w:after="120"/>
        <w:ind w:firstLine="709"/>
        <w:jc w:val="both"/>
        <w:rPr>
          <w:lang w:val="ru-RU"/>
        </w:rPr>
      </w:pPr>
      <w:r w:rsidRPr="00D347BE">
        <w:rPr>
          <w:lang w:val="ru-RU"/>
        </w:rPr>
        <w:t>9.2. При оформлении внутреннего совместительства вводный инструктаж, повторное обучение и проверка знания требований охраны труда не требуются, если сохраняются условия труда работника, источники опасности, уровни профессиональных рисков и характер выполняемой работы (п. 7 Правил обучения по охране труда в редакции Постановления № 805).</w:t>
      </w:r>
    </w:p>
    <w:p w:rsidR="000B6DBE" w:rsidRPr="00D347BE" w:rsidRDefault="0032597F">
      <w:pPr>
        <w:spacing w:after="120"/>
        <w:ind w:firstLine="709"/>
        <w:jc w:val="both"/>
        <w:rPr>
          <w:lang w:val="ru-RU"/>
        </w:rPr>
      </w:pPr>
      <w:r w:rsidRPr="00D347BE">
        <w:rPr>
          <w:lang w:val="ru-RU"/>
        </w:rPr>
        <w:t>9.3. Работники МБДОУ обязаны соблюдать требования санитарно-эпидемиологических правил:</w:t>
      </w:r>
    </w:p>
    <w:p w:rsidR="000B6DBE" w:rsidRPr="00D347BE" w:rsidRDefault="0032597F">
      <w:pPr>
        <w:pStyle w:val="a0"/>
        <w:spacing w:after="60"/>
        <w:ind w:left="709"/>
        <w:jc w:val="both"/>
        <w:rPr>
          <w:lang w:val="ru-RU"/>
        </w:rPr>
      </w:pPr>
      <w:r w:rsidRPr="00D347BE">
        <w:rPr>
          <w:lang w:val="ru-RU"/>
        </w:rPr>
        <w:t>СП 2.4.2.4283-26 «Санитарно-эпидемиологические требования к организациям воспитания и обучения, отдыха и оздоровления детей и молодёжи» (действуют с 01.09.2026);</w:t>
      </w:r>
    </w:p>
    <w:p w:rsidR="000B6DBE" w:rsidRPr="00D347BE" w:rsidRDefault="0032597F">
      <w:pPr>
        <w:pStyle w:val="a0"/>
        <w:spacing w:after="60"/>
        <w:ind w:left="709"/>
        <w:jc w:val="both"/>
        <w:rPr>
          <w:lang w:val="ru-RU"/>
        </w:rPr>
      </w:pPr>
      <w:r w:rsidRPr="00D347BE">
        <w:rPr>
          <w:lang w:val="ru-RU"/>
        </w:rPr>
        <w:t>СанПиН 2.3/2.4.4282-26 «Санитарно-эпидемиологические требования к организации общественного питания населения» (действуют с 01.09.2026);</w:t>
      </w:r>
    </w:p>
    <w:p w:rsidR="000B6DBE" w:rsidRPr="00D347BE" w:rsidRDefault="0032597F">
      <w:pPr>
        <w:pStyle w:val="a0"/>
        <w:spacing w:after="60"/>
        <w:ind w:left="709"/>
        <w:jc w:val="both"/>
        <w:rPr>
          <w:lang w:val="ru-RU"/>
        </w:rPr>
      </w:pPr>
      <w:r w:rsidRPr="00D347BE">
        <w:rPr>
          <w:lang w:val="ru-RU"/>
        </w:rPr>
        <w:t>СП 2.2.4285-26 «Санитарно-эпидемиологические требования к условиям труда» (действуют с 01.09.2026).</w:t>
      </w:r>
    </w:p>
    <w:p w:rsidR="000B6DBE" w:rsidRPr="00D347BE" w:rsidRDefault="0032597F">
      <w:pPr>
        <w:spacing w:after="120"/>
        <w:ind w:firstLine="709"/>
        <w:jc w:val="both"/>
        <w:rPr>
          <w:lang w:val="ru-RU"/>
        </w:rPr>
      </w:pPr>
      <w:r w:rsidRPr="00D347BE">
        <w:rPr>
          <w:lang w:val="ru-RU"/>
        </w:rPr>
        <w:t>9.4. Ремонтные работы в присутствии детей запрещены.</w:t>
      </w:r>
    </w:p>
    <w:p w:rsidR="000B6DBE" w:rsidRPr="00D347BE" w:rsidRDefault="0032597F">
      <w:pPr>
        <w:spacing w:after="120"/>
        <w:ind w:firstLine="709"/>
        <w:jc w:val="both"/>
        <w:rPr>
          <w:lang w:val="ru-RU"/>
        </w:rPr>
      </w:pPr>
      <w:r w:rsidRPr="00D347BE">
        <w:rPr>
          <w:lang w:val="ru-RU"/>
        </w:rPr>
        <w:t>9.5. Курение, употребление алкогольных, наркотических и токсических веществ в помещениях и на территории МБДОУ запрещено.</w:t>
      </w:r>
    </w:p>
    <w:p w:rsidR="000B6DBE" w:rsidRPr="00D347BE" w:rsidRDefault="0032597F">
      <w:pPr>
        <w:spacing w:after="120"/>
        <w:ind w:firstLine="709"/>
        <w:jc w:val="both"/>
        <w:rPr>
          <w:lang w:val="ru-RU"/>
        </w:rPr>
      </w:pPr>
      <w:r w:rsidRPr="00D347BE">
        <w:rPr>
          <w:lang w:val="ru-RU"/>
        </w:rPr>
        <w:t>9.6. Педагогическим работникам разрешается использовать личные мобильные устройства на территории МБДОУ только в беззвучном режиме с отключённой вибрацией. Использование мобильных устройств во время образовательного процесса не допускается, за исключением звонков от руководства или срочных сообщений от родителей (законных представителей) воспитанников.</w:t>
      </w:r>
    </w:p>
    <w:p w:rsidR="000B6DBE" w:rsidRPr="00D347BE" w:rsidRDefault="0032597F">
      <w:pPr>
        <w:spacing w:after="120"/>
        <w:jc w:val="both"/>
        <w:rPr>
          <w:lang w:val="ru-RU"/>
        </w:rPr>
      </w:pPr>
      <w:r w:rsidRPr="00D347BE">
        <w:rPr>
          <w:b/>
          <w:lang w:val="ru-RU"/>
        </w:rPr>
        <w:t>10. Преимущественное право на оставление на работе при сокращении численности или штата</w:t>
      </w:r>
    </w:p>
    <w:p w:rsidR="000B6DBE" w:rsidRPr="00D347BE" w:rsidRDefault="0032597F">
      <w:pPr>
        <w:spacing w:after="120"/>
        <w:ind w:firstLine="709"/>
        <w:jc w:val="both"/>
        <w:rPr>
          <w:lang w:val="ru-RU"/>
        </w:rPr>
      </w:pPr>
      <w:r w:rsidRPr="00D347BE">
        <w:rPr>
          <w:lang w:val="ru-RU"/>
        </w:rPr>
        <w:t>10.1. При сокращении численности или штата работников преимущественное право на оставление на работе предоставляется работникам с более высокой производительностью труда и квалификацией (ст. 179 ТК РФ).</w:t>
      </w:r>
    </w:p>
    <w:p w:rsidR="000B6DBE" w:rsidRPr="00D347BE" w:rsidRDefault="0032597F">
      <w:pPr>
        <w:spacing w:after="120"/>
        <w:ind w:firstLine="709"/>
        <w:jc w:val="both"/>
        <w:rPr>
          <w:lang w:val="ru-RU"/>
        </w:rPr>
      </w:pPr>
      <w:r w:rsidRPr="00D347BE">
        <w:rPr>
          <w:lang w:val="ru-RU"/>
        </w:rPr>
        <w:t>10.2. При равной производительности труда и квалификации предпочтение отдаётся:</w:t>
      </w:r>
    </w:p>
    <w:p w:rsidR="000B6DBE" w:rsidRPr="00D347BE" w:rsidRDefault="0032597F">
      <w:pPr>
        <w:pStyle w:val="a0"/>
        <w:spacing w:after="60"/>
        <w:ind w:left="709"/>
        <w:jc w:val="both"/>
        <w:rPr>
          <w:lang w:val="ru-RU"/>
        </w:rPr>
      </w:pPr>
      <w:r w:rsidRPr="00D347BE">
        <w:rPr>
          <w:lang w:val="ru-RU"/>
        </w:rPr>
        <w:t>семейным работникам — при наличии двух и более иждивенцев;</w:t>
      </w:r>
    </w:p>
    <w:p w:rsidR="000B6DBE" w:rsidRPr="00D347BE" w:rsidRDefault="0032597F">
      <w:pPr>
        <w:pStyle w:val="a0"/>
        <w:spacing w:after="60"/>
        <w:ind w:left="709"/>
        <w:jc w:val="both"/>
        <w:rPr>
          <w:lang w:val="ru-RU"/>
        </w:rPr>
      </w:pPr>
      <w:r w:rsidRPr="00D347BE">
        <w:rPr>
          <w:lang w:val="ru-RU"/>
        </w:rPr>
        <w:t>лицам, в семье которых нет других работников с самостоятельным заработком;</w:t>
      </w:r>
    </w:p>
    <w:p w:rsidR="000B6DBE" w:rsidRPr="00D347BE" w:rsidRDefault="0032597F">
      <w:pPr>
        <w:pStyle w:val="a0"/>
        <w:spacing w:after="60"/>
        <w:ind w:left="709"/>
        <w:jc w:val="both"/>
        <w:rPr>
          <w:lang w:val="ru-RU"/>
        </w:rPr>
      </w:pPr>
      <w:r w:rsidRPr="00D347BE">
        <w:rPr>
          <w:lang w:val="ru-RU"/>
        </w:rPr>
        <w:t>работникам, получившим трудовое увечье или профессиональное заболевание;</w:t>
      </w:r>
    </w:p>
    <w:p w:rsidR="000B6DBE" w:rsidRPr="00D347BE" w:rsidRDefault="0032597F">
      <w:pPr>
        <w:pStyle w:val="a0"/>
        <w:spacing w:after="60"/>
        <w:ind w:left="709"/>
        <w:jc w:val="both"/>
        <w:rPr>
          <w:lang w:val="ru-RU"/>
        </w:rPr>
      </w:pPr>
      <w:r w:rsidRPr="00D347BE">
        <w:rPr>
          <w:lang w:val="ru-RU"/>
        </w:rPr>
        <w:t>инвалидам Великой Отечественной войны и инвалидам боевых действий по защите Отечества;</w:t>
      </w:r>
    </w:p>
    <w:p w:rsidR="000B6DBE" w:rsidRPr="00D347BE" w:rsidRDefault="0032597F">
      <w:pPr>
        <w:pStyle w:val="a0"/>
        <w:spacing w:after="60"/>
        <w:ind w:left="709"/>
        <w:jc w:val="both"/>
        <w:rPr>
          <w:lang w:val="ru-RU"/>
        </w:rPr>
      </w:pPr>
      <w:r w:rsidRPr="00D347BE">
        <w:rPr>
          <w:lang w:val="ru-RU"/>
        </w:rPr>
        <w:t>работникам, повышающим свою квалификацию по направлению работодателя без отрыва от работы;</w:t>
      </w:r>
    </w:p>
    <w:p w:rsidR="000B6DBE" w:rsidRPr="00D347BE" w:rsidRDefault="0032597F">
      <w:pPr>
        <w:pStyle w:val="a0"/>
        <w:spacing w:after="60"/>
        <w:ind w:left="709"/>
        <w:jc w:val="both"/>
        <w:rPr>
          <w:lang w:val="ru-RU"/>
        </w:rPr>
      </w:pPr>
      <w:r w:rsidRPr="00D347BE">
        <w:rPr>
          <w:lang w:val="ru-RU"/>
        </w:rPr>
        <w:t>родителю, имеющему ребёнка в возрасте до 18 лет, если другой родитель призван на военную службу по мобилизации, направлен на службу в войска национальной гвардии РФ по мобилизации или заключил контракт о прохождении военной службы в период мобилизации, в период военного положения или в военное время;</w:t>
      </w:r>
    </w:p>
    <w:p w:rsidR="000B6DBE" w:rsidRPr="00D347BE" w:rsidRDefault="0032597F">
      <w:pPr>
        <w:pStyle w:val="a0"/>
        <w:spacing w:after="60"/>
        <w:ind w:left="709"/>
        <w:jc w:val="both"/>
        <w:rPr>
          <w:lang w:val="ru-RU"/>
        </w:rPr>
      </w:pPr>
      <w:r w:rsidRPr="00D347BE">
        <w:rPr>
          <w:lang w:val="ru-RU"/>
        </w:rPr>
        <w:t>работникам, исполняющим свои трудовые обязанности по трудовому договору, действие которого возобновлено в соответствии с ч. 9 ст. 351.7 ТК РФ (после приостановления в связи с военной службой по мобилизации или контрактом) (добавлено Федеральным законом от 25.04.2026 № 108-ФЗ, вступившим в силу 01.09.2026).</w:t>
      </w:r>
    </w:p>
    <w:p w:rsidR="000B6DBE" w:rsidRPr="00D347BE" w:rsidRDefault="0032597F">
      <w:pPr>
        <w:spacing w:after="120"/>
        <w:jc w:val="both"/>
        <w:rPr>
          <w:lang w:val="ru-RU"/>
        </w:rPr>
      </w:pPr>
      <w:r w:rsidRPr="00D347BE">
        <w:rPr>
          <w:b/>
          <w:lang w:val="ru-RU"/>
        </w:rPr>
        <w:t>11. Заключительные положения</w:t>
      </w:r>
    </w:p>
    <w:p w:rsidR="000B6DBE" w:rsidRPr="00D347BE" w:rsidRDefault="0032597F">
      <w:pPr>
        <w:spacing w:after="120"/>
        <w:ind w:firstLine="709"/>
        <w:jc w:val="both"/>
        <w:rPr>
          <w:lang w:val="ru-RU"/>
        </w:rPr>
      </w:pPr>
      <w:r w:rsidRPr="00D347BE">
        <w:rPr>
          <w:lang w:val="ru-RU"/>
        </w:rPr>
        <w:lastRenderedPageBreak/>
        <w:t>11.1. Настоящие Правила вступают в силу с момента их утверждения приказом заведующего МБДОУ.</w:t>
      </w:r>
    </w:p>
    <w:p w:rsidR="000B6DBE" w:rsidRPr="00D347BE" w:rsidRDefault="0032597F">
      <w:pPr>
        <w:spacing w:after="120"/>
        <w:ind w:firstLine="709"/>
        <w:jc w:val="both"/>
        <w:rPr>
          <w:lang w:val="ru-RU"/>
        </w:rPr>
      </w:pPr>
      <w:r w:rsidRPr="00D347BE">
        <w:rPr>
          <w:lang w:val="ru-RU"/>
        </w:rPr>
        <w:t>11.2. Изменения и дополнения к настоящим Правилам принимаются Общим собранием работников, согласовываются с профсоюзным комитетом и утверждаются приказом заведующего МБДОУ.</w:t>
      </w:r>
    </w:p>
    <w:p w:rsidR="000B6DBE" w:rsidRPr="00D347BE" w:rsidRDefault="0032597F">
      <w:pPr>
        <w:spacing w:after="120"/>
        <w:ind w:firstLine="709"/>
        <w:jc w:val="both"/>
        <w:rPr>
          <w:lang w:val="ru-RU"/>
        </w:rPr>
      </w:pPr>
      <w:r w:rsidRPr="00D347BE">
        <w:rPr>
          <w:lang w:val="ru-RU"/>
        </w:rPr>
        <w:t>11.3. Если какое-либо положение настоящих Правил становится недействительным в связи с изменением законодательства Российской Федерации или Республики Крым, оно утрачивает силу, при этом остальные положения остаются в силе.</w:t>
      </w:r>
    </w:p>
    <w:p w:rsidR="000B6DBE" w:rsidRPr="00F10966" w:rsidRDefault="0032597F" w:rsidP="00F10966">
      <w:pPr>
        <w:spacing w:after="120"/>
        <w:ind w:firstLine="709"/>
        <w:jc w:val="both"/>
        <w:rPr>
          <w:lang w:val="ru-RU"/>
        </w:rPr>
      </w:pPr>
      <w:r w:rsidRPr="00D347BE">
        <w:rPr>
          <w:lang w:val="ru-RU"/>
        </w:rPr>
        <w:t>11.4. Настоящие Правила разработаны с учётом изменений, внесённых в 2026 году, и заменяют все ранее действовавшие редакции Правил внутреннего трудового распорядка работников МБДОУ.</w:t>
      </w:r>
      <w:bookmarkStart w:id="0" w:name="_GoBack"/>
      <w:bookmarkEnd w:id="0"/>
    </w:p>
    <w:sectPr w:rsidR="000B6DBE" w:rsidRPr="00F10966" w:rsidSect="0032597F">
      <w:pgSz w:w="12240" w:h="15840"/>
      <w:pgMar w:top="1134" w:right="850" w:bottom="1134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309020205020404"/>
    <w:charset w:val="00"/>
    <w:family w:val="auto"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30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20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a0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34616"/>
    <w:rsid w:val="0006063C"/>
    <w:rsid w:val="000B6DBE"/>
    <w:rsid w:val="0015074B"/>
    <w:rsid w:val="0029639D"/>
    <w:rsid w:val="0032597F"/>
    <w:rsid w:val="00326F90"/>
    <w:rsid w:val="00AA1D8D"/>
    <w:rsid w:val="00B47730"/>
    <w:rsid w:val="00CB0664"/>
    <w:rsid w:val="00D347BE"/>
    <w:rsid w:val="00F10966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3B592279"/>
  <w14:defaultImageDpi w14:val="300"/>
  <w15:docId w15:val="{457CE3B3-8395-4D83-A337-6327AB86C0B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1">
    <w:name w:val="Normal"/>
    <w:qFormat/>
    <w:rsid w:val="00FC693F"/>
    <w:pPr>
      <w:spacing w:after="0" w:line="240" w:lineRule="auto"/>
    </w:pPr>
    <w:rPr>
      <w:rFonts w:ascii="Times New Roman" w:hAnsi="Times New Roman"/>
      <w:sz w:val="24"/>
    </w:rPr>
  </w:style>
  <w:style w:type="paragraph" w:styleId="1">
    <w:name w:val="heading 1"/>
    <w:basedOn w:val="a1"/>
    <w:next w:val="a1"/>
    <w:link w:val="10"/>
    <w:uiPriority w:val="9"/>
    <w:qFormat/>
    <w:rsid w:val="00FC693F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1">
    <w:name w:val="heading 2"/>
    <w:basedOn w:val="a1"/>
    <w:next w:val="a1"/>
    <w:link w:val="22"/>
    <w:uiPriority w:val="9"/>
    <w:unhideWhenUsed/>
    <w:qFormat/>
    <w:rsid w:val="00FC693F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1">
    <w:name w:val="heading 3"/>
    <w:basedOn w:val="a1"/>
    <w:next w:val="a1"/>
    <w:link w:val="32"/>
    <w:uiPriority w:val="9"/>
    <w:unhideWhenUsed/>
    <w:qFormat/>
    <w:rsid w:val="00FC693F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1"/>
    <w:next w:val="a1"/>
    <w:link w:val="40"/>
    <w:uiPriority w:val="9"/>
    <w:semiHidden/>
    <w:unhideWhenUsed/>
    <w:qFormat/>
    <w:rsid w:val="00FC693F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basedOn w:val="a1"/>
    <w:next w:val="a1"/>
    <w:link w:val="50"/>
    <w:uiPriority w:val="9"/>
    <w:semiHidden/>
    <w:unhideWhenUsed/>
    <w:qFormat/>
    <w:rsid w:val="00FC693F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basedOn w:val="a1"/>
    <w:next w:val="a1"/>
    <w:link w:val="60"/>
    <w:uiPriority w:val="9"/>
    <w:semiHidden/>
    <w:unhideWhenUsed/>
    <w:qFormat/>
    <w:rsid w:val="00FC693F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7">
    <w:name w:val="heading 7"/>
    <w:basedOn w:val="a1"/>
    <w:next w:val="a1"/>
    <w:link w:val="70"/>
    <w:uiPriority w:val="9"/>
    <w:semiHidden/>
    <w:unhideWhenUsed/>
    <w:qFormat/>
    <w:rsid w:val="00FC693F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8">
    <w:name w:val="heading 8"/>
    <w:basedOn w:val="a1"/>
    <w:next w:val="a1"/>
    <w:link w:val="80"/>
    <w:uiPriority w:val="9"/>
    <w:semiHidden/>
    <w:unhideWhenUsed/>
    <w:qFormat/>
    <w:rsid w:val="00FC693F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9">
    <w:name w:val="heading 9"/>
    <w:basedOn w:val="a1"/>
    <w:next w:val="a1"/>
    <w:link w:val="90"/>
    <w:uiPriority w:val="9"/>
    <w:semiHidden/>
    <w:unhideWhenUsed/>
    <w:qFormat/>
    <w:rsid w:val="00FC693F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paragraph" w:styleId="a5">
    <w:name w:val="header"/>
    <w:basedOn w:val="a1"/>
    <w:link w:val="a6"/>
    <w:uiPriority w:val="99"/>
    <w:unhideWhenUsed/>
    <w:rsid w:val="00E618BF"/>
    <w:pPr>
      <w:tabs>
        <w:tab w:val="center" w:pos="4680"/>
        <w:tab w:val="right" w:pos="9360"/>
      </w:tabs>
    </w:pPr>
  </w:style>
  <w:style w:type="character" w:customStyle="1" w:styleId="a6">
    <w:name w:val="Верхний колонтитул Знак"/>
    <w:basedOn w:val="a2"/>
    <w:link w:val="a5"/>
    <w:uiPriority w:val="99"/>
    <w:rsid w:val="00E618BF"/>
  </w:style>
  <w:style w:type="paragraph" w:styleId="a7">
    <w:name w:val="footer"/>
    <w:basedOn w:val="a1"/>
    <w:link w:val="a8"/>
    <w:uiPriority w:val="99"/>
    <w:unhideWhenUsed/>
    <w:rsid w:val="00E618BF"/>
    <w:pPr>
      <w:tabs>
        <w:tab w:val="center" w:pos="4680"/>
        <w:tab w:val="right" w:pos="9360"/>
      </w:tabs>
    </w:pPr>
  </w:style>
  <w:style w:type="character" w:customStyle="1" w:styleId="a8">
    <w:name w:val="Нижний колонтитул Знак"/>
    <w:basedOn w:val="a2"/>
    <w:link w:val="a7"/>
    <w:uiPriority w:val="99"/>
    <w:rsid w:val="00E618BF"/>
  </w:style>
  <w:style w:type="paragraph" w:styleId="a9">
    <w:name w:val="No Spacing"/>
    <w:uiPriority w:val="1"/>
    <w:qFormat/>
    <w:rsid w:val="00FC693F"/>
    <w:pPr>
      <w:spacing w:after="0" w:line="240" w:lineRule="auto"/>
    </w:pPr>
  </w:style>
  <w:style w:type="character" w:customStyle="1" w:styleId="10">
    <w:name w:val="Заголовок 1 Знак"/>
    <w:basedOn w:val="a2"/>
    <w:link w:val="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2">
    <w:name w:val="Заголовок 2 Знак"/>
    <w:basedOn w:val="a2"/>
    <w:link w:val="2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2">
    <w:name w:val="Заголовок 3 Знак"/>
    <w:basedOn w:val="a2"/>
    <w:link w:val="3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aa">
    <w:name w:val="Title"/>
    <w:basedOn w:val="a1"/>
    <w:next w:val="a1"/>
    <w:link w:val="ab"/>
    <w:uiPriority w:val="10"/>
    <w:qFormat/>
    <w:rsid w:val="00FC693F"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b">
    <w:name w:val="Заголовок Знак"/>
    <w:basedOn w:val="a2"/>
    <w:link w:val="aa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c">
    <w:name w:val="Subtitle"/>
    <w:basedOn w:val="a1"/>
    <w:next w:val="a1"/>
    <w:link w:val="ad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Cs w:val="24"/>
    </w:rPr>
  </w:style>
  <w:style w:type="character" w:customStyle="1" w:styleId="ad">
    <w:name w:val="Подзаголовок Знак"/>
    <w:basedOn w:val="a2"/>
    <w:link w:val="ac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e">
    <w:name w:val="List Paragraph"/>
    <w:basedOn w:val="a1"/>
    <w:uiPriority w:val="34"/>
    <w:qFormat/>
    <w:rsid w:val="00FC693F"/>
    <w:pPr>
      <w:ind w:left="720"/>
      <w:contextualSpacing/>
    </w:pPr>
  </w:style>
  <w:style w:type="paragraph" w:styleId="af">
    <w:name w:val="Body Text"/>
    <w:basedOn w:val="a1"/>
    <w:link w:val="af0"/>
    <w:uiPriority w:val="99"/>
    <w:unhideWhenUsed/>
    <w:rsid w:val="00AA1D8D"/>
    <w:pPr>
      <w:spacing w:after="120"/>
    </w:pPr>
  </w:style>
  <w:style w:type="character" w:customStyle="1" w:styleId="af0">
    <w:name w:val="Основной текст Знак"/>
    <w:basedOn w:val="a2"/>
    <w:link w:val="af"/>
    <w:uiPriority w:val="99"/>
    <w:rsid w:val="00AA1D8D"/>
  </w:style>
  <w:style w:type="paragraph" w:styleId="23">
    <w:name w:val="Body Text 2"/>
    <w:basedOn w:val="a1"/>
    <w:link w:val="24"/>
    <w:uiPriority w:val="99"/>
    <w:unhideWhenUsed/>
    <w:rsid w:val="00AA1D8D"/>
    <w:pPr>
      <w:spacing w:after="120" w:line="480" w:lineRule="auto"/>
    </w:pPr>
  </w:style>
  <w:style w:type="character" w:customStyle="1" w:styleId="24">
    <w:name w:val="Основной текст 2 Знак"/>
    <w:basedOn w:val="a2"/>
    <w:link w:val="23"/>
    <w:uiPriority w:val="99"/>
    <w:rsid w:val="00AA1D8D"/>
  </w:style>
  <w:style w:type="paragraph" w:styleId="33">
    <w:name w:val="Body Text 3"/>
    <w:basedOn w:val="a1"/>
    <w:link w:val="34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34">
    <w:name w:val="Основной текст 3 Знак"/>
    <w:basedOn w:val="a2"/>
    <w:link w:val="33"/>
    <w:uiPriority w:val="99"/>
    <w:rsid w:val="00AA1D8D"/>
    <w:rPr>
      <w:sz w:val="16"/>
      <w:szCs w:val="16"/>
    </w:rPr>
  </w:style>
  <w:style w:type="paragraph" w:styleId="af1">
    <w:name w:val="List"/>
    <w:basedOn w:val="a1"/>
    <w:uiPriority w:val="99"/>
    <w:unhideWhenUsed/>
    <w:rsid w:val="00AA1D8D"/>
    <w:pPr>
      <w:ind w:left="360" w:hanging="360"/>
      <w:contextualSpacing/>
    </w:pPr>
  </w:style>
  <w:style w:type="paragraph" w:styleId="25">
    <w:name w:val="List 2"/>
    <w:basedOn w:val="a1"/>
    <w:uiPriority w:val="99"/>
    <w:unhideWhenUsed/>
    <w:rsid w:val="00326F90"/>
    <w:pPr>
      <w:ind w:left="720" w:hanging="360"/>
      <w:contextualSpacing/>
    </w:pPr>
  </w:style>
  <w:style w:type="paragraph" w:styleId="35">
    <w:name w:val="List 3"/>
    <w:basedOn w:val="a1"/>
    <w:uiPriority w:val="99"/>
    <w:unhideWhenUsed/>
    <w:rsid w:val="00326F90"/>
    <w:pPr>
      <w:ind w:left="1080" w:hanging="360"/>
      <w:contextualSpacing/>
    </w:pPr>
  </w:style>
  <w:style w:type="paragraph" w:styleId="a0">
    <w:name w:val="List Bullet"/>
    <w:basedOn w:val="a1"/>
    <w:uiPriority w:val="99"/>
    <w:unhideWhenUsed/>
    <w:rsid w:val="00326F90"/>
    <w:pPr>
      <w:numPr>
        <w:numId w:val="1"/>
      </w:numPr>
      <w:contextualSpacing/>
    </w:pPr>
  </w:style>
  <w:style w:type="paragraph" w:styleId="20">
    <w:name w:val="List Bullet 2"/>
    <w:basedOn w:val="a1"/>
    <w:uiPriority w:val="99"/>
    <w:unhideWhenUsed/>
    <w:rsid w:val="00326F90"/>
    <w:pPr>
      <w:numPr>
        <w:numId w:val="2"/>
      </w:numPr>
      <w:contextualSpacing/>
    </w:pPr>
  </w:style>
  <w:style w:type="paragraph" w:styleId="30">
    <w:name w:val="List Bullet 3"/>
    <w:basedOn w:val="a1"/>
    <w:uiPriority w:val="99"/>
    <w:unhideWhenUsed/>
    <w:rsid w:val="00326F90"/>
    <w:pPr>
      <w:numPr>
        <w:numId w:val="3"/>
      </w:numPr>
      <w:contextualSpacing/>
    </w:pPr>
  </w:style>
  <w:style w:type="paragraph" w:styleId="a">
    <w:name w:val="List Number"/>
    <w:basedOn w:val="a1"/>
    <w:uiPriority w:val="99"/>
    <w:unhideWhenUsed/>
    <w:rsid w:val="00326F90"/>
    <w:pPr>
      <w:numPr>
        <w:numId w:val="5"/>
      </w:numPr>
      <w:contextualSpacing/>
    </w:pPr>
  </w:style>
  <w:style w:type="paragraph" w:styleId="2">
    <w:name w:val="List Number 2"/>
    <w:basedOn w:val="a1"/>
    <w:uiPriority w:val="99"/>
    <w:unhideWhenUsed/>
    <w:rsid w:val="0029639D"/>
    <w:pPr>
      <w:numPr>
        <w:numId w:val="6"/>
      </w:numPr>
      <w:contextualSpacing/>
    </w:pPr>
  </w:style>
  <w:style w:type="paragraph" w:styleId="3">
    <w:name w:val="List Number 3"/>
    <w:basedOn w:val="a1"/>
    <w:uiPriority w:val="99"/>
    <w:unhideWhenUsed/>
    <w:rsid w:val="0029639D"/>
    <w:pPr>
      <w:numPr>
        <w:numId w:val="7"/>
      </w:numPr>
      <w:contextualSpacing/>
    </w:pPr>
  </w:style>
  <w:style w:type="paragraph" w:styleId="af2">
    <w:name w:val="List Continue"/>
    <w:basedOn w:val="a1"/>
    <w:uiPriority w:val="99"/>
    <w:unhideWhenUsed/>
    <w:rsid w:val="0029639D"/>
    <w:pPr>
      <w:spacing w:after="120"/>
      <w:ind w:left="360"/>
      <w:contextualSpacing/>
    </w:pPr>
  </w:style>
  <w:style w:type="paragraph" w:styleId="26">
    <w:name w:val="List Continue 2"/>
    <w:basedOn w:val="a1"/>
    <w:uiPriority w:val="99"/>
    <w:unhideWhenUsed/>
    <w:rsid w:val="0029639D"/>
    <w:pPr>
      <w:spacing w:after="120"/>
      <w:ind w:left="720"/>
      <w:contextualSpacing/>
    </w:pPr>
  </w:style>
  <w:style w:type="paragraph" w:styleId="36">
    <w:name w:val="List Continue 3"/>
    <w:basedOn w:val="a1"/>
    <w:uiPriority w:val="99"/>
    <w:unhideWhenUsed/>
    <w:rsid w:val="0029639D"/>
    <w:pPr>
      <w:spacing w:after="120"/>
      <w:ind w:left="1080"/>
      <w:contextualSpacing/>
    </w:pPr>
  </w:style>
  <w:style w:type="paragraph" w:styleId="af3">
    <w:name w:val="macro"/>
    <w:link w:val="af4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af4">
    <w:name w:val="Текст макроса Знак"/>
    <w:basedOn w:val="a2"/>
    <w:link w:val="af3"/>
    <w:uiPriority w:val="99"/>
    <w:rsid w:val="0029639D"/>
    <w:rPr>
      <w:rFonts w:ascii="Courier" w:hAnsi="Courier"/>
      <w:sz w:val="20"/>
      <w:szCs w:val="20"/>
    </w:rPr>
  </w:style>
  <w:style w:type="paragraph" w:styleId="27">
    <w:name w:val="Quote"/>
    <w:basedOn w:val="a1"/>
    <w:next w:val="a1"/>
    <w:link w:val="28"/>
    <w:uiPriority w:val="29"/>
    <w:qFormat/>
    <w:rsid w:val="00FC693F"/>
    <w:rPr>
      <w:i/>
      <w:iCs/>
      <w:color w:val="000000" w:themeColor="text1"/>
    </w:rPr>
  </w:style>
  <w:style w:type="character" w:customStyle="1" w:styleId="28">
    <w:name w:val="Цитата 2 Знак"/>
    <w:basedOn w:val="a2"/>
    <w:link w:val="27"/>
    <w:uiPriority w:val="29"/>
    <w:rsid w:val="00FC693F"/>
    <w:rPr>
      <w:i/>
      <w:iCs/>
      <w:color w:val="000000" w:themeColor="text1"/>
    </w:rPr>
  </w:style>
  <w:style w:type="character" w:customStyle="1" w:styleId="40">
    <w:name w:val="Заголовок 4 Знак"/>
    <w:basedOn w:val="a2"/>
    <w:link w:val="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50">
    <w:name w:val="Заголовок 5 Знак"/>
    <w:basedOn w:val="a2"/>
    <w:link w:val="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60">
    <w:name w:val="Заголовок 6 Знак"/>
    <w:basedOn w:val="a2"/>
    <w:link w:val="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70">
    <w:name w:val="Заголовок 7 Знак"/>
    <w:basedOn w:val="a2"/>
    <w:link w:val="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80">
    <w:name w:val="Заголовок 8 Знак"/>
    <w:basedOn w:val="a2"/>
    <w:link w:val="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90">
    <w:name w:val="Заголовок 9 Знак"/>
    <w:basedOn w:val="a2"/>
    <w:link w:val="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af5">
    <w:name w:val="caption"/>
    <w:basedOn w:val="a1"/>
    <w:next w:val="a1"/>
    <w:uiPriority w:val="35"/>
    <w:semiHidden/>
    <w:unhideWhenUsed/>
    <w:qFormat/>
    <w:rsid w:val="00FC693F"/>
    <w:rPr>
      <w:b/>
      <w:bCs/>
      <w:color w:val="4F81BD" w:themeColor="accent1"/>
      <w:sz w:val="18"/>
      <w:szCs w:val="18"/>
    </w:rPr>
  </w:style>
  <w:style w:type="character" w:styleId="af6">
    <w:name w:val="Strong"/>
    <w:basedOn w:val="a2"/>
    <w:uiPriority w:val="22"/>
    <w:qFormat/>
    <w:rsid w:val="00FC693F"/>
    <w:rPr>
      <w:b/>
      <w:bCs/>
    </w:rPr>
  </w:style>
  <w:style w:type="character" w:styleId="af7">
    <w:name w:val="Emphasis"/>
    <w:basedOn w:val="a2"/>
    <w:uiPriority w:val="20"/>
    <w:qFormat/>
    <w:rsid w:val="00FC693F"/>
    <w:rPr>
      <w:i/>
      <w:iCs/>
    </w:rPr>
  </w:style>
  <w:style w:type="paragraph" w:styleId="af8">
    <w:name w:val="Intense Quote"/>
    <w:basedOn w:val="a1"/>
    <w:next w:val="a1"/>
    <w:link w:val="af9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af9">
    <w:name w:val="Выделенная цитата Знак"/>
    <w:basedOn w:val="a2"/>
    <w:link w:val="af8"/>
    <w:uiPriority w:val="30"/>
    <w:rsid w:val="00FC693F"/>
    <w:rPr>
      <w:b/>
      <w:bCs/>
      <w:i/>
      <w:iCs/>
      <w:color w:val="4F81BD" w:themeColor="accent1"/>
    </w:rPr>
  </w:style>
  <w:style w:type="character" w:styleId="afa">
    <w:name w:val="Subtle Emphasis"/>
    <w:basedOn w:val="a2"/>
    <w:uiPriority w:val="19"/>
    <w:qFormat/>
    <w:rsid w:val="00FC693F"/>
    <w:rPr>
      <w:i/>
      <w:iCs/>
      <w:color w:val="808080" w:themeColor="text1" w:themeTint="7F"/>
    </w:rPr>
  </w:style>
  <w:style w:type="character" w:styleId="afb">
    <w:name w:val="Intense Emphasis"/>
    <w:basedOn w:val="a2"/>
    <w:uiPriority w:val="21"/>
    <w:qFormat/>
    <w:rsid w:val="00FC693F"/>
    <w:rPr>
      <w:b/>
      <w:bCs/>
      <w:i/>
      <w:iCs/>
      <w:color w:val="4F81BD" w:themeColor="accent1"/>
    </w:rPr>
  </w:style>
  <w:style w:type="character" w:styleId="afc">
    <w:name w:val="Subtle Reference"/>
    <w:basedOn w:val="a2"/>
    <w:uiPriority w:val="31"/>
    <w:qFormat/>
    <w:rsid w:val="00FC693F"/>
    <w:rPr>
      <w:smallCaps/>
      <w:color w:val="C0504D" w:themeColor="accent2"/>
      <w:u w:val="single"/>
    </w:rPr>
  </w:style>
  <w:style w:type="character" w:styleId="afd">
    <w:name w:val="Intense Reference"/>
    <w:basedOn w:val="a2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afe">
    <w:name w:val="Book Title"/>
    <w:basedOn w:val="a2"/>
    <w:uiPriority w:val="33"/>
    <w:qFormat/>
    <w:rsid w:val="00FC693F"/>
    <w:rPr>
      <w:b/>
      <w:bCs/>
      <w:smallCaps/>
      <w:spacing w:val="5"/>
    </w:rPr>
  </w:style>
  <w:style w:type="paragraph" w:styleId="aff">
    <w:name w:val="TOC Heading"/>
    <w:basedOn w:val="1"/>
    <w:next w:val="a1"/>
    <w:uiPriority w:val="39"/>
    <w:semiHidden/>
    <w:unhideWhenUsed/>
    <w:qFormat/>
    <w:rsid w:val="00FC693F"/>
    <w:pPr>
      <w:outlineLvl w:val="9"/>
    </w:pPr>
  </w:style>
  <w:style w:type="table" w:styleId="aff0">
    <w:name w:val="Table Grid"/>
    <w:basedOn w:val="a3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ff1">
    <w:name w:val="Light Shading"/>
    <w:basedOn w:val="a3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-1">
    <w:name w:val="Light Shading Accent 1"/>
    <w:basedOn w:val="a3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-2">
    <w:name w:val="Light Shading Accent 2"/>
    <w:basedOn w:val="a3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-3">
    <w:name w:val="Light Shading Accent 3"/>
    <w:basedOn w:val="a3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-4">
    <w:name w:val="Light Shading Accent 4"/>
    <w:basedOn w:val="a3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-5">
    <w:name w:val="Light Shading Accent 5"/>
    <w:basedOn w:val="a3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-6">
    <w:name w:val="Light Shading Accent 6"/>
    <w:basedOn w:val="a3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aff2">
    <w:name w:val="Light List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-10">
    <w:name w:val="Light List Accent 1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-20">
    <w:name w:val="Light List Accent 2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-30">
    <w:name w:val="Light List Accent 3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-40">
    <w:name w:val="Light List Accent 4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-50">
    <w:name w:val="Light List Accent 5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-60">
    <w:name w:val="Light List Accent 6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aff3">
    <w:name w:val="Light Grid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-11">
    <w:name w:val="Light Grid Accent 1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-21">
    <w:name w:val="Light Grid Accent 2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-31">
    <w:name w:val="Light Grid Accent 3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-41">
    <w:name w:val="Light Grid Accent 4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-51">
    <w:name w:val="Light Grid Accent 5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-61">
    <w:name w:val="Light Grid Accent 6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11">
    <w:name w:val="Medium Shading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1">
    <w:name w:val="Medium Shading 1 Accent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2">
    <w:name w:val="Medium Shading 1 Accent 2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3">
    <w:name w:val="Medium Shading 1 Accent 3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4">
    <w:name w:val="Medium Shading 1 Accent 4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5">
    <w:name w:val="Medium Shading 1 Accent 5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6">
    <w:name w:val="Medium Shading 1 Accent 6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29">
    <w:name w:val="Medium Shading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1">
    <w:name w:val="Medium Shading 2 Accent 1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2">
    <w:name w:val="Medium Shading 2 Accent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3">
    <w:name w:val="Medium Shading 2 Accent 3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4">
    <w:name w:val="Medium Shading 2 Accent 4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5">
    <w:name w:val="Medium Shading 2 Accent 5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6">
    <w:name w:val="Medium Shading 2 Accent 6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12">
    <w:name w:val="Medium Lis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1-10">
    <w:name w:val="Medium List 1 Accen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1-20">
    <w:name w:val="Medium List 1 Accent 2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1-30">
    <w:name w:val="Medium List 1 Accent 3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1-40">
    <w:name w:val="Medium List 1 Accent 4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1-50">
    <w:name w:val="Medium List 1 Accent 5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1-60">
    <w:name w:val="Medium List 1 Accent 6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2a">
    <w:name w:val="Medium Lis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10">
    <w:name w:val="Medium List 2 Accent 1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20">
    <w:name w:val="Medium List 2 Accen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30">
    <w:name w:val="Medium List 2 Accent 3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40">
    <w:name w:val="Medium List 2 Accent 4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50">
    <w:name w:val="Medium List 2 Accent 5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60">
    <w:name w:val="Medium List 2 Accent 6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13">
    <w:name w:val="Medium Grid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1-11">
    <w:name w:val="Medium Grid 1 Accent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1-21">
    <w:name w:val="Medium Grid 1 Accent 2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1-31">
    <w:name w:val="Medium Grid 1 Accent 3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-41">
    <w:name w:val="Medium Grid 1 Accent 4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1-51">
    <w:name w:val="Medium Grid 1 Accent 5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1-61">
    <w:name w:val="Medium Grid 1 Accent 6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2b">
    <w:name w:val="Medium Grid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11">
    <w:name w:val="Medium Grid 2 Accent 1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21">
    <w:name w:val="Medium Grid 2 Accent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31">
    <w:name w:val="Medium Grid 2 Accent 3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41">
    <w:name w:val="Medium Grid 2 Accent 4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51">
    <w:name w:val="Medium Grid 2 Accent 5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61">
    <w:name w:val="Medium Grid 2 Accent 6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37">
    <w:name w:val="Medium Grid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3-1">
    <w:name w:val="Medium Grid 3 Accent 1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3-2">
    <w:name w:val="Medium Grid 3 Accent 2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3-3">
    <w:name w:val="Medium Grid 3 Accent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3-4">
    <w:name w:val="Medium Grid 3 Accent 4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3-5">
    <w:name w:val="Medium Grid 3 Accent 5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3-6">
    <w:name w:val="Medium Grid 3 Accent 6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aff4">
    <w:name w:val="Dark List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-12">
    <w:name w:val="Dark List Accent 1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-22">
    <w:name w:val="Dark List Accent 2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-32">
    <w:name w:val="Dark List Accent 3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-42">
    <w:name w:val="Dark List Accent 4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-52">
    <w:name w:val="Dark List Accent 5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-62">
    <w:name w:val="Dark List Accent 6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aff5">
    <w:name w:val="Colorful Shading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13">
    <w:name w:val="Colorful Shading Accent 1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23">
    <w:name w:val="Colorful Shading Accent 2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33">
    <w:name w:val="Colorful Shading Accent 3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3">
    <w:name w:val="Colorful Shading Accent 4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53">
    <w:name w:val="Colorful Shading Accent 5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63">
    <w:name w:val="Colorful Shading Accent 6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aff6">
    <w:name w:val="Colorful List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-14">
    <w:name w:val="Colorful List Accent 1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-24">
    <w:name w:val="Colorful List Accent 2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-34">
    <w:name w:val="Colorful List Accent 3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-44">
    <w:name w:val="Colorful List Accent 4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-54">
    <w:name w:val="Colorful List Accent 5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-64">
    <w:name w:val="Colorful List Accent 6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aff7">
    <w:name w:val="Colorful Grid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-15">
    <w:name w:val="Colorful Grid Accent 1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-25">
    <w:name w:val="Colorful Grid Accent 2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-35">
    <w:name w:val="Colorful Grid Accent 3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5">
    <w:name w:val="Colorful Grid Accent 4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-55">
    <w:name w:val="Colorful Grid Accent 5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-65">
    <w:name w:val="Colorful Grid Accent 6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029835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7833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4B697C6-7BA3-4812-93E2-068D7FDB925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10</Pages>
  <Words>3654</Words>
  <Characters>20834</Characters>
  <Application>Microsoft Office Word</Application>
  <DocSecurity>0</DocSecurity>
  <Lines>173</Lines>
  <Paragraphs>48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Manager/>
  <Company/>
  <LinksUpToDate>false</LinksUpToDate>
  <CharactersWithSpaces>24440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Admin</cp:lastModifiedBy>
  <cp:revision>3</cp:revision>
  <dcterms:created xsi:type="dcterms:W3CDTF">2013-12-23T23:15:00Z</dcterms:created>
  <dcterms:modified xsi:type="dcterms:W3CDTF">2026-10-06T14:14:00Z</dcterms:modified>
  <cp:category/>
</cp:coreProperties>
</file>