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406B" w:rsidRPr="00301F7B" w:rsidRDefault="00301F7B">
      <w:pPr>
        <w:jc w:val="center"/>
        <w:rPr>
          <w:rFonts w:cs="Times New Roman"/>
          <w:szCs w:val="24"/>
          <w:lang w:val="ru-RU"/>
        </w:rPr>
      </w:pPr>
      <w:r w:rsidRPr="00301F7B">
        <w:rPr>
          <w:rFonts w:cs="Times New Roman"/>
          <w:b/>
          <w:szCs w:val="24"/>
          <w:lang w:val="ru-RU"/>
        </w:rPr>
        <w:t>Муниципальное бюджетное дошкольное образовательное учреждение</w:t>
      </w:r>
    </w:p>
    <w:p w:rsidR="0036406B" w:rsidRPr="00301F7B" w:rsidRDefault="00301F7B">
      <w:pPr>
        <w:jc w:val="center"/>
        <w:rPr>
          <w:rFonts w:cs="Times New Roman"/>
          <w:szCs w:val="24"/>
          <w:lang w:val="ru-RU"/>
        </w:rPr>
      </w:pPr>
      <w:r w:rsidRPr="00301F7B">
        <w:rPr>
          <w:rFonts w:cs="Times New Roman"/>
          <w:b/>
          <w:szCs w:val="24"/>
          <w:lang w:val="ru-RU"/>
        </w:rPr>
        <w:t>«</w:t>
      </w:r>
      <w:proofErr w:type="spellStart"/>
      <w:r w:rsidRPr="00301F7B">
        <w:rPr>
          <w:rFonts w:cs="Times New Roman"/>
          <w:b/>
          <w:szCs w:val="24"/>
          <w:lang w:val="ru-RU"/>
        </w:rPr>
        <w:t>Заветненский</w:t>
      </w:r>
      <w:proofErr w:type="spellEnd"/>
      <w:r w:rsidRPr="00301F7B">
        <w:rPr>
          <w:rFonts w:cs="Times New Roman"/>
          <w:b/>
          <w:szCs w:val="24"/>
          <w:lang w:val="ru-RU"/>
        </w:rPr>
        <w:t xml:space="preserve"> детский сад «Аленький цветочек»</w:t>
      </w:r>
    </w:p>
    <w:p w:rsidR="0036406B" w:rsidRPr="00301F7B" w:rsidRDefault="00301F7B">
      <w:pPr>
        <w:jc w:val="center"/>
        <w:rPr>
          <w:rFonts w:cs="Times New Roman"/>
          <w:szCs w:val="24"/>
          <w:lang w:val="ru-RU"/>
        </w:rPr>
      </w:pPr>
      <w:r w:rsidRPr="00301F7B">
        <w:rPr>
          <w:rFonts w:cs="Times New Roman"/>
          <w:b/>
          <w:szCs w:val="24"/>
          <w:lang w:val="ru-RU"/>
        </w:rPr>
        <w:t>Советского района Республики Крым</w:t>
      </w:r>
    </w:p>
    <w:p w:rsidR="0036406B" w:rsidRPr="00301F7B" w:rsidRDefault="0036406B">
      <w:pPr>
        <w:spacing w:after="120"/>
        <w:jc w:val="both"/>
        <w:rPr>
          <w:rFonts w:cs="Times New Roman"/>
          <w:szCs w:val="24"/>
          <w:lang w:val="ru-RU"/>
        </w:rPr>
      </w:pPr>
    </w:p>
    <w:tbl>
      <w:tblPr>
        <w:tblW w:w="9947" w:type="dxa"/>
        <w:jc w:val="center"/>
        <w:tblLook w:val="04A0" w:firstRow="1" w:lastRow="0" w:firstColumn="1" w:lastColumn="0" w:noHBand="0" w:noVBand="1"/>
      </w:tblPr>
      <w:tblGrid>
        <w:gridCol w:w="5103"/>
        <w:gridCol w:w="4844"/>
      </w:tblGrid>
      <w:tr w:rsidR="00301F7B" w:rsidRPr="001F26D2" w:rsidTr="00F42CDC">
        <w:trPr>
          <w:jc w:val="center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301F7B" w:rsidRPr="00301F7B" w:rsidRDefault="00301F7B" w:rsidP="00F42CDC">
            <w:pPr>
              <w:spacing w:after="40"/>
              <w:rPr>
                <w:rFonts w:cs="Times New Roman"/>
                <w:szCs w:val="24"/>
                <w:lang w:val="ru-RU"/>
              </w:rPr>
            </w:pPr>
            <w:r w:rsidRPr="00301F7B">
              <w:rPr>
                <w:rFonts w:cs="Times New Roman"/>
                <w:b/>
                <w:szCs w:val="24"/>
                <w:lang w:val="ru-RU"/>
              </w:rPr>
              <w:t>ПРИНЯТО</w:t>
            </w:r>
          </w:p>
          <w:p w:rsidR="00301F7B" w:rsidRPr="00301F7B" w:rsidRDefault="00301F7B" w:rsidP="00F42CDC">
            <w:pPr>
              <w:tabs>
                <w:tab w:val="left" w:pos="4575"/>
              </w:tabs>
              <w:rPr>
                <w:rFonts w:cs="Times New Roman"/>
                <w:szCs w:val="24"/>
                <w:lang w:val="ru-RU"/>
              </w:rPr>
            </w:pPr>
            <w:r w:rsidRPr="00301F7B">
              <w:rPr>
                <w:rFonts w:cs="Times New Roman"/>
                <w:szCs w:val="24"/>
                <w:lang w:val="ru-RU"/>
              </w:rPr>
              <w:t>решением Педагогического совета</w:t>
            </w:r>
          </w:p>
          <w:p w:rsidR="00301F7B" w:rsidRPr="00301F7B" w:rsidRDefault="00301F7B" w:rsidP="00F42CDC">
            <w:pPr>
              <w:spacing w:after="40"/>
              <w:rPr>
                <w:rFonts w:cs="Times New Roman"/>
                <w:szCs w:val="24"/>
                <w:lang w:val="ru-RU"/>
              </w:rPr>
            </w:pPr>
            <w:r w:rsidRPr="00301F7B">
              <w:rPr>
                <w:rFonts w:cs="Times New Roman"/>
                <w:szCs w:val="24"/>
                <w:lang w:val="ru-RU"/>
              </w:rPr>
              <w:t>МБДОУ «</w:t>
            </w:r>
            <w:proofErr w:type="spellStart"/>
            <w:r w:rsidRPr="00301F7B">
              <w:rPr>
                <w:rFonts w:cs="Times New Roman"/>
                <w:szCs w:val="24"/>
                <w:lang w:val="ru-RU"/>
              </w:rPr>
              <w:t>Заветненский</w:t>
            </w:r>
            <w:proofErr w:type="spellEnd"/>
            <w:r w:rsidRPr="00301F7B">
              <w:rPr>
                <w:rFonts w:cs="Times New Roman"/>
                <w:szCs w:val="24"/>
                <w:lang w:val="ru-RU"/>
              </w:rPr>
              <w:t xml:space="preserve"> детский сад «Аленький цветочек»</w:t>
            </w:r>
          </w:p>
          <w:p w:rsidR="00301F7B" w:rsidRPr="00301F7B" w:rsidRDefault="00301F7B" w:rsidP="00F42CDC">
            <w:pPr>
              <w:spacing w:after="40"/>
              <w:rPr>
                <w:rFonts w:cs="Times New Roman"/>
                <w:szCs w:val="24"/>
                <w:lang w:val="ru-RU"/>
              </w:rPr>
            </w:pPr>
            <w:r w:rsidRPr="00301F7B">
              <w:rPr>
                <w:rFonts w:cs="Times New Roman"/>
                <w:szCs w:val="24"/>
                <w:lang w:val="ru-RU"/>
              </w:rPr>
              <w:t>протокол № 2 от «06» октября 2026г.</w:t>
            </w:r>
          </w:p>
          <w:p w:rsidR="00301F7B" w:rsidRPr="00301F7B" w:rsidRDefault="00301F7B" w:rsidP="00F42CDC">
            <w:pPr>
              <w:spacing w:after="40"/>
              <w:rPr>
                <w:rFonts w:cs="Times New Roman"/>
                <w:szCs w:val="24"/>
                <w:lang w:val="ru-RU"/>
              </w:rPr>
            </w:pPr>
          </w:p>
          <w:p w:rsidR="00301F7B" w:rsidRPr="00301F7B" w:rsidRDefault="00301F7B" w:rsidP="00F42CDC">
            <w:pPr>
              <w:spacing w:after="40"/>
              <w:rPr>
                <w:rFonts w:cs="Times New Roman"/>
                <w:szCs w:val="24"/>
                <w:lang w:val="ru-RU"/>
              </w:rPr>
            </w:pPr>
            <w:r w:rsidRPr="00301F7B">
              <w:rPr>
                <w:rFonts w:cs="Times New Roman"/>
                <w:b/>
                <w:szCs w:val="24"/>
                <w:lang w:val="ru-RU"/>
              </w:rPr>
              <w:t>СОГЛАСОВАНО</w:t>
            </w:r>
          </w:p>
          <w:p w:rsidR="00301F7B" w:rsidRPr="00301F7B" w:rsidRDefault="00301F7B" w:rsidP="00F42CDC">
            <w:pPr>
              <w:spacing w:after="40"/>
              <w:rPr>
                <w:rFonts w:cs="Times New Roman"/>
                <w:szCs w:val="24"/>
                <w:lang w:val="ru-RU"/>
              </w:rPr>
            </w:pPr>
            <w:r w:rsidRPr="00301F7B">
              <w:rPr>
                <w:rFonts w:cs="Times New Roman"/>
                <w:szCs w:val="24"/>
                <w:lang w:val="ru-RU"/>
              </w:rPr>
              <w:t>Советом родителей (законных представителей)</w:t>
            </w:r>
          </w:p>
          <w:p w:rsidR="00301F7B" w:rsidRPr="00301F7B" w:rsidRDefault="00301F7B" w:rsidP="00F42CDC">
            <w:pPr>
              <w:spacing w:after="40"/>
              <w:rPr>
                <w:rFonts w:cs="Times New Roman"/>
                <w:szCs w:val="24"/>
                <w:lang w:val="ru-RU"/>
              </w:rPr>
            </w:pPr>
            <w:r w:rsidRPr="00301F7B">
              <w:rPr>
                <w:rFonts w:cs="Times New Roman"/>
                <w:szCs w:val="24"/>
                <w:lang w:val="ru-RU"/>
              </w:rPr>
              <w:t>воспитанников</w:t>
            </w:r>
          </w:p>
          <w:p w:rsidR="00301F7B" w:rsidRPr="00301F7B" w:rsidRDefault="00301F7B" w:rsidP="00F42CDC">
            <w:pPr>
              <w:spacing w:after="40"/>
              <w:rPr>
                <w:rFonts w:cs="Times New Roman"/>
                <w:szCs w:val="24"/>
                <w:lang w:val="ru-RU"/>
              </w:rPr>
            </w:pPr>
            <w:r w:rsidRPr="00301F7B">
              <w:rPr>
                <w:rFonts w:cs="Times New Roman"/>
                <w:szCs w:val="24"/>
                <w:lang w:val="ru-RU"/>
              </w:rPr>
              <w:t>протокол № 1 от «06» октября 2026 г.</w:t>
            </w:r>
          </w:p>
        </w:tc>
        <w:tc>
          <w:tcPr>
            <w:tcW w:w="4844" w:type="dxa"/>
            <w:tcBorders>
              <w:top w:val="nil"/>
              <w:left w:val="nil"/>
              <w:bottom w:val="nil"/>
              <w:right w:val="nil"/>
            </w:tcBorders>
          </w:tcPr>
          <w:p w:rsidR="00301F7B" w:rsidRPr="00301F7B" w:rsidRDefault="00301F7B" w:rsidP="00F42CDC">
            <w:pPr>
              <w:spacing w:after="40"/>
              <w:rPr>
                <w:rFonts w:cs="Times New Roman"/>
                <w:szCs w:val="24"/>
                <w:lang w:val="ru-RU"/>
              </w:rPr>
            </w:pPr>
            <w:r w:rsidRPr="00301F7B">
              <w:rPr>
                <w:rFonts w:cs="Times New Roman"/>
                <w:b/>
                <w:szCs w:val="24"/>
                <w:lang w:val="ru-RU"/>
              </w:rPr>
              <w:t xml:space="preserve">   УТВЕРЖДЕНО</w:t>
            </w:r>
          </w:p>
          <w:p w:rsidR="00301F7B" w:rsidRPr="00301F7B" w:rsidRDefault="00301F7B" w:rsidP="00F42CDC">
            <w:pPr>
              <w:spacing w:after="40"/>
              <w:rPr>
                <w:rFonts w:cs="Times New Roman"/>
                <w:szCs w:val="24"/>
                <w:lang w:val="ru-RU"/>
              </w:rPr>
            </w:pPr>
            <w:r w:rsidRPr="00301F7B">
              <w:rPr>
                <w:rFonts w:cs="Times New Roman"/>
                <w:szCs w:val="24"/>
                <w:lang w:val="ru-RU"/>
              </w:rPr>
              <w:t xml:space="preserve">     Приказом МБДОУ «</w:t>
            </w:r>
            <w:proofErr w:type="spellStart"/>
            <w:r w:rsidRPr="00301F7B">
              <w:rPr>
                <w:rFonts w:cs="Times New Roman"/>
                <w:szCs w:val="24"/>
                <w:lang w:val="ru-RU"/>
              </w:rPr>
              <w:t>Заветненский</w:t>
            </w:r>
            <w:proofErr w:type="spellEnd"/>
          </w:p>
          <w:p w:rsidR="00301F7B" w:rsidRPr="00301F7B" w:rsidRDefault="00301F7B" w:rsidP="00F42CDC">
            <w:pPr>
              <w:spacing w:after="40"/>
              <w:rPr>
                <w:rFonts w:cs="Times New Roman"/>
                <w:szCs w:val="24"/>
                <w:lang w:val="ru-RU"/>
              </w:rPr>
            </w:pPr>
            <w:r w:rsidRPr="00301F7B">
              <w:rPr>
                <w:rFonts w:cs="Times New Roman"/>
                <w:szCs w:val="24"/>
                <w:lang w:val="ru-RU"/>
              </w:rPr>
              <w:t xml:space="preserve">     детский сад «Аленький цветочек</w:t>
            </w:r>
          </w:p>
          <w:p w:rsidR="00301F7B" w:rsidRPr="00301F7B" w:rsidRDefault="00301F7B" w:rsidP="00F42CDC">
            <w:pPr>
              <w:spacing w:after="40"/>
              <w:rPr>
                <w:rFonts w:cs="Times New Roman"/>
                <w:szCs w:val="24"/>
                <w:lang w:val="ru-RU"/>
              </w:rPr>
            </w:pPr>
            <w:r w:rsidRPr="00301F7B">
              <w:rPr>
                <w:rFonts w:cs="Times New Roman"/>
                <w:szCs w:val="24"/>
                <w:lang w:val="ru-RU"/>
              </w:rPr>
              <w:t xml:space="preserve">     приказ №79-ОД от «06» октября 2026 г.</w:t>
            </w:r>
          </w:p>
        </w:tc>
      </w:tr>
    </w:tbl>
    <w:p w:rsidR="00301F7B" w:rsidRPr="00301F7B" w:rsidRDefault="00301F7B">
      <w:pPr>
        <w:jc w:val="center"/>
        <w:rPr>
          <w:rFonts w:cs="Times New Roman"/>
          <w:b/>
          <w:szCs w:val="24"/>
          <w:lang w:val="ru-RU"/>
        </w:rPr>
      </w:pPr>
    </w:p>
    <w:p w:rsidR="00301F7B" w:rsidRPr="00301F7B" w:rsidRDefault="00301F7B">
      <w:pPr>
        <w:jc w:val="center"/>
        <w:rPr>
          <w:rFonts w:cs="Times New Roman"/>
          <w:b/>
          <w:szCs w:val="24"/>
          <w:lang w:val="ru-RU"/>
        </w:rPr>
      </w:pPr>
    </w:p>
    <w:p w:rsidR="00301F7B" w:rsidRPr="00301F7B" w:rsidRDefault="00301F7B">
      <w:pPr>
        <w:jc w:val="center"/>
        <w:rPr>
          <w:rFonts w:cs="Times New Roman"/>
          <w:b/>
          <w:szCs w:val="24"/>
          <w:lang w:val="ru-RU"/>
        </w:rPr>
      </w:pPr>
    </w:p>
    <w:p w:rsidR="0036406B" w:rsidRPr="00301F7B" w:rsidRDefault="00301F7B">
      <w:pPr>
        <w:jc w:val="center"/>
        <w:rPr>
          <w:rFonts w:cs="Times New Roman"/>
          <w:szCs w:val="24"/>
          <w:lang w:val="ru-RU"/>
        </w:rPr>
      </w:pPr>
      <w:r w:rsidRPr="00301F7B">
        <w:rPr>
          <w:rFonts w:cs="Times New Roman"/>
          <w:b/>
          <w:szCs w:val="24"/>
          <w:lang w:val="ru-RU"/>
        </w:rPr>
        <w:t>ПОРЯДОК И ОСНОВАНИЯ ПЕРЕВОДА,</w:t>
      </w:r>
    </w:p>
    <w:p w:rsidR="0036406B" w:rsidRPr="00301F7B" w:rsidRDefault="00301F7B">
      <w:pPr>
        <w:jc w:val="center"/>
        <w:rPr>
          <w:rFonts w:cs="Times New Roman"/>
          <w:szCs w:val="24"/>
          <w:lang w:val="ru-RU"/>
        </w:rPr>
      </w:pPr>
      <w:r w:rsidRPr="00301F7B">
        <w:rPr>
          <w:rFonts w:cs="Times New Roman"/>
          <w:b/>
          <w:szCs w:val="24"/>
          <w:lang w:val="ru-RU"/>
        </w:rPr>
        <w:t>ОТЧИСЛЕНИЯ И ВОССТАНОВЛЕНИЯ ВОСПИТАННИКОВ</w:t>
      </w:r>
    </w:p>
    <w:p w:rsidR="00301F7B" w:rsidRPr="00301F7B" w:rsidRDefault="00301F7B" w:rsidP="00301F7B">
      <w:pPr>
        <w:spacing w:before="120" w:after="120"/>
        <w:jc w:val="center"/>
        <w:rPr>
          <w:rFonts w:cs="Times New Roman"/>
          <w:szCs w:val="24"/>
          <w:lang w:val="ru-RU"/>
        </w:rPr>
      </w:pPr>
      <w:r w:rsidRPr="00301F7B">
        <w:rPr>
          <w:rFonts w:cs="Times New Roman"/>
          <w:b/>
          <w:szCs w:val="24"/>
          <w:lang w:val="ru-RU"/>
        </w:rPr>
        <w:t>МБДОУ «ЗАВЕТНЕНСКИЙ ДЕТСКИЙ САД «АЛЕНЬКИЙ ЦВЕТОЧЕК»</w:t>
      </w:r>
    </w:p>
    <w:p w:rsidR="0036406B" w:rsidRPr="00301F7B" w:rsidRDefault="0036406B">
      <w:pPr>
        <w:jc w:val="center"/>
        <w:rPr>
          <w:rFonts w:cs="Times New Roman"/>
          <w:szCs w:val="24"/>
          <w:lang w:val="ru-RU"/>
        </w:rPr>
      </w:pPr>
    </w:p>
    <w:p w:rsidR="0036406B" w:rsidRPr="00301F7B" w:rsidRDefault="0036406B">
      <w:pPr>
        <w:spacing w:after="240"/>
        <w:jc w:val="both"/>
        <w:rPr>
          <w:rFonts w:cs="Times New Roman"/>
          <w:szCs w:val="24"/>
          <w:lang w:val="ru-RU"/>
        </w:rPr>
      </w:pPr>
    </w:p>
    <w:p w:rsidR="0036406B" w:rsidRPr="00301F7B" w:rsidRDefault="00301F7B">
      <w:pPr>
        <w:spacing w:before="120"/>
        <w:jc w:val="both"/>
        <w:rPr>
          <w:rFonts w:cs="Times New Roman"/>
          <w:szCs w:val="24"/>
          <w:lang w:val="ru-RU"/>
        </w:rPr>
      </w:pPr>
      <w:r w:rsidRPr="00301F7B">
        <w:rPr>
          <w:rFonts w:cs="Times New Roman"/>
          <w:b/>
          <w:szCs w:val="24"/>
          <w:lang w:val="ru-RU"/>
        </w:rPr>
        <w:t>1. Общие положения</w:t>
      </w:r>
    </w:p>
    <w:p w:rsidR="0036406B" w:rsidRPr="00301F7B" w:rsidRDefault="00301F7B">
      <w:pPr>
        <w:ind w:firstLine="709"/>
        <w:jc w:val="both"/>
        <w:rPr>
          <w:rFonts w:cs="Times New Roman"/>
          <w:szCs w:val="24"/>
          <w:lang w:val="ru-RU"/>
        </w:rPr>
      </w:pPr>
      <w:r w:rsidRPr="00301F7B">
        <w:rPr>
          <w:rFonts w:cs="Times New Roman"/>
          <w:szCs w:val="24"/>
          <w:lang w:val="ru-RU"/>
        </w:rPr>
        <w:t>1.1. Настоящий Порядок и основания перевода, отчисления и восстановления воспитанников (далее — Порядок) разработан для муниципального бюджетного дошкольного образовательного учреждения «</w:t>
      </w:r>
      <w:proofErr w:type="spellStart"/>
      <w:r w:rsidRPr="00301F7B">
        <w:rPr>
          <w:rFonts w:cs="Times New Roman"/>
          <w:szCs w:val="24"/>
          <w:lang w:val="ru-RU"/>
        </w:rPr>
        <w:t>Заветненский</w:t>
      </w:r>
      <w:proofErr w:type="spellEnd"/>
      <w:r w:rsidRPr="00301F7B">
        <w:rPr>
          <w:rFonts w:cs="Times New Roman"/>
          <w:szCs w:val="24"/>
          <w:lang w:val="ru-RU"/>
        </w:rPr>
        <w:t xml:space="preserve"> детский сад «Аленький цветочек» Советского района Республики Крым (далее — МБДОУ) в соответствии с:</w:t>
      </w:r>
    </w:p>
    <w:p w:rsidR="0036406B" w:rsidRPr="00301F7B" w:rsidRDefault="00301F7B" w:rsidP="00301F7B">
      <w:pPr>
        <w:jc w:val="both"/>
        <w:rPr>
          <w:rFonts w:cs="Times New Roman"/>
          <w:szCs w:val="24"/>
          <w:lang w:val="ru-RU"/>
        </w:rPr>
      </w:pPr>
      <w:r w:rsidRPr="00301F7B">
        <w:rPr>
          <w:rFonts w:cs="Times New Roman"/>
          <w:szCs w:val="24"/>
          <w:lang w:val="ru-RU"/>
        </w:rPr>
        <w:t>— Федеральным законом от 29.12.2012 № 273-ФЗ «Об образовании в Российской Федерации» (с изменениями, вступившими в силу с 1 сентября 2026 года);</w:t>
      </w:r>
    </w:p>
    <w:p w:rsidR="0036406B" w:rsidRPr="00301F7B" w:rsidRDefault="00301F7B" w:rsidP="00301F7B">
      <w:pPr>
        <w:jc w:val="both"/>
        <w:rPr>
          <w:rFonts w:cs="Times New Roman"/>
          <w:szCs w:val="24"/>
          <w:lang w:val="ru-RU"/>
        </w:rPr>
      </w:pPr>
      <w:r w:rsidRPr="00301F7B">
        <w:rPr>
          <w:rFonts w:cs="Times New Roman"/>
          <w:szCs w:val="24"/>
          <w:lang w:val="ru-RU"/>
        </w:rPr>
        <w:t xml:space="preserve">— Приказом </w:t>
      </w:r>
      <w:proofErr w:type="spellStart"/>
      <w:r w:rsidRPr="00301F7B">
        <w:rPr>
          <w:rFonts w:cs="Times New Roman"/>
          <w:szCs w:val="24"/>
          <w:lang w:val="ru-RU"/>
        </w:rPr>
        <w:t>Минпросвещения</w:t>
      </w:r>
      <w:proofErr w:type="spellEnd"/>
      <w:r w:rsidRPr="00301F7B">
        <w:rPr>
          <w:rFonts w:cs="Times New Roman"/>
          <w:szCs w:val="24"/>
          <w:lang w:val="ru-RU"/>
        </w:rPr>
        <w:t xml:space="preserve"> России от 09.12.2024 № 862 «Об утверждении Порядка и условий осуществления перевода обучающихся из одной организации, осуществляющей образовательную деятельность по образовательным программам дошкольного образования, в другие организации, осуществляющие образовательную деятельность по образовательным программам соответствующих уровня и направленности» (зарегистрирован в Минюсте России 24.01.2025, регистрационный № 81023, действует до 1 сентября 2030 года);</w:t>
      </w:r>
    </w:p>
    <w:p w:rsidR="0036406B" w:rsidRPr="00301F7B" w:rsidRDefault="00301F7B" w:rsidP="00301F7B">
      <w:pPr>
        <w:jc w:val="both"/>
        <w:rPr>
          <w:rFonts w:cs="Times New Roman"/>
          <w:szCs w:val="24"/>
          <w:lang w:val="ru-RU"/>
        </w:rPr>
      </w:pPr>
      <w:r w:rsidRPr="00301F7B">
        <w:rPr>
          <w:rFonts w:cs="Times New Roman"/>
          <w:szCs w:val="24"/>
          <w:lang w:val="ru-RU"/>
        </w:rPr>
        <w:t xml:space="preserve">— Приказом </w:t>
      </w:r>
      <w:proofErr w:type="spellStart"/>
      <w:r w:rsidRPr="00301F7B">
        <w:rPr>
          <w:rFonts w:cs="Times New Roman"/>
          <w:szCs w:val="24"/>
          <w:lang w:val="ru-RU"/>
        </w:rPr>
        <w:t>Минпросвещения</w:t>
      </w:r>
      <w:proofErr w:type="spellEnd"/>
      <w:r w:rsidRPr="00301F7B">
        <w:rPr>
          <w:rFonts w:cs="Times New Roman"/>
          <w:szCs w:val="24"/>
          <w:lang w:val="ru-RU"/>
        </w:rPr>
        <w:t xml:space="preserve"> России от 31.07.2020 № 373 «Об утверждении Порядка организации и осуществления образовательной деятельности по образовательным программам дошкольного образования» (с последующими изменениями);</w:t>
      </w:r>
    </w:p>
    <w:p w:rsidR="0036406B" w:rsidRPr="00301F7B" w:rsidRDefault="00301F7B" w:rsidP="00301F7B">
      <w:pPr>
        <w:jc w:val="both"/>
        <w:rPr>
          <w:rFonts w:cs="Times New Roman"/>
          <w:szCs w:val="24"/>
          <w:lang w:val="ru-RU"/>
        </w:rPr>
      </w:pPr>
      <w:r w:rsidRPr="00301F7B">
        <w:rPr>
          <w:rFonts w:cs="Times New Roman"/>
          <w:szCs w:val="24"/>
          <w:lang w:val="ru-RU"/>
        </w:rPr>
        <w:t xml:space="preserve">— Приказом </w:t>
      </w:r>
      <w:proofErr w:type="spellStart"/>
      <w:r w:rsidRPr="00301F7B">
        <w:rPr>
          <w:rFonts w:cs="Times New Roman"/>
          <w:szCs w:val="24"/>
          <w:lang w:val="ru-RU"/>
        </w:rPr>
        <w:t>Минпросвещения</w:t>
      </w:r>
      <w:proofErr w:type="spellEnd"/>
      <w:r w:rsidRPr="00301F7B">
        <w:rPr>
          <w:rFonts w:cs="Times New Roman"/>
          <w:szCs w:val="24"/>
          <w:lang w:val="ru-RU"/>
        </w:rPr>
        <w:t xml:space="preserve"> России от 15.05.2020 № 236 «Об утверждении Порядка приема на обучение по образовательным программам дошкольного образования» (с изменениями от 18.08.2025);</w:t>
      </w:r>
    </w:p>
    <w:p w:rsidR="0036406B" w:rsidRPr="00301F7B" w:rsidRDefault="00301F7B" w:rsidP="00301F7B">
      <w:pPr>
        <w:jc w:val="both"/>
        <w:rPr>
          <w:rFonts w:cs="Times New Roman"/>
          <w:szCs w:val="24"/>
          <w:lang w:val="ru-RU"/>
        </w:rPr>
      </w:pPr>
      <w:r w:rsidRPr="00301F7B">
        <w:rPr>
          <w:rFonts w:cs="Times New Roman"/>
          <w:szCs w:val="24"/>
          <w:lang w:val="ru-RU"/>
        </w:rPr>
        <w:t>— Законом Республики Крым от 06.04.2015 № 158-ЗРК «Об образовании в Республике Крым» (с последующими изменениями);</w:t>
      </w:r>
    </w:p>
    <w:p w:rsidR="0036406B" w:rsidRPr="00301F7B" w:rsidRDefault="00301F7B" w:rsidP="00301F7B">
      <w:pPr>
        <w:jc w:val="both"/>
        <w:rPr>
          <w:rFonts w:cs="Times New Roman"/>
          <w:szCs w:val="24"/>
          <w:lang w:val="ru-RU"/>
        </w:rPr>
      </w:pPr>
      <w:r w:rsidRPr="00301F7B">
        <w:rPr>
          <w:rFonts w:cs="Times New Roman"/>
          <w:szCs w:val="24"/>
          <w:lang w:val="ru-RU"/>
        </w:rPr>
        <w:t>— Уставом МБДОУ.</w:t>
      </w:r>
    </w:p>
    <w:p w:rsidR="0036406B" w:rsidRPr="00301F7B" w:rsidRDefault="00301F7B">
      <w:pPr>
        <w:ind w:firstLine="709"/>
        <w:jc w:val="both"/>
        <w:rPr>
          <w:rFonts w:cs="Times New Roman"/>
          <w:szCs w:val="24"/>
          <w:lang w:val="ru-RU"/>
        </w:rPr>
      </w:pPr>
      <w:r w:rsidRPr="00301F7B">
        <w:rPr>
          <w:rFonts w:cs="Times New Roman"/>
          <w:szCs w:val="24"/>
          <w:lang w:val="ru-RU"/>
        </w:rPr>
        <w:lastRenderedPageBreak/>
        <w:t>1.2. Настоящий Порядок определяет и регулирует процедуру и основания перевода, отчисления и восстановления несовершеннолетних обучающихся (далее — воспитанников) МБДОУ.</w:t>
      </w:r>
    </w:p>
    <w:p w:rsidR="0036406B" w:rsidRPr="00301F7B" w:rsidRDefault="00301F7B">
      <w:pPr>
        <w:ind w:firstLine="709"/>
        <w:jc w:val="both"/>
        <w:rPr>
          <w:rFonts w:cs="Times New Roman"/>
          <w:szCs w:val="24"/>
          <w:lang w:val="ru-RU"/>
        </w:rPr>
      </w:pPr>
      <w:r w:rsidRPr="00301F7B">
        <w:rPr>
          <w:rFonts w:cs="Times New Roman"/>
          <w:szCs w:val="24"/>
          <w:lang w:val="ru-RU"/>
        </w:rPr>
        <w:t>1.3. Настоящий Порядок принимается Педагогическим советом, согласовывается Советом родителей и Первичной профсоюзной организацией, утверждается приказом заведующего МБДОУ.</w:t>
      </w:r>
    </w:p>
    <w:p w:rsidR="0036406B" w:rsidRPr="00301F7B" w:rsidRDefault="00301F7B">
      <w:pPr>
        <w:ind w:firstLine="709"/>
        <w:jc w:val="both"/>
        <w:rPr>
          <w:rFonts w:cs="Times New Roman"/>
          <w:szCs w:val="24"/>
          <w:lang w:val="ru-RU"/>
        </w:rPr>
      </w:pPr>
      <w:r w:rsidRPr="00301F7B">
        <w:rPr>
          <w:rFonts w:cs="Times New Roman"/>
          <w:szCs w:val="24"/>
          <w:lang w:val="ru-RU"/>
        </w:rPr>
        <w:t>1.4. Настоящий Порядок является обязательным для исполнения всеми участниками образовательных отношений — воспитанниками, их родителями (законными представителями), педагогическими работниками и администрацией МБДОУ.</w:t>
      </w:r>
    </w:p>
    <w:p w:rsidR="0036406B" w:rsidRPr="00301F7B" w:rsidRDefault="00301F7B">
      <w:pPr>
        <w:ind w:firstLine="709"/>
        <w:jc w:val="both"/>
        <w:rPr>
          <w:rFonts w:cs="Times New Roman"/>
          <w:szCs w:val="24"/>
          <w:lang w:val="ru-RU"/>
        </w:rPr>
      </w:pPr>
      <w:r w:rsidRPr="00301F7B">
        <w:rPr>
          <w:rFonts w:cs="Times New Roman"/>
          <w:szCs w:val="24"/>
          <w:lang w:val="ru-RU"/>
        </w:rPr>
        <w:t>1.5. Копия настоящего Порядка размещается на официальном сайте МБДОУ в сети Интернет и на информационном стенде МБДОУ.</w:t>
      </w:r>
    </w:p>
    <w:p w:rsidR="0036406B" w:rsidRPr="00301F7B" w:rsidRDefault="00301F7B">
      <w:pPr>
        <w:ind w:firstLine="709"/>
        <w:jc w:val="both"/>
        <w:rPr>
          <w:rFonts w:cs="Times New Roman"/>
          <w:szCs w:val="24"/>
          <w:lang w:val="ru-RU"/>
        </w:rPr>
      </w:pPr>
      <w:r w:rsidRPr="00301F7B">
        <w:rPr>
          <w:rFonts w:cs="Times New Roman"/>
          <w:szCs w:val="24"/>
          <w:lang w:val="ru-RU"/>
        </w:rPr>
        <w:t>1.6. Срок действия настоящего Порядка не ограничен. Порядок действует до принятия новой редакции.</w:t>
      </w:r>
    </w:p>
    <w:p w:rsidR="0036406B" w:rsidRPr="00301F7B" w:rsidRDefault="00301F7B">
      <w:pPr>
        <w:spacing w:before="120"/>
        <w:jc w:val="both"/>
        <w:rPr>
          <w:rFonts w:cs="Times New Roman"/>
          <w:szCs w:val="24"/>
          <w:lang w:val="ru-RU"/>
        </w:rPr>
      </w:pPr>
      <w:r w:rsidRPr="00301F7B">
        <w:rPr>
          <w:rFonts w:cs="Times New Roman"/>
          <w:b/>
          <w:szCs w:val="24"/>
          <w:lang w:val="ru-RU"/>
        </w:rPr>
        <w:t>2. Порядок и основания перевода воспитанников</w:t>
      </w:r>
    </w:p>
    <w:p w:rsidR="0036406B" w:rsidRPr="00301F7B" w:rsidRDefault="00301F7B">
      <w:pPr>
        <w:ind w:firstLine="709"/>
        <w:jc w:val="both"/>
        <w:rPr>
          <w:rFonts w:cs="Times New Roman"/>
          <w:szCs w:val="24"/>
          <w:lang w:val="ru-RU"/>
        </w:rPr>
      </w:pPr>
      <w:r w:rsidRPr="00301F7B">
        <w:rPr>
          <w:rFonts w:cs="Times New Roman"/>
          <w:szCs w:val="24"/>
          <w:lang w:val="ru-RU"/>
        </w:rPr>
        <w:t>2.1. Перевод воспитанников из одной возрастной группы в другую внутри МБДОУ</w:t>
      </w:r>
    </w:p>
    <w:p w:rsidR="0036406B" w:rsidRPr="00301F7B" w:rsidRDefault="00301F7B">
      <w:pPr>
        <w:ind w:firstLine="709"/>
        <w:jc w:val="both"/>
        <w:rPr>
          <w:rFonts w:cs="Times New Roman"/>
          <w:szCs w:val="24"/>
          <w:lang w:val="ru-RU"/>
        </w:rPr>
      </w:pPr>
      <w:r w:rsidRPr="00301F7B">
        <w:rPr>
          <w:rFonts w:cs="Times New Roman"/>
          <w:szCs w:val="24"/>
          <w:lang w:val="ru-RU"/>
        </w:rPr>
        <w:t>2.1.1. Перевод воспитанников из одной возрастной группы в другую внутри МБДОУ осуществляется ежегодно на начало нового учебного года (1 сентября) в соответствии с возрастом воспитанников.</w:t>
      </w:r>
    </w:p>
    <w:p w:rsidR="0036406B" w:rsidRPr="00301F7B" w:rsidRDefault="00301F7B">
      <w:pPr>
        <w:ind w:firstLine="709"/>
        <w:jc w:val="both"/>
        <w:rPr>
          <w:rFonts w:cs="Times New Roman"/>
          <w:szCs w:val="24"/>
          <w:lang w:val="ru-RU"/>
        </w:rPr>
      </w:pPr>
      <w:r w:rsidRPr="00301F7B">
        <w:rPr>
          <w:rFonts w:cs="Times New Roman"/>
          <w:szCs w:val="24"/>
          <w:lang w:val="ru-RU"/>
        </w:rPr>
        <w:t>2.1.2. Перевод воспитанников из одной возрастной группы в другую внутри МБДОУ оформляется приказом заведующего МБДОУ не позднее 31 августа текущего учебного года.</w:t>
      </w:r>
    </w:p>
    <w:p w:rsidR="0036406B" w:rsidRPr="00301F7B" w:rsidRDefault="00301F7B">
      <w:pPr>
        <w:ind w:firstLine="709"/>
        <w:jc w:val="both"/>
        <w:rPr>
          <w:rFonts w:cs="Times New Roman"/>
          <w:szCs w:val="24"/>
          <w:lang w:val="ru-RU"/>
        </w:rPr>
      </w:pPr>
      <w:r w:rsidRPr="00301F7B">
        <w:rPr>
          <w:rFonts w:cs="Times New Roman"/>
          <w:szCs w:val="24"/>
          <w:lang w:val="ru-RU"/>
        </w:rPr>
        <w:t>2.1.3. Тестирование воспитанников при переводе в следующую возрастную группу не проводится.</w:t>
      </w:r>
    </w:p>
    <w:p w:rsidR="0036406B" w:rsidRPr="00301F7B" w:rsidRDefault="00301F7B">
      <w:pPr>
        <w:ind w:firstLine="709"/>
        <w:jc w:val="both"/>
        <w:rPr>
          <w:rFonts w:cs="Times New Roman"/>
          <w:szCs w:val="24"/>
          <w:lang w:val="ru-RU"/>
        </w:rPr>
      </w:pPr>
      <w:r w:rsidRPr="00301F7B">
        <w:rPr>
          <w:rFonts w:cs="Times New Roman"/>
          <w:szCs w:val="24"/>
          <w:lang w:val="ru-RU"/>
        </w:rPr>
        <w:t>2.1.4. Перевод воспитанника в группу компенсирующей (оздоровительной) направленности или из неё осуществляется с согласия родителей (законных представителей) на основании заключения психолого-медико-педагогической комиссии (далее — ПМПК) и (или) медицинского заключения.</w:t>
      </w:r>
    </w:p>
    <w:p w:rsidR="0036406B" w:rsidRPr="00301F7B" w:rsidRDefault="00301F7B">
      <w:pPr>
        <w:ind w:firstLine="709"/>
        <w:jc w:val="both"/>
        <w:rPr>
          <w:rFonts w:cs="Times New Roman"/>
          <w:szCs w:val="24"/>
          <w:lang w:val="ru-RU"/>
        </w:rPr>
      </w:pPr>
      <w:r w:rsidRPr="00301F7B">
        <w:rPr>
          <w:rFonts w:cs="Times New Roman"/>
          <w:szCs w:val="24"/>
          <w:lang w:val="ru-RU"/>
        </w:rPr>
        <w:t>2.1.5. По инициативе родителей (законных представителей) перевод воспитанника из одной группы в другую внутри МБДОУ возможен при наличии свободных мест в группе, в которую планируется перевод. Перевод осуществляется на основании заявления родителей (законных представителей) и оформляется приказом заведующего МБДОУ.</w:t>
      </w:r>
    </w:p>
    <w:p w:rsidR="0036406B" w:rsidRPr="00301F7B" w:rsidRDefault="00301F7B">
      <w:pPr>
        <w:ind w:firstLine="709"/>
        <w:jc w:val="both"/>
        <w:rPr>
          <w:rFonts w:cs="Times New Roman"/>
          <w:szCs w:val="24"/>
          <w:lang w:val="ru-RU"/>
        </w:rPr>
      </w:pPr>
      <w:r w:rsidRPr="00301F7B">
        <w:rPr>
          <w:rFonts w:cs="Times New Roman"/>
          <w:szCs w:val="24"/>
          <w:lang w:val="ru-RU"/>
        </w:rPr>
        <w:t>2.1.6. В случае карантина, аварийной ситуации, проведения ремонтных работ или в летний период воспитанники могут быть временно переведены в другую группу внутри МБДОУ по инициативе администрации с согласия родителей (законных представителей).</w:t>
      </w:r>
    </w:p>
    <w:p w:rsidR="0036406B" w:rsidRPr="00301F7B" w:rsidRDefault="00301F7B">
      <w:pPr>
        <w:ind w:firstLine="709"/>
        <w:jc w:val="both"/>
        <w:rPr>
          <w:rFonts w:cs="Times New Roman"/>
          <w:szCs w:val="24"/>
          <w:lang w:val="ru-RU"/>
        </w:rPr>
      </w:pPr>
      <w:r w:rsidRPr="00301F7B">
        <w:rPr>
          <w:rFonts w:cs="Times New Roman"/>
          <w:szCs w:val="24"/>
          <w:lang w:val="ru-RU"/>
        </w:rPr>
        <w:t>2.2. Перевод воспитанников в другие организации, осуществляющие образовательную деятельность</w:t>
      </w:r>
    </w:p>
    <w:p w:rsidR="0036406B" w:rsidRPr="00301F7B" w:rsidRDefault="00301F7B">
      <w:pPr>
        <w:ind w:firstLine="709"/>
        <w:jc w:val="both"/>
        <w:rPr>
          <w:rFonts w:cs="Times New Roman"/>
          <w:szCs w:val="24"/>
          <w:lang w:val="ru-RU"/>
        </w:rPr>
      </w:pPr>
      <w:r w:rsidRPr="00301F7B">
        <w:rPr>
          <w:rFonts w:cs="Times New Roman"/>
          <w:szCs w:val="24"/>
          <w:lang w:val="ru-RU"/>
        </w:rPr>
        <w:t>2.2.1. Перевод несовершеннолетнего воспитанника из МБДОУ (далее — исходная организация) в другие организации, осуществляющие образовательную деятельность по образовательным программам дошкольного образования (далее — принимающие организации), осуществляется в следующих случаях:</w:t>
      </w:r>
    </w:p>
    <w:p w:rsidR="0036406B" w:rsidRPr="00301F7B" w:rsidRDefault="00301F7B">
      <w:pPr>
        <w:ind w:left="1417" w:hanging="142"/>
        <w:jc w:val="both"/>
        <w:rPr>
          <w:rFonts w:cs="Times New Roman"/>
          <w:szCs w:val="24"/>
          <w:lang w:val="ru-RU"/>
        </w:rPr>
      </w:pPr>
      <w:r w:rsidRPr="00301F7B">
        <w:rPr>
          <w:rFonts w:cs="Times New Roman"/>
          <w:szCs w:val="24"/>
          <w:lang w:val="ru-RU"/>
        </w:rPr>
        <w:t>— по инициативе родителей (законных представителей) воспитанника;</w:t>
      </w:r>
    </w:p>
    <w:p w:rsidR="0036406B" w:rsidRPr="00301F7B" w:rsidRDefault="00301F7B">
      <w:pPr>
        <w:ind w:left="1417" w:hanging="142"/>
        <w:jc w:val="both"/>
        <w:rPr>
          <w:rFonts w:cs="Times New Roman"/>
          <w:szCs w:val="24"/>
          <w:lang w:val="ru-RU"/>
        </w:rPr>
      </w:pPr>
      <w:r w:rsidRPr="00301F7B">
        <w:rPr>
          <w:rFonts w:cs="Times New Roman"/>
          <w:szCs w:val="24"/>
          <w:lang w:val="ru-RU"/>
        </w:rPr>
        <w:t>— в случае прекращения деятельности исходной организации, аннулирования лицензии на осуществление образовательной деятельности (далее — лицензия);</w:t>
      </w:r>
    </w:p>
    <w:p w:rsidR="0036406B" w:rsidRPr="00301F7B" w:rsidRDefault="00301F7B">
      <w:pPr>
        <w:ind w:left="1417" w:hanging="142"/>
        <w:jc w:val="both"/>
        <w:rPr>
          <w:rFonts w:cs="Times New Roman"/>
          <w:szCs w:val="24"/>
          <w:lang w:val="ru-RU"/>
        </w:rPr>
      </w:pPr>
      <w:r w:rsidRPr="00301F7B">
        <w:rPr>
          <w:rFonts w:cs="Times New Roman"/>
          <w:szCs w:val="24"/>
          <w:lang w:val="ru-RU"/>
        </w:rPr>
        <w:t>— в случае приостановления действия лицензии.</w:t>
      </w:r>
    </w:p>
    <w:p w:rsidR="0036406B" w:rsidRPr="00301F7B" w:rsidRDefault="00301F7B">
      <w:pPr>
        <w:ind w:firstLine="709"/>
        <w:jc w:val="both"/>
        <w:rPr>
          <w:rFonts w:cs="Times New Roman"/>
          <w:szCs w:val="24"/>
          <w:lang w:val="ru-RU"/>
        </w:rPr>
      </w:pPr>
      <w:r w:rsidRPr="00301F7B">
        <w:rPr>
          <w:rFonts w:cs="Times New Roman"/>
          <w:szCs w:val="24"/>
          <w:lang w:val="ru-RU"/>
        </w:rPr>
        <w:t>2.2.2. Учредитель исходной организации обеспечивает перевод воспитанников с письменного согласия их родителей (законных представителей), за исключением случая перевода по инициативе родителей (законных представителей).</w:t>
      </w:r>
    </w:p>
    <w:p w:rsidR="0036406B" w:rsidRPr="00301F7B" w:rsidRDefault="00301F7B">
      <w:pPr>
        <w:ind w:firstLine="709"/>
        <w:jc w:val="both"/>
        <w:rPr>
          <w:rFonts w:cs="Times New Roman"/>
          <w:szCs w:val="24"/>
          <w:lang w:val="ru-RU"/>
        </w:rPr>
      </w:pPr>
      <w:r w:rsidRPr="00301F7B">
        <w:rPr>
          <w:rFonts w:cs="Times New Roman"/>
          <w:szCs w:val="24"/>
          <w:lang w:val="ru-RU"/>
        </w:rPr>
        <w:t>2.2.3. Перевод воспитанников не зависит от периода (времени) учебного года.</w:t>
      </w:r>
    </w:p>
    <w:p w:rsidR="0036406B" w:rsidRPr="00301F7B" w:rsidRDefault="00301F7B">
      <w:pPr>
        <w:ind w:firstLine="709"/>
        <w:jc w:val="both"/>
        <w:rPr>
          <w:rFonts w:cs="Times New Roman"/>
          <w:szCs w:val="24"/>
          <w:lang w:val="ru-RU"/>
        </w:rPr>
      </w:pPr>
      <w:r w:rsidRPr="00301F7B">
        <w:rPr>
          <w:rFonts w:cs="Times New Roman"/>
          <w:szCs w:val="24"/>
          <w:lang w:val="ru-RU"/>
        </w:rPr>
        <w:t>2.3. Перевод воспитанника по инициативе родителей (законных представителей)</w:t>
      </w:r>
    </w:p>
    <w:p w:rsidR="0036406B" w:rsidRPr="00301F7B" w:rsidRDefault="00301F7B">
      <w:pPr>
        <w:ind w:firstLine="709"/>
        <w:jc w:val="both"/>
        <w:rPr>
          <w:rFonts w:cs="Times New Roman"/>
          <w:szCs w:val="24"/>
          <w:lang w:val="ru-RU"/>
        </w:rPr>
      </w:pPr>
      <w:r w:rsidRPr="00301F7B">
        <w:rPr>
          <w:rFonts w:cs="Times New Roman"/>
          <w:szCs w:val="24"/>
          <w:lang w:val="ru-RU"/>
        </w:rPr>
        <w:lastRenderedPageBreak/>
        <w:t>2.3.1. В случае перевода воспитанника по инициативе его родителей (законных представителей) родители (законные представители) осуществляют выбор принимающей организации.</w:t>
      </w:r>
    </w:p>
    <w:p w:rsidR="0036406B" w:rsidRPr="00301F7B" w:rsidRDefault="00301F7B">
      <w:pPr>
        <w:ind w:firstLine="709"/>
        <w:jc w:val="both"/>
        <w:rPr>
          <w:rFonts w:cs="Times New Roman"/>
          <w:szCs w:val="24"/>
          <w:lang w:val="ru-RU"/>
        </w:rPr>
      </w:pPr>
      <w:r w:rsidRPr="00301F7B">
        <w:rPr>
          <w:rFonts w:cs="Times New Roman"/>
          <w:szCs w:val="24"/>
          <w:lang w:val="ru-RU"/>
        </w:rPr>
        <w:t>2.3.2. При переводе в государственные или муниципальные принимающие организации родители (законные представители) воспитанника:</w:t>
      </w:r>
    </w:p>
    <w:p w:rsidR="0036406B" w:rsidRPr="00301F7B" w:rsidRDefault="00301F7B">
      <w:pPr>
        <w:ind w:left="1417" w:hanging="142"/>
        <w:jc w:val="both"/>
        <w:rPr>
          <w:rFonts w:cs="Times New Roman"/>
          <w:szCs w:val="24"/>
          <w:lang w:val="ru-RU"/>
        </w:rPr>
      </w:pPr>
      <w:r w:rsidRPr="00301F7B">
        <w:rPr>
          <w:rFonts w:cs="Times New Roman"/>
          <w:szCs w:val="24"/>
          <w:lang w:val="ru-RU"/>
        </w:rPr>
        <w:t>— обращаются в орган исполнительной власти субъекта Российской Федерации, осуществляющий государственное управление в сфере образования, или орган местного самоуправления, осуществляющий управление в сфере образования, в порядке, установленном для приёма на обучение по образовательным программам дошкольного образования;</w:t>
      </w:r>
    </w:p>
    <w:p w:rsidR="0036406B" w:rsidRPr="00301F7B" w:rsidRDefault="00301F7B">
      <w:pPr>
        <w:ind w:left="1417" w:hanging="142"/>
        <w:jc w:val="both"/>
        <w:rPr>
          <w:rFonts w:cs="Times New Roman"/>
          <w:szCs w:val="24"/>
          <w:lang w:val="ru-RU"/>
        </w:rPr>
      </w:pPr>
      <w:r w:rsidRPr="00301F7B">
        <w:rPr>
          <w:rFonts w:cs="Times New Roman"/>
          <w:szCs w:val="24"/>
          <w:lang w:val="ru-RU"/>
        </w:rPr>
        <w:t>— после получения информации о предоставлении места в принимающей организации обращаются в исходную организацию с заявлением об отчислении воспитанника в связи с переводом в принимающую организацию.</w:t>
      </w:r>
    </w:p>
    <w:p w:rsidR="0036406B" w:rsidRPr="00301F7B" w:rsidRDefault="00301F7B">
      <w:pPr>
        <w:ind w:firstLine="709"/>
        <w:jc w:val="both"/>
        <w:rPr>
          <w:rFonts w:cs="Times New Roman"/>
          <w:szCs w:val="24"/>
          <w:lang w:val="ru-RU"/>
        </w:rPr>
      </w:pPr>
      <w:r w:rsidRPr="00301F7B">
        <w:rPr>
          <w:rFonts w:cs="Times New Roman"/>
          <w:szCs w:val="24"/>
          <w:lang w:val="ru-RU"/>
        </w:rPr>
        <w:t>2.3.3. При переводе в частные принимающие организации родители (законные представители) воспитанника:</w:t>
      </w:r>
    </w:p>
    <w:p w:rsidR="0036406B" w:rsidRPr="00301F7B" w:rsidRDefault="00301F7B">
      <w:pPr>
        <w:ind w:left="1417" w:hanging="142"/>
        <w:jc w:val="both"/>
        <w:rPr>
          <w:rFonts w:cs="Times New Roman"/>
          <w:szCs w:val="24"/>
          <w:lang w:val="ru-RU"/>
        </w:rPr>
      </w:pPr>
      <w:r w:rsidRPr="00301F7B">
        <w:rPr>
          <w:rFonts w:cs="Times New Roman"/>
          <w:szCs w:val="24"/>
          <w:lang w:val="ru-RU"/>
        </w:rPr>
        <w:t>— обращаются, в том числе с использованием информационно-телекоммуникационной сети «Интернет», в выбранную частную принимающую организацию с запросом о наличии свободных мест, соответствующих потребностям в языке образования, родном языке из числа языков народов Российской Федерации, в том числе русском языке как родном языке, в обучении ребёнка по адаптированной образовательной программе дошкольного образования и (или) в создании специальных условий для организации обучения и воспитания ребёнка-инвалида в соответствии с индивидуальной программой реабилитации инвалида (при необходимости), в направленности дошкольной группы и режиме пребывания ребёнка, желаемой дате приёма;</w:t>
      </w:r>
    </w:p>
    <w:p w:rsidR="0036406B" w:rsidRPr="00301F7B" w:rsidRDefault="00301F7B">
      <w:pPr>
        <w:ind w:left="1417" w:hanging="142"/>
        <w:jc w:val="both"/>
        <w:rPr>
          <w:rFonts w:cs="Times New Roman"/>
          <w:szCs w:val="24"/>
          <w:lang w:val="ru-RU"/>
        </w:rPr>
      </w:pPr>
      <w:r w:rsidRPr="00301F7B">
        <w:rPr>
          <w:rFonts w:cs="Times New Roman"/>
          <w:szCs w:val="24"/>
          <w:lang w:val="ru-RU"/>
        </w:rPr>
        <w:t>— после получения информации о наличии свободного места обращаются в исходную организацию с заявлением об отчислении воспитанника в связи с переводом в частную принимающую организацию.</w:t>
      </w:r>
    </w:p>
    <w:p w:rsidR="0036406B" w:rsidRPr="00301F7B" w:rsidRDefault="00301F7B">
      <w:pPr>
        <w:ind w:firstLine="709"/>
        <w:jc w:val="both"/>
        <w:rPr>
          <w:rFonts w:cs="Times New Roman"/>
          <w:szCs w:val="24"/>
          <w:lang w:val="ru-RU"/>
        </w:rPr>
      </w:pPr>
      <w:r w:rsidRPr="00301F7B">
        <w:rPr>
          <w:rFonts w:cs="Times New Roman"/>
          <w:szCs w:val="24"/>
          <w:lang w:val="ru-RU"/>
        </w:rPr>
        <w:t>2.3.4. В заявлении родителей (законных представителей) воспитанника об отчислении в порядке перевода в принимающую организацию указываются:</w:t>
      </w:r>
    </w:p>
    <w:p w:rsidR="0036406B" w:rsidRPr="00301F7B" w:rsidRDefault="00301F7B">
      <w:pPr>
        <w:ind w:left="1417"/>
        <w:jc w:val="both"/>
        <w:rPr>
          <w:rFonts w:cs="Times New Roman"/>
          <w:szCs w:val="24"/>
          <w:lang w:val="ru-RU"/>
        </w:rPr>
      </w:pPr>
      <w:r w:rsidRPr="00301F7B">
        <w:rPr>
          <w:rFonts w:cs="Times New Roman"/>
          <w:szCs w:val="24"/>
          <w:lang w:val="ru-RU"/>
        </w:rPr>
        <w:t>а) фамилия, имя, отчество (при наличии) воспитанника;</w:t>
      </w:r>
    </w:p>
    <w:p w:rsidR="0036406B" w:rsidRPr="00301F7B" w:rsidRDefault="00301F7B">
      <w:pPr>
        <w:ind w:left="1417"/>
        <w:jc w:val="both"/>
        <w:rPr>
          <w:rFonts w:cs="Times New Roman"/>
          <w:szCs w:val="24"/>
          <w:lang w:val="ru-RU"/>
        </w:rPr>
      </w:pPr>
      <w:r w:rsidRPr="00301F7B">
        <w:rPr>
          <w:rFonts w:cs="Times New Roman"/>
          <w:szCs w:val="24"/>
          <w:lang w:val="ru-RU"/>
        </w:rPr>
        <w:t>б) дата рождения;</w:t>
      </w:r>
    </w:p>
    <w:p w:rsidR="0036406B" w:rsidRPr="00301F7B" w:rsidRDefault="00301F7B">
      <w:pPr>
        <w:ind w:left="1417"/>
        <w:jc w:val="both"/>
        <w:rPr>
          <w:rFonts w:cs="Times New Roman"/>
          <w:szCs w:val="24"/>
          <w:lang w:val="ru-RU"/>
        </w:rPr>
      </w:pPr>
      <w:r w:rsidRPr="00301F7B">
        <w:rPr>
          <w:rFonts w:cs="Times New Roman"/>
          <w:szCs w:val="24"/>
          <w:lang w:val="ru-RU"/>
        </w:rPr>
        <w:t>в) направленность группы;</w:t>
      </w:r>
    </w:p>
    <w:p w:rsidR="0036406B" w:rsidRPr="00301F7B" w:rsidRDefault="00301F7B">
      <w:pPr>
        <w:ind w:left="1417"/>
        <w:jc w:val="both"/>
        <w:rPr>
          <w:rFonts w:cs="Times New Roman"/>
          <w:szCs w:val="24"/>
          <w:lang w:val="ru-RU"/>
        </w:rPr>
      </w:pPr>
      <w:r w:rsidRPr="00301F7B">
        <w:rPr>
          <w:rFonts w:cs="Times New Roman"/>
          <w:szCs w:val="24"/>
          <w:lang w:val="ru-RU"/>
        </w:rPr>
        <w:t>г) наименование принимающей организации (в случае переезда в другую местность указывается только населённый пункт, субъект Российской Федерации).</w:t>
      </w:r>
    </w:p>
    <w:p w:rsidR="0036406B" w:rsidRPr="00301F7B" w:rsidRDefault="00301F7B">
      <w:pPr>
        <w:ind w:firstLine="709"/>
        <w:jc w:val="both"/>
        <w:rPr>
          <w:rFonts w:cs="Times New Roman"/>
          <w:szCs w:val="24"/>
          <w:lang w:val="ru-RU"/>
        </w:rPr>
      </w:pPr>
      <w:r w:rsidRPr="00301F7B">
        <w:rPr>
          <w:rFonts w:cs="Times New Roman"/>
          <w:szCs w:val="24"/>
          <w:lang w:val="ru-RU"/>
        </w:rPr>
        <w:t>2.3.5. На основании заявления родителей (законных представителей) воспитанника об отчислении в порядке перевода исходная организация в течение трёх рабочих дней со дня подачи заявления издаёт распорядительный акт (приказ) об отчислении воспитанника в порядке перевода с указанием принимающей организации (в случае переезда в другую местность указывается только населённый пункт, субъект Российской Федерации).</w:t>
      </w:r>
    </w:p>
    <w:p w:rsidR="0036406B" w:rsidRPr="00301F7B" w:rsidRDefault="00301F7B">
      <w:pPr>
        <w:ind w:firstLine="709"/>
        <w:jc w:val="both"/>
        <w:rPr>
          <w:rFonts w:cs="Times New Roman"/>
          <w:szCs w:val="24"/>
          <w:lang w:val="ru-RU"/>
        </w:rPr>
      </w:pPr>
      <w:r w:rsidRPr="00301F7B">
        <w:rPr>
          <w:rFonts w:cs="Times New Roman"/>
          <w:szCs w:val="24"/>
          <w:lang w:val="ru-RU"/>
        </w:rPr>
        <w:t>2.3.6. Исходная организация в течение трёх рабочих дней со дня подачи заявления выдаёт родителям (законным представителям) личное дело воспитанника с описью содержащихся в нём документов.</w:t>
      </w:r>
    </w:p>
    <w:p w:rsidR="0036406B" w:rsidRPr="00301F7B" w:rsidRDefault="00301F7B">
      <w:pPr>
        <w:ind w:firstLine="709"/>
        <w:jc w:val="both"/>
        <w:rPr>
          <w:rFonts w:cs="Times New Roman"/>
          <w:szCs w:val="24"/>
          <w:lang w:val="ru-RU"/>
        </w:rPr>
      </w:pPr>
      <w:r w:rsidRPr="00301F7B">
        <w:rPr>
          <w:rFonts w:cs="Times New Roman"/>
          <w:szCs w:val="24"/>
          <w:lang w:val="ru-RU"/>
        </w:rPr>
        <w:t>2.3.7. Требование представления других документов в качестве основания для зачисления воспитанника в принимающую организацию в связи с его переводом из исходной организации не допускается.</w:t>
      </w:r>
    </w:p>
    <w:p w:rsidR="0036406B" w:rsidRPr="00301F7B" w:rsidRDefault="00301F7B">
      <w:pPr>
        <w:ind w:firstLine="709"/>
        <w:jc w:val="both"/>
        <w:rPr>
          <w:rFonts w:cs="Times New Roman"/>
          <w:szCs w:val="24"/>
          <w:lang w:val="ru-RU"/>
        </w:rPr>
      </w:pPr>
      <w:r w:rsidRPr="00301F7B">
        <w:rPr>
          <w:rFonts w:cs="Times New Roman"/>
          <w:szCs w:val="24"/>
          <w:lang w:val="ru-RU"/>
        </w:rPr>
        <w:t xml:space="preserve">2.3.8. Личное дело представляется родителями (законными представителями) воспитанника в принимающую организацию вместе с заявлением о зачислении воспитанника </w:t>
      </w:r>
      <w:r w:rsidRPr="00301F7B">
        <w:rPr>
          <w:rFonts w:cs="Times New Roman"/>
          <w:szCs w:val="24"/>
          <w:lang w:val="ru-RU"/>
        </w:rPr>
        <w:lastRenderedPageBreak/>
        <w:t>в указанную организацию в порядке перевода из исходной организации и предъявлением оригинала документа, удостоверяющего личность родителя (законного представителя) воспитанника.</w:t>
      </w:r>
    </w:p>
    <w:p w:rsidR="0036406B" w:rsidRPr="00301F7B" w:rsidRDefault="00301F7B">
      <w:pPr>
        <w:ind w:firstLine="709"/>
        <w:jc w:val="both"/>
        <w:rPr>
          <w:rFonts w:cs="Times New Roman"/>
          <w:szCs w:val="24"/>
          <w:lang w:val="ru-RU"/>
        </w:rPr>
      </w:pPr>
      <w:r w:rsidRPr="00301F7B">
        <w:rPr>
          <w:rFonts w:cs="Times New Roman"/>
          <w:szCs w:val="24"/>
          <w:lang w:val="ru-RU"/>
        </w:rPr>
        <w:t>2.3.9. Факт ознакомления родителей (законных представителей) с Уставом принимающей организации, лицензией на осуществление образовательной деятельности, учебно-программной документацией и другими документами, регламентирующими организацию и осуществление образовательной деятельности, фиксируется в заявлении о зачислении и заверяется личной подписью родителей (законных представителей) воспитанника.</w:t>
      </w:r>
    </w:p>
    <w:p w:rsidR="0036406B" w:rsidRPr="00301F7B" w:rsidRDefault="00301F7B">
      <w:pPr>
        <w:ind w:firstLine="709"/>
        <w:jc w:val="both"/>
        <w:rPr>
          <w:rFonts w:cs="Times New Roman"/>
          <w:szCs w:val="24"/>
          <w:lang w:val="ru-RU"/>
        </w:rPr>
      </w:pPr>
      <w:r w:rsidRPr="00301F7B">
        <w:rPr>
          <w:rFonts w:cs="Times New Roman"/>
          <w:szCs w:val="24"/>
          <w:lang w:val="ru-RU"/>
        </w:rPr>
        <w:t>2.3.10. При приёме (переводе) на обучение по образовательным программам дошкольного образования выбор языка образования, родного языка из числа языков народов Российской Федерации, в том числе русского языка как родного языка, осуществляется по заявлениям родителей (законных представителей) воспитанников.</w:t>
      </w:r>
    </w:p>
    <w:p w:rsidR="0036406B" w:rsidRPr="00301F7B" w:rsidRDefault="00301F7B">
      <w:pPr>
        <w:ind w:firstLine="709"/>
        <w:jc w:val="both"/>
        <w:rPr>
          <w:rFonts w:cs="Times New Roman"/>
          <w:szCs w:val="24"/>
          <w:lang w:val="ru-RU"/>
        </w:rPr>
      </w:pPr>
      <w:r w:rsidRPr="00301F7B">
        <w:rPr>
          <w:rFonts w:cs="Times New Roman"/>
          <w:szCs w:val="24"/>
          <w:lang w:val="ru-RU"/>
        </w:rPr>
        <w:t>2.3.11. Принимающая организация при зачислении воспитанника, отчисленного из исходной организации, в течение двух рабочих дней со дня издания распорядительного акта о зачислении воспитанника в порядке перевода письменно уведомляет исходную организацию о номере и дате распорядительного акта о зачислении воспитанника в принимающую организацию.</w:t>
      </w:r>
    </w:p>
    <w:p w:rsidR="0036406B" w:rsidRPr="00301F7B" w:rsidRDefault="00301F7B">
      <w:pPr>
        <w:ind w:firstLine="709"/>
        <w:jc w:val="both"/>
        <w:rPr>
          <w:rFonts w:cs="Times New Roman"/>
          <w:szCs w:val="24"/>
          <w:lang w:val="ru-RU"/>
        </w:rPr>
      </w:pPr>
      <w:r w:rsidRPr="00301F7B">
        <w:rPr>
          <w:rFonts w:cs="Times New Roman"/>
          <w:szCs w:val="24"/>
          <w:lang w:val="ru-RU"/>
        </w:rPr>
        <w:t>2.4. Перевод воспитанников в случаях прекращения деятельности исходной организации, аннулирования лицензии, приостановления действия лицензии</w:t>
      </w:r>
    </w:p>
    <w:p w:rsidR="0036406B" w:rsidRPr="00301F7B" w:rsidRDefault="00301F7B">
      <w:pPr>
        <w:ind w:firstLine="709"/>
        <w:jc w:val="both"/>
        <w:rPr>
          <w:rFonts w:cs="Times New Roman"/>
          <w:szCs w:val="24"/>
          <w:lang w:val="ru-RU"/>
        </w:rPr>
      </w:pPr>
      <w:r w:rsidRPr="00301F7B">
        <w:rPr>
          <w:rFonts w:cs="Times New Roman"/>
          <w:szCs w:val="24"/>
          <w:lang w:val="ru-RU"/>
        </w:rPr>
        <w:t>2.4.1. Исходная организация обязана уведомить учредителя, родителей (законных представителей) воспитанников в письменной форме о причине, влекущей за собой необходимость перевода воспитанников, а также разместить указанное уведомление на своём официальном сайте в сети «Интернет»:</w:t>
      </w:r>
    </w:p>
    <w:p w:rsidR="0036406B" w:rsidRPr="00301F7B" w:rsidRDefault="00301F7B">
      <w:pPr>
        <w:ind w:left="1417" w:hanging="142"/>
        <w:jc w:val="both"/>
        <w:rPr>
          <w:rFonts w:cs="Times New Roman"/>
          <w:szCs w:val="24"/>
          <w:lang w:val="ru-RU"/>
        </w:rPr>
      </w:pPr>
      <w:r w:rsidRPr="00301F7B">
        <w:rPr>
          <w:rFonts w:cs="Times New Roman"/>
          <w:szCs w:val="24"/>
          <w:lang w:val="ru-RU"/>
        </w:rPr>
        <w:t>— в случае аннулирования лицензии на осуществление образовательной деятельности — в течение пяти рабочих дней со дня вступления в законную силу решения суда;</w:t>
      </w:r>
    </w:p>
    <w:p w:rsidR="0036406B" w:rsidRPr="00301F7B" w:rsidRDefault="00301F7B">
      <w:pPr>
        <w:ind w:left="1417" w:hanging="142"/>
        <w:jc w:val="both"/>
        <w:rPr>
          <w:rFonts w:cs="Times New Roman"/>
          <w:szCs w:val="24"/>
          <w:lang w:val="ru-RU"/>
        </w:rPr>
      </w:pPr>
      <w:r w:rsidRPr="00301F7B">
        <w:rPr>
          <w:rFonts w:cs="Times New Roman"/>
          <w:szCs w:val="24"/>
          <w:lang w:val="ru-RU"/>
        </w:rPr>
        <w:t>— в случае приостановления действия лицензии — в течение пяти рабочих дней со дня внесения в реестр лицензий сведений о приостановлении действия лицензии;</w:t>
      </w:r>
    </w:p>
    <w:p w:rsidR="0036406B" w:rsidRPr="00301F7B" w:rsidRDefault="00301F7B">
      <w:pPr>
        <w:ind w:left="1417" w:hanging="142"/>
        <w:jc w:val="both"/>
        <w:rPr>
          <w:rFonts w:cs="Times New Roman"/>
          <w:szCs w:val="24"/>
          <w:lang w:val="ru-RU"/>
        </w:rPr>
      </w:pPr>
      <w:r w:rsidRPr="00301F7B">
        <w:rPr>
          <w:rFonts w:cs="Times New Roman"/>
          <w:szCs w:val="24"/>
          <w:lang w:val="ru-RU"/>
        </w:rPr>
        <w:t>— в случае прекращения деятельности исходной организации — в течение пяти рабочих дней со дня издания распорядительного акта учредителя о прекращении деятельности.</w:t>
      </w:r>
    </w:p>
    <w:p w:rsidR="0036406B" w:rsidRPr="00301F7B" w:rsidRDefault="00301F7B">
      <w:pPr>
        <w:ind w:firstLine="709"/>
        <w:jc w:val="both"/>
        <w:rPr>
          <w:rFonts w:cs="Times New Roman"/>
          <w:szCs w:val="24"/>
          <w:lang w:val="ru-RU"/>
        </w:rPr>
      </w:pPr>
      <w:r w:rsidRPr="00301F7B">
        <w:rPr>
          <w:rFonts w:cs="Times New Roman"/>
          <w:szCs w:val="24"/>
          <w:lang w:val="ru-RU"/>
        </w:rPr>
        <w:t>2.4.2. Указанное уведомление должно содержать сроки предоставления письменных согласий родителей (законных представителей) воспитанников на перевод в принимающую организацию.</w:t>
      </w:r>
    </w:p>
    <w:p w:rsidR="0036406B" w:rsidRPr="00301F7B" w:rsidRDefault="00301F7B">
      <w:pPr>
        <w:ind w:firstLine="709"/>
        <w:jc w:val="both"/>
        <w:rPr>
          <w:rFonts w:cs="Times New Roman"/>
          <w:szCs w:val="24"/>
          <w:lang w:val="ru-RU"/>
        </w:rPr>
      </w:pPr>
      <w:r w:rsidRPr="00301F7B">
        <w:rPr>
          <w:rFonts w:cs="Times New Roman"/>
          <w:szCs w:val="24"/>
          <w:lang w:val="ru-RU"/>
        </w:rPr>
        <w:t>2.4.3. Учредитель осуществляет выбор принимающей организации с использованием информации, предварительно полученной от исходной организации, о списочном составе обучающихся с указанием возрастной категории, направленности группы и осваиваемых ими образовательных программ дошкольного образования.</w:t>
      </w:r>
    </w:p>
    <w:p w:rsidR="0036406B" w:rsidRPr="00301F7B" w:rsidRDefault="00301F7B">
      <w:pPr>
        <w:ind w:firstLine="709"/>
        <w:jc w:val="both"/>
        <w:rPr>
          <w:rFonts w:cs="Times New Roman"/>
          <w:szCs w:val="24"/>
          <w:lang w:val="ru-RU"/>
        </w:rPr>
      </w:pPr>
      <w:r w:rsidRPr="00301F7B">
        <w:rPr>
          <w:rFonts w:cs="Times New Roman"/>
          <w:szCs w:val="24"/>
          <w:lang w:val="ru-RU"/>
        </w:rPr>
        <w:t>2.4.4. Исходная организация доводит до сведения родителей (законных представителей) воспитанников полученную от учредителя информацию об организациях, реализующих образовательные программы дошкольного образования, которые дали согласие на перевод воспитанников, а также о сроках представления письменных согласий. Указанная информация доводится в течение десяти рабочих дней со дня её получения и включает в себя: наименование принимающей организации (принимающих организаций), перечень реализуемых образовательных программ дошкольного образования, возрастную категорию обучающихся, направленность группы, количество свободных мест.</w:t>
      </w:r>
    </w:p>
    <w:p w:rsidR="0036406B" w:rsidRPr="00301F7B" w:rsidRDefault="00301F7B">
      <w:pPr>
        <w:ind w:firstLine="709"/>
        <w:jc w:val="both"/>
        <w:rPr>
          <w:rFonts w:cs="Times New Roman"/>
          <w:szCs w:val="24"/>
          <w:lang w:val="ru-RU"/>
        </w:rPr>
      </w:pPr>
      <w:r w:rsidRPr="00301F7B">
        <w:rPr>
          <w:rFonts w:cs="Times New Roman"/>
          <w:szCs w:val="24"/>
          <w:lang w:val="ru-RU"/>
        </w:rPr>
        <w:lastRenderedPageBreak/>
        <w:t>2.4.5. После получения письменных согласий родителей (законных представителей) воспитанников исходная организация издаёт распорядительный акт об отчислении воспитанников в порядке перевода в принимающую организацию с указанием основания такого перевода (прекращение деятельности исходной организации, аннулирование лицензии, приостановление действия лицензии).</w:t>
      </w:r>
    </w:p>
    <w:p w:rsidR="0036406B" w:rsidRPr="00301F7B" w:rsidRDefault="00301F7B">
      <w:pPr>
        <w:ind w:firstLine="709"/>
        <w:jc w:val="both"/>
        <w:rPr>
          <w:rFonts w:cs="Times New Roman"/>
          <w:szCs w:val="24"/>
          <w:lang w:val="ru-RU"/>
        </w:rPr>
      </w:pPr>
      <w:r w:rsidRPr="00301F7B">
        <w:rPr>
          <w:rFonts w:cs="Times New Roman"/>
          <w:szCs w:val="24"/>
          <w:lang w:val="ru-RU"/>
        </w:rPr>
        <w:t>2.4.6. В случае отказа от перевода в предлагаемую принимающую организацию родители (законные представители) воспитанников указывают об этом в письменном заявлении не позднее сроков предоставления письменных согласий на перевод.</w:t>
      </w:r>
    </w:p>
    <w:p w:rsidR="0036406B" w:rsidRPr="00301F7B" w:rsidRDefault="00301F7B">
      <w:pPr>
        <w:ind w:firstLine="709"/>
        <w:jc w:val="both"/>
        <w:rPr>
          <w:rFonts w:cs="Times New Roman"/>
          <w:szCs w:val="24"/>
          <w:lang w:val="ru-RU"/>
        </w:rPr>
      </w:pPr>
      <w:r w:rsidRPr="00301F7B">
        <w:rPr>
          <w:rFonts w:cs="Times New Roman"/>
          <w:szCs w:val="24"/>
          <w:lang w:val="ru-RU"/>
        </w:rPr>
        <w:t>2.4.7. В случае отказа родителей (законных представителей) воспитанника от предлагаемых принимающих организаций исходная организация вправе отчислить воспитанника по обстоятельствам, не зависящим от воли обучающегося или родителей (законных представителей) обучающегося, в случаях прекращения деятельности исходной организации, аннулирования лицензии, приостановления действия лицензии.</w:t>
      </w:r>
    </w:p>
    <w:p w:rsidR="0036406B" w:rsidRPr="00301F7B" w:rsidRDefault="00301F7B">
      <w:pPr>
        <w:spacing w:before="120"/>
        <w:jc w:val="both"/>
        <w:rPr>
          <w:rFonts w:cs="Times New Roman"/>
          <w:szCs w:val="24"/>
          <w:lang w:val="ru-RU"/>
        </w:rPr>
      </w:pPr>
      <w:r w:rsidRPr="00301F7B">
        <w:rPr>
          <w:rFonts w:cs="Times New Roman"/>
          <w:b/>
          <w:szCs w:val="24"/>
          <w:lang w:val="ru-RU"/>
        </w:rPr>
        <w:t>3. Порядок и основания отчисления воспитанников</w:t>
      </w:r>
    </w:p>
    <w:p w:rsidR="0036406B" w:rsidRPr="00301F7B" w:rsidRDefault="00301F7B">
      <w:pPr>
        <w:ind w:firstLine="709"/>
        <w:jc w:val="both"/>
        <w:rPr>
          <w:rFonts w:cs="Times New Roman"/>
          <w:szCs w:val="24"/>
          <w:lang w:val="ru-RU"/>
        </w:rPr>
      </w:pPr>
      <w:r w:rsidRPr="00301F7B">
        <w:rPr>
          <w:rFonts w:cs="Times New Roman"/>
          <w:szCs w:val="24"/>
          <w:lang w:val="ru-RU"/>
        </w:rPr>
        <w:t>3.1. Отчисление воспитанника из МБДОУ может производиться в следующих случаях:</w:t>
      </w:r>
    </w:p>
    <w:p w:rsidR="0036406B" w:rsidRPr="00301F7B" w:rsidRDefault="00301F7B">
      <w:pPr>
        <w:ind w:left="1417" w:hanging="142"/>
        <w:jc w:val="both"/>
        <w:rPr>
          <w:rFonts w:cs="Times New Roman"/>
          <w:szCs w:val="24"/>
          <w:lang w:val="ru-RU"/>
        </w:rPr>
      </w:pPr>
      <w:r w:rsidRPr="00301F7B">
        <w:rPr>
          <w:rFonts w:cs="Times New Roman"/>
          <w:szCs w:val="24"/>
          <w:lang w:val="ru-RU"/>
        </w:rPr>
        <w:t>— по инициативе родителей (законных представителей) воспитанника, в том числе в случае перевода воспитанника для продолжения освоения образовательной программы в другую организацию, осуществляющую образовательную деятельность, а также чтобы продолжить обучать ребёнка в семье;</w:t>
      </w:r>
    </w:p>
    <w:p w:rsidR="0036406B" w:rsidRPr="00301F7B" w:rsidRDefault="00301F7B">
      <w:pPr>
        <w:ind w:left="1417" w:hanging="142"/>
        <w:jc w:val="both"/>
        <w:rPr>
          <w:rFonts w:cs="Times New Roman"/>
          <w:szCs w:val="24"/>
          <w:lang w:val="ru-RU"/>
        </w:rPr>
      </w:pPr>
      <w:r w:rsidRPr="00301F7B">
        <w:rPr>
          <w:rFonts w:cs="Times New Roman"/>
          <w:szCs w:val="24"/>
          <w:lang w:val="ru-RU"/>
        </w:rPr>
        <w:t>— в связи с получением образования (завершением обучения) в соответствии с годовым календарным учебным графиком МБДОУ;</w:t>
      </w:r>
    </w:p>
    <w:p w:rsidR="0036406B" w:rsidRPr="00301F7B" w:rsidRDefault="00301F7B">
      <w:pPr>
        <w:ind w:left="1417" w:hanging="142"/>
        <w:jc w:val="both"/>
        <w:rPr>
          <w:rFonts w:cs="Times New Roman"/>
          <w:szCs w:val="24"/>
          <w:lang w:val="ru-RU"/>
        </w:rPr>
      </w:pPr>
      <w:r w:rsidRPr="00301F7B">
        <w:rPr>
          <w:rFonts w:cs="Times New Roman"/>
          <w:szCs w:val="24"/>
          <w:lang w:val="ru-RU"/>
        </w:rPr>
        <w:t>— по обстоятельствам, не зависящим от воли родителей (законных представителей) воспитанника и МБДОУ, в том числе в случаях ликвидации МБДОУ, аннулирования лицензии на осуществление образовательной деятельности;</w:t>
      </w:r>
    </w:p>
    <w:p w:rsidR="0036406B" w:rsidRPr="00301F7B" w:rsidRDefault="00301F7B">
      <w:pPr>
        <w:ind w:left="1417" w:hanging="142"/>
        <w:jc w:val="both"/>
        <w:rPr>
          <w:rFonts w:cs="Times New Roman"/>
          <w:szCs w:val="24"/>
          <w:lang w:val="ru-RU"/>
        </w:rPr>
      </w:pPr>
      <w:r w:rsidRPr="00301F7B">
        <w:rPr>
          <w:rFonts w:cs="Times New Roman"/>
          <w:szCs w:val="24"/>
          <w:lang w:val="ru-RU"/>
        </w:rPr>
        <w:t>— в иных случаях, установленных Федеральным законом от 29.12.2012 № 273-ФЗ «Об образовании в Российской Федерации» (пункт 4 части 2 статьи 61 введён Федеральным законом от 17.11.2025 № 424-ФЗ, вступил в силу с 1 марта 2026 года);</w:t>
      </w:r>
    </w:p>
    <w:p w:rsidR="0036406B" w:rsidRPr="00301F7B" w:rsidRDefault="00301F7B">
      <w:pPr>
        <w:ind w:left="1417" w:hanging="142"/>
        <w:jc w:val="both"/>
        <w:rPr>
          <w:rFonts w:cs="Times New Roman"/>
          <w:szCs w:val="24"/>
          <w:lang w:val="ru-RU"/>
        </w:rPr>
      </w:pPr>
      <w:r w:rsidRPr="00301F7B">
        <w:rPr>
          <w:rFonts w:cs="Times New Roman"/>
          <w:szCs w:val="24"/>
          <w:lang w:val="ru-RU"/>
        </w:rPr>
        <w:t>— по медицинским показаниям.</w:t>
      </w:r>
    </w:p>
    <w:p w:rsidR="0036406B" w:rsidRPr="00301F7B" w:rsidRDefault="00301F7B">
      <w:pPr>
        <w:ind w:firstLine="709"/>
        <w:jc w:val="both"/>
        <w:rPr>
          <w:rFonts w:cs="Times New Roman"/>
          <w:szCs w:val="24"/>
          <w:lang w:val="ru-RU"/>
        </w:rPr>
      </w:pPr>
      <w:r w:rsidRPr="00301F7B">
        <w:rPr>
          <w:rFonts w:cs="Times New Roman"/>
          <w:szCs w:val="24"/>
          <w:lang w:val="ru-RU"/>
        </w:rPr>
        <w:t>3.2. Досрочное прекращение образовательных отношений по инициативе родителей (законных представителей) воспитанника не влечёт за собой возникновение каких-либо дополнительных, в том числе материальных, обязательств указанного воспитанника перед МБДОУ, если иное не предусмотрено федеральными законами.</w:t>
      </w:r>
    </w:p>
    <w:p w:rsidR="0036406B" w:rsidRPr="00301F7B" w:rsidRDefault="00301F7B">
      <w:pPr>
        <w:ind w:firstLine="709"/>
        <w:jc w:val="both"/>
        <w:rPr>
          <w:rFonts w:cs="Times New Roman"/>
          <w:szCs w:val="24"/>
          <w:lang w:val="ru-RU"/>
        </w:rPr>
      </w:pPr>
      <w:r w:rsidRPr="00301F7B">
        <w:rPr>
          <w:rFonts w:cs="Times New Roman"/>
          <w:szCs w:val="24"/>
          <w:lang w:val="ru-RU"/>
        </w:rPr>
        <w:t>3.3. Основанием для прекращения образовательных отношений является распорядительный акт (приказ) заведующего МБДОУ об отчислении воспитанника.</w:t>
      </w:r>
    </w:p>
    <w:p w:rsidR="0036406B" w:rsidRPr="00301F7B" w:rsidRDefault="00301F7B">
      <w:pPr>
        <w:ind w:firstLine="709"/>
        <w:jc w:val="both"/>
        <w:rPr>
          <w:rFonts w:cs="Times New Roman"/>
          <w:szCs w:val="24"/>
          <w:lang w:val="ru-RU"/>
        </w:rPr>
      </w:pPr>
      <w:r w:rsidRPr="00301F7B">
        <w:rPr>
          <w:rFonts w:cs="Times New Roman"/>
          <w:szCs w:val="24"/>
          <w:lang w:val="ru-RU"/>
        </w:rPr>
        <w:t>3.4. Отчисление воспитанника по инициативе родителей осуществляется на основании заявления родителей (законных представителей) ребёнка, в котором указываются следующие данные:</w:t>
      </w:r>
    </w:p>
    <w:p w:rsidR="0036406B" w:rsidRPr="00301F7B" w:rsidRDefault="00301F7B">
      <w:pPr>
        <w:ind w:left="1417"/>
        <w:jc w:val="both"/>
        <w:rPr>
          <w:rFonts w:cs="Times New Roman"/>
          <w:szCs w:val="24"/>
          <w:lang w:val="ru-RU"/>
        </w:rPr>
      </w:pPr>
      <w:r w:rsidRPr="00301F7B">
        <w:rPr>
          <w:rFonts w:cs="Times New Roman"/>
          <w:szCs w:val="24"/>
          <w:lang w:val="ru-RU"/>
        </w:rPr>
        <w:t>а) фамилия, имя, отчество (при наличии) родителя (законного представителя);</w:t>
      </w:r>
    </w:p>
    <w:p w:rsidR="0036406B" w:rsidRPr="00301F7B" w:rsidRDefault="00301F7B">
      <w:pPr>
        <w:ind w:left="1417"/>
        <w:jc w:val="both"/>
        <w:rPr>
          <w:rFonts w:cs="Times New Roman"/>
          <w:szCs w:val="24"/>
          <w:lang w:val="ru-RU"/>
        </w:rPr>
      </w:pPr>
      <w:r w:rsidRPr="00301F7B">
        <w:rPr>
          <w:rFonts w:cs="Times New Roman"/>
          <w:szCs w:val="24"/>
          <w:lang w:val="ru-RU"/>
        </w:rPr>
        <w:t>б) номер телефона родителя (законного представителя);</w:t>
      </w:r>
    </w:p>
    <w:p w:rsidR="0036406B" w:rsidRPr="00301F7B" w:rsidRDefault="00301F7B">
      <w:pPr>
        <w:ind w:left="1417"/>
        <w:jc w:val="both"/>
        <w:rPr>
          <w:rFonts w:cs="Times New Roman"/>
          <w:szCs w:val="24"/>
          <w:lang w:val="ru-RU"/>
        </w:rPr>
      </w:pPr>
      <w:r w:rsidRPr="00301F7B">
        <w:rPr>
          <w:rFonts w:cs="Times New Roman"/>
          <w:szCs w:val="24"/>
          <w:lang w:val="ru-RU"/>
        </w:rPr>
        <w:t>в) фамилия, имя, отчество (при наличии) ребёнка;</w:t>
      </w:r>
    </w:p>
    <w:p w:rsidR="0036406B" w:rsidRPr="00301F7B" w:rsidRDefault="00301F7B">
      <w:pPr>
        <w:ind w:left="1417"/>
        <w:jc w:val="both"/>
        <w:rPr>
          <w:rFonts w:cs="Times New Roman"/>
          <w:szCs w:val="24"/>
          <w:lang w:val="ru-RU"/>
        </w:rPr>
      </w:pPr>
      <w:r w:rsidRPr="00301F7B">
        <w:rPr>
          <w:rFonts w:cs="Times New Roman"/>
          <w:szCs w:val="24"/>
          <w:lang w:val="ru-RU"/>
        </w:rPr>
        <w:t>г) причина, по которой ребёнок отчисляется из МБДОУ;</w:t>
      </w:r>
    </w:p>
    <w:p w:rsidR="0036406B" w:rsidRPr="00301F7B" w:rsidRDefault="00301F7B">
      <w:pPr>
        <w:ind w:left="1417"/>
        <w:jc w:val="both"/>
        <w:rPr>
          <w:rFonts w:cs="Times New Roman"/>
          <w:szCs w:val="24"/>
          <w:lang w:val="ru-RU"/>
        </w:rPr>
      </w:pPr>
      <w:r w:rsidRPr="00301F7B">
        <w:rPr>
          <w:rFonts w:cs="Times New Roman"/>
          <w:szCs w:val="24"/>
          <w:lang w:val="ru-RU"/>
        </w:rPr>
        <w:t>д) желаемая дата отчисления;</w:t>
      </w:r>
    </w:p>
    <w:p w:rsidR="0036406B" w:rsidRPr="00301F7B" w:rsidRDefault="00301F7B">
      <w:pPr>
        <w:ind w:left="1417"/>
        <w:jc w:val="both"/>
        <w:rPr>
          <w:rFonts w:cs="Times New Roman"/>
          <w:szCs w:val="24"/>
          <w:lang w:val="ru-RU"/>
        </w:rPr>
      </w:pPr>
      <w:r w:rsidRPr="00301F7B">
        <w:rPr>
          <w:rFonts w:cs="Times New Roman"/>
          <w:szCs w:val="24"/>
          <w:lang w:val="ru-RU"/>
        </w:rPr>
        <w:t>е) дата написания заявления, личная подпись.</w:t>
      </w:r>
    </w:p>
    <w:p w:rsidR="0036406B" w:rsidRPr="00301F7B" w:rsidRDefault="00301F7B">
      <w:pPr>
        <w:ind w:firstLine="709"/>
        <w:jc w:val="both"/>
        <w:rPr>
          <w:rFonts w:cs="Times New Roman"/>
          <w:szCs w:val="24"/>
          <w:lang w:val="ru-RU"/>
        </w:rPr>
      </w:pPr>
      <w:r w:rsidRPr="00301F7B">
        <w:rPr>
          <w:rFonts w:cs="Times New Roman"/>
          <w:szCs w:val="24"/>
          <w:lang w:val="ru-RU"/>
        </w:rPr>
        <w:t xml:space="preserve">3.5. Если с родителями (законными представителями) воспитанника заключён договор об оказании платных образовательных услуг, при досрочном прекращении образовательных </w:t>
      </w:r>
      <w:r w:rsidRPr="00301F7B">
        <w:rPr>
          <w:rFonts w:cs="Times New Roman"/>
          <w:szCs w:val="24"/>
          <w:lang w:val="ru-RU"/>
        </w:rPr>
        <w:lastRenderedPageBreak/>
        <w:t>отношений такой договор расторгается на основании приказа заведующего МБДОУ об отчислении воспитанника.</w:t>
      </w:r>
    </w:p>
    <w:p w:rsidR="0036406B" w:rsidRPr="00301F7B" w:rsidRDefault="00301F7B">
      <w:pPr>
        <w:ind w:firstLine="709"/>
        <w:jc w:val="both"/>
        <w:rPr>
          <w:rFonts w:cs="Times New Roman"/>
          <w:szCs w:val="24"/>
          <w:lang w:val="ru-RU"/>
        </w:rPr>
      </w:pPr>
      <w:r w:rsidRPr="00301F7B">
        <w:rPr>
          <w:rFonts w:cs="Times New Roman"/>
          <w:szCs w:val="24"/>
          <w:lang w:val="ru-RU"/>
        </w:rPr>
        <w:t>3.6. Решение об отчислении детей-сирот и детей, оставшихся без попечения родителей (законных представителей), принимается с согласия органов опеки и попечительства.</w:t>
      </w:r>
    </w:p>
    <w:p w:rsidR="0036406B" w:rsidRPr="00301F7B" w:rsidRDefault="00301F7B">
      <w:pPr>
        <w:ind w:firstLine="709"/>
        <w:jc w:val="both"/>
        <w:rPr>
          <w:rFonts w:cs="Times New Roman"/>
          <w:szCs w:val="24"/>
          <w:lang w:val="ru-RU"/>
        </w:rPr>
      </w:pPr>
      <w:r w:rsidRPr="00301F7B">
        <w:rPr>
          <w:rFonts w:cs="Times New Roman"/>
          <w:szCs w:val="24"/>
          <w:lang w:val="ru-RU"/>
        </w:rPr>
        <w:t>3.7. Права и обязанности воспитанника, предусмотренные законодательством об образовании и локальными нормативными актами МБДОУ, прекращаются с даты его отчисления из МБДОУ.</w:t>
      </w:r>
    </w:p>
    <w:p w:rsidR="0036406B" w:rsidRPr="00301F7B" w:rsidRDefault="00301F7B">
      <w:pPr>
        <w:ind w:firstLine="709"/>
        <w:jc w:val="both"/>
        <w:rPr>
          <w:rFonts w:cs="Times New Roman"/>
          <w:szCs w:val="24"/>
          <w:lang w:val="ru-RU"/>
        </w:rPr>
      </w:pPr>
      <w:r w:rsidRPr="00301F7B">
        <w:rPr>
          <w:rFonts w:cs="Times New Roman"/>
          <w:szCs w:val="24"/>
          <w:lang w:val="ru-RU"/>
        </w:rPr>
        <w:t>3.8. При досрочном прекращении образовательных отношений МБДОУ в трёхдневный срок после издания распорядительного акта об отчислении выдаёт лицу, отчисленному из организации (родителям (законным представителям) воспитанника), справку об обучении.</w:t>
      </w:r>
    </w:p>
    <w:p w:rsidR="0036406B" w:rsidRPr="00301F7B" w:rsidRDefault="00301F7B">
      <w:pPr>
        <w:ind w:firstLine="709"/>
        <w:jc w:val="both"/>
        <w:rPr>
          <w:rFonts w:cs="Times New Roman"/>
          <w:szCs w:val="24"/>
          <w:lang w:val="ru-RU"/>
        </w:rPr>
      </w:pPr>
      <w:r w:rsidRPr="00301F7B">
        <w:rPr>
          <w:rFonts w:cs="Times New Roman"/>
          <w:szCs w:val="24"/>
          <w:lang w:val="ru-RU"/>
        </w:rPr>
        <w:t>3.9. Личное дело воспитанника с момента отчисления хранится в архиве МБДОУ в течение установленного законодательством срока.</w:t>
      </w:r>
    </w:p>
    <w:p w:rsidR="0036406B" w:rsidRPr="00301F7B" w:rsidRDefault="00301F7B">
      <w:pPr>
        <w:ind w:firstLine="709"/>
        <w:jc w:val="both"/>
        <w:rPr>
          <w:rFonts w:cs="Times New Roman"/>
          <w:szCs w:val="24"/>
          <w:lang w:val="ru-RU"/>
        </w:rPr>
      </w:pPr>
      <w:r w:rsidRPr="00301F7B">
        <w:rPr>
          <w:rFonts w:cs="Times New Roman"/>
          <w:szCs w:val="24"/>
          <w:lang w:val="ru-RU"/>
        </w:rPr>
        <w:t>3.10. Отчисление воспитанников регистрируется в Книге учёта движения детей МБДОУ.</w:t>
      </w:r>
    </w:p>
    <w:p w:rsidR="0036406B" w:rsidRPr="00301F7B" w:rsidRDefault="00301F7B">
      <w:pPr>
        <w:spacing w:before="120"/>
        <w:jc w:val="both"/>
        <w:rPr>
          <w:rFonts w:cs="Times New Roman"/>
          <w:szCs w:val="24"/>
          <w:lang w:val="ru-RU"/>
        </w:rPr>
      </w:pPr>
      <w:r w:rsidRPr="00301F7B">
        <w:rPr>
          <w:rFonts w:cs="Times New Roman"/>
          <w:b/>
          <w:szCs w:val="24"/>
          <w:lang w:val="ru-RU"/>
        </w:rPr>
        <w:t>4. Порядок и основания восстановления воспитанников</w:t>
      </w:r>
    </w:p>
    <w:p w:rsidR="0036406B" w:rsidRPr="00301F7B" w:rsidRDefault="00301F7B">
      <w:pPr>
        <w:ind w:firstLine="709"/>
        <w:jc w:val="both"/>
        <w:rPr>
          <w:rFonts w:cs="Times New Roman"/>
          <w:szCs w:val="24"/>
          <w:lang w:val="ru-RU"/>
        </w:rPr>
      </w:pPr>
      <w:r w:rsidRPr="00301F7B">
        <w:rPr>
          <w:rFonts w:cs="Times New Roman"/>
          <w:szCs w:val="24"/>
          <w:lang w:val="ru-RU"/>
        </w:rPr>
        <w:t>4.1. Воспитанник, отчисленный из МБДОУ по инициативе родителей (законных представителей) до завершения освоения образовательной программы дошкольного образования, имеет право на восстановление по заявлению родителей (законных представителей) при наличии в МБДОУ свободных мест.</w:t>
      </w:r>
    </w:p>
    <w:p w:rsidR="0036406B" w:rsidRPr="00301F7B" w:rsidRDefault="00301F7B">
      <w:pPr>
        <w:ind w:firstLine="709"/>
        <w:jc w:val="both"/>
        <w:rPr>
          <w:rFonts w:cs="Times New Roman"/>
          <w:szCs w:val="24"/>
          <w:lang w:val="ru-RU"/>
        </w:rPr>
      </w:pPr>
      <w:r w:rsidRPr="00301F7B">
        <w:rPr>
          <w:rFonts w:cs="Times New Roman"/>
          <w:szCs w:val="24"/>
          <w:lang w:val="ru-RU"/>
        </w:rPr>
        <w:t>4.2. Восстановление воспитанника в МБДОУ осуществляется на основании следующих документов:</w:t>
      </w:r>
    </w:p>
    <w:p w:rsidR="0036406B" w:rsidRPr="00301F7B" w:rsidRDefault="00301F7B">
      <w:pPr>
        <w:ind w:left="1417" w:hanging="142"/>
        <w:jc w:val="both"/>
        <w:rPr>
          <w:rFonts w:cs="Times New Roman"/>
          <w:szCs w:val="24"/>
          <w:lang w:val="ru-RU"/>
        </w:rPr>
      </w:pPr>
      <w:r w:rsidRPr="00301F7B">
        <w:rPr>
          <w:rFonts w:cs="Times New Roman"/>
          <w:szCs w:val="24"/>
          <w:lang w:val="ru-RU"/>
        </w:rPr>
        <w:t>— документ, удостоверяющий личность родителя (законного представителя) ребёнка, либо документ, удостоверяющий личность иностранного гражданина или лица без гражданства в Российской Федерации в соответствии со статьёй 10 Федерального закона от 25.07.2002 № 115-ФЗ «О правовом положении иностранных граждан в Российской Федерации»;</w:t>
      </w:r>
    </w:p>
    <w:p w:rsidR="0036406B" w:rsidRPr="00301F7B" w:rsidRDefault="00301F7B">
      <w:pPr>
        <w:ind w:left="1417" w:hanging="142"/>
        <w:jc w:val="both"/>
        <w:rPr>
          <w:rFonts w:cs="Times New Roman"/>
          <w:szCs w:val="24"/>
          <w:lang w:val="ru-RU"/>
        </w:rPr>
      </w:pPr>
      <w:r w:rsidRPr="00301F7B">
        <w:rPr>
          <w:rFonts w:cs="Times New Roman"/>
          <w:szCs w:val="24"/>
          <w:lang w:val="ru-RU"/>
        </w:rPr>
        <w:t>— свидетельство о рождении ребёнка или сведения о государственной регистрации рождения (выписка из Единого государственного реестра записей актов гражданского состояния, содержащая реквизиты записи акта о рождении); для иностранных граждан и лиц без гражданства — документ(-ы), удостоверяющий(е) личность ребёнка и подтверждающий(е) законность представления прав ребёнка;</w:t>
      </w:r>
    </w:p>
    <w:p w:rsidR="0036406B" w:rsidRPr="00301F7B" w:rsidRDefault="00301F7B">
      <w:pPr>
        <w:ind w:left="1417" w:hanging="142"/>
        <w:jc w:val="both"/>
        <w:rPr>
          <w:rFonts w:cs="Times New Roman"/>
          <w:szCs w:val="24"/>
          <w:lang w:val="ru-RU"/>
        </w:rPr>
      </w:pPr>
      <w:r w:rsidRPr="00301F7B">
        <w:rPr>
          <w:rFonts w:cs="Times New Roman"/>
          <w:szCs w:val="24"/>
          <w:lang w:val="ru-RU"/>
        </w:rPr>
        <w:t>— документ, подтверждающий установление опеки (при необходимости);</w:t>
      </w:r>
    </w:p>
    <w:p w:rsidR="0036406B" w:rsidRPr="00301F7B" w:rsidRDefault="00301F7B">
      <w:pPr>
        <w:ind w:left="1417" w:hanging="142"/>
        <w:jc w:val="both"/>
        <w:rPr>
          <w:rFonts w:cs="Times New Roman"/>
          <w:szCs w:val="24"/>
          <w:lang w:val="ru-RU"/>
        </w:rPr>
      </w:pPr>
      <w:r w:rsidRPr="00301F7B">
        <w:rPr>
          <w:rFonts w:cs="Times New Roman"/>
          <w:szCs w:val="24"/>
          <w:lang w:val="ru-RU"/>
        </w:rPr>
        <w:t>— свидетельство о регистрации ребёнка по месту жительства или по месту пребывания на закреплённой территории или документ, содержащий сведения о месте пребывания, месте фактического проживания ребёнка;</w:t>
      </w:r>
    </w:p>
    <w:p w:rsidR="0036406B" w:rsidRPr="00301F7B" w:rsidRDefault="00301F7B">
      <w:pPr>
        <w:ind w:left="1417" w:hanging="142"/>
        <w:jc w:val="both"/>
        <w:rPr>
          <w:rFonts w:cs="Times New Roman"/>
          <w:szCs w:val="24"/>
          <w:lang w:val="ru-RU"/>
        </w:rPr>
      </w:pPr>
      <w:r w:rsidRPr="00301F7B">
        <w:rPr>
          <w:rFonts w:cs="Times New Roman"/>
          <w:szCs w:val="24"/>
          <w:lang w:val="ru-RU"/>
        </w:rPr>
        <w:t>— заключение психолого-медико-педагогической комиссии (при необходимости);</w:t>
      </w:r>
    </w:p>
    <w:p w:rsidR="0036406B" w:rsidRPr="00301F7B" w:rsidRDefault="00301F7B">
      <w:pPr>
        <w:ind w:left="1417" w:hanging="142"/>
        <w:jc w:val="both"/>
        <w:rPr>
          <w:rFonts w:cs="Times New Roman"/>
          <w:szCs w:val="24"/>
          <w:lang w:val="ru-RU"/>
        </w:rPr>
      </w:pPr>
      <w:r w:rsidRPr="00301F7B">
        <w:rPr>
          <w:rFonts w:cs="Times New Roman"/>
          <w:szCs w:val="24"/>
          <w:lang w:val="ru-RU"/>
        </w:rPr>
        <w:t>— документ, подтверждающий потребность в обучении в группе оздоровительной направленности (при необходимости).</w:t>
      </w:r>
    </w:p>
    <w:p w:rsidR="0036406B" w:rsidRPr="00301F7B" w:rsidRDefault="00301F7B">
      <w:pPr>
        <w:ind w:firstLine="709"/>
        <w:jc w:val="both"/>
        <w:rPr>
          <w:rFonts w:cs="Times New Roman"/>
          <w:szCs w:val="24"/>
          <w:lang w:val="ru-RU"/>
        </w:rPr>
      </w:pPr>
      <w:r w:rsidRPr="00301F7B">
        <w:rPr>
          <w:rFonts w:cs="Times New Roman"/>
          <w:szCs w:val="24"/>
          <w:lang w:val="ru-RU"/>
        </w:rPr>
        <w:t>4.3. Заявление о восстановлении регистрируется в соответствии с установленными правилами делопроизводства МБДОУ.</w:t>
      </w:r>
    </w:p>
    <w:p w:rsidR="0036406B" w:rsidRPr="00301F7B" w:rsidRDefault="00301F7B">
      <w:pPr>
        <w:ind w:firstLine="709"/>
        <w:jc w:val="both"/>
        <w:rPr>
          <w:rFonts w:cs="Times New Roman"/>
          <w:szCs w:val="24"/>
          <w:lang w:val="ru-RU"/>
        </w:rPr>
      </w:pPr>
      <w:r w:rsidRPr="00301F7B">
        <w:rPr>
          <w:rFonts w:cs="Times New Roman"/>
          <w:szCs w:val="24"/>
          <w:lang w:val="ru-RU"/>
        </w:rPr>
        <w:t>4.4. Основанием для восстановления воспитанника является распорядительный акт (приказ) заведующего МБДОУ о восстановлении.</w:t>
      </w:r>
    </w:p>
    <w:p w:rsidR="0036406B" w:rsidRPr="00301F7B" w:rsidRDefault="00301F7B">
      <w:pPr>
        <w:ind w:firstLine="709"/>
        <w:jc w:val="both"/>
        <w:rPr>
          <w:rFonts w:cs="Times New Roman"/>
          <w:szCs w:val="24"/>
          <w:lang w:val="ru-RU"/>
        </w:rPr>
      </w:pPr>
      <w:r w:rsidRPr="00301F7B">
        <w:rPr>
          <w:rFonts w:cs="Times New Roman"/>
          <w:szCs w:val="24"/>
          <w:lang w:val="ru-RU"/>
        </w:rPr>
        <w:t>4.5. После издания приказа о восстановлении МБДОУ заключает с родителями (законными представителями) воспитанника договор об образовании по образовательным программам дошкольного образования.</w:t>
      </w:r>
    </w:p>
    <w:p w:rsidR="0036406B" w:rsidRPr="00301F7B" w:rsidRDefault="00301F7B">
      <w:pPr>
        <w:ind w:firstLine="709"/>
        <w:jc w:val="both"/>
        <w:rPr>
          <w:rFonts w:cs="Times New Roman"/>
          <w:szCs w:val="24"/>
          <w:lang w:val="ru-RU"/>
        </w:rPr>
      </w:pPr>
      <w:r w:rsidRPr="00301F7B">
        <w:rPr>
          <w:rFonts w:cs="Times New Roman"/>
          <w:szCs w:val="24"/>
          <w:lang w:val="ru-RU"/>
        </w:rPr>
        <w:lastRenderedPageBreak/>
        <w:t>4.6. Права и обязанности участников образовательных отношений, предусмотренные законодательством об образовании и локальными нормативными актами МБДОУ, возникают с даты восстановления воспитанника в МБДОУ.</w:t>
      </w:r>
    </w:p>
    <w:p w:rsidR="0036406B" w:rsidRPr="00301F7B" w:rsidRDefault="00301F7B">
      <w:pPr>
        <w:ind w:firstLine="709"/>
        <w:jc w:val="both"/>
        <w:rPr>
          <w:rFonts w:cs="Times New Roman"/>
          <w:szCs w:val="24"/>
          <w:lang w:val="ru-RU"/>
        </w:rPr>
      </w:pPr>
      <w:r w:rsidRPr="00301F7B">
        <w:rPr>
          <w:rFonts w:cs="Times New Roman"/>
          <w:szCs w:val="24"/>
          <w:lang w:val="ru-RU"/>
        </w:rPr>
        <w:t>4.7. В восстановлении воспитанника может быть отказано при отсутствии свободных мест в МБДОУ. В этом случае родителям (законным представителям) разъясняется порядок получения направления в другую образовательную организацию через орган, осуществляющий управление в сфере образования.</w:t>
      </w:r>
    </w:p>
    <w:p w:rsidR="0036406B" w:rsidRPr="00301F7B" w:rsidRDefault="00301F7B">
      <w:pPr>
        <w:spacing w:before="120"/>
        <w:jc w:val="both"/>
        <w:rPr>
          <w:rFonts w:cs="Times New Roman"/>
          <w:szCs w:val="24"/>
          <w:lang w:val="ru-RU"/>
        </w:rPr>
      </w:pPr>
      <w:r w:rsidRPr="00301F7B">
        <w:rPr>
          <w:rFonts w:cs="Times New Roman"/>
          <w:b/>
          <w:szCs w:val="24"/>
          <w:lang w:val="ru-RU"/>
        </w:rPr>
        <w:t>5. Заключительные положения</w:t>
      </w:r>
    </w:p>
    <w:p w:rsidR="0036406B" w:rsidRPr="00301F7B" w:rsidRDefault="00301F7B">
      <w:pPr>
        <w:ind w:firstLine="709"/>
        <w:jc w:val="both"/>
        <w:rPr>
          <w:rFonts w:cs="Times New Roman"/>
          <w:szCs w:val="24"/>
          <w:lang w:val="ru-RU"/>
        </w:rPr>
      </w:pPr>
      <w:r w:rsidRPr="00301F7B">
        <w:rPr>
          <w:rFonts w:cs="Times New Roman"/>
          <w:szCs w:val="24"/>
          <w:lang w:val="ru-RU"/>
        </w:rPr>
        <w:t>5.1. Настоящий Порядок вступает в силу с момента его утверждения приказом заведующего МБДОУ.</w:t>
      </w:r>
    </w:p>
    <w:p w:rsidR="0036406B" w:rsidRPr="00301F7B" w:rsidRDefault="00301F7B">
      <w:pPr>
        <w:ind w:firstLine="709"/>
        <w:jc w:val="both"/>
        <w:rPr>
          <w:rFonts w:cs="Times New Roman"/>
          <w:szCs w:val="24"/>
          <w:lang w:val="ru-RU"/>
        </w:rPr>
      </w:pPr>
      <w:r w:rsidRPr="00301F7B">
        <w:rPr>
          <w:rFonts w:cs="Times New Roman"/>
          <w:szCs w:val="24"/>
          <w:lang w:val="ru-RU"/>
        </w:rPr>
        <w:t>5.2. Изменения и дополнения к настоящему Порядку принимаются Педагогическим советом, согласовываются Советом родителей и Первичной профсоюзной организацией, утверждаются приказом заведующего МБДОУ.</w:t>
      </w:r>
    </w:p>
    <w:p w:rsidR="0036406B" w:rsidRPr="00301F7B" w:rsidRDefault="00301F7B">
      <w:pPr>
        <w:ind w:firstLine="709"/>
        <w:jc w:val="both"/>
        <w:rPr>
          <w:rFonts w:cs="Times New Roman"/>
          <w:szCs w:val="24"/>
          <w:lang w:val="ru-RU"/>
        </w:rPr>
      </w:pPr>
      <w:r w:rsidRPr="00301F7B">
        <w:rPr>
          <w:rFonts w:cs="Times New Roman"/>
          <w:szCs w:val="24"/>
          <w:lang w:val="ru-RU"/>
        </w:rPr>
        <w:t>5.3. Если какое-либо положение настоящего Порядка становится недействительным в связи с изменением законодательства Российской Федерации или Республики Крым, оно утрачивает силу, при этом остальные положения остаются в силе.</w:t>
      </w:r>
    </w:p>
    <w:p w:rsidR="0036406B" w:rsidRPr="00301F7B" w:rsidRDefault="00301F7B">
      <w:pPr>
        <w:ind w:firstLine="709"/>
        <w:jc w:val="both"/>
        <w:rPr>
          <w:rFonts w:cs="Times New Roman"/>
          <w:szCs w:val="24"/>
          <w:lang w:val="ru-RU"/>
        </w:rPr>
      </w:pPr>
      <w:r w:rsidRPr="00301F7B">
        <w:rPr>
          <w:rFonts w:cs="Times New Roman"/>
          <w:szCs w:val="24"/>
          <w:lang w:val="ru-RU"/>
        </w:rPr>
        <w:t>5.4. Настоящий Порядок разработан с учётом изменений, внесённых в действующее законодательство, и заменяет все ранее действовавшие редакции Порядка перевода, отчисления и восстановления воспитанников МБДОУ.</w:t>
      </w:r>
      <w:bookmarkStart w:id="0" w:name="_GoBack"/>
      <w:bookmarkEnd w:id="0"/>
    </w:p>
    <w:sectPr w:rsidR="0036406B" w:rsidRPr="00301F7B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F26D2"/>
    <w:rsid w:val="0029639D"/>
    <w:rsid w:val="00301F7B"/>
    <w:rsid w:val="00326F90"/>
    <w:rsid w:val="0036406B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76D79E"/>
  <w14:defaultImageDpi w14:val="300"/>
  <w15:docId w15:val="{0053379F-5179-451F-AF9B-13C50167D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3CD0425-70B2-479E-81D8-17304522F7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2813</Words>
  <Characters>16037</Characters>
  <Application>Microsoft Office Word</Application>
  <DocSecurity>0</DocSecurity>
  <Lines>133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18813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</cp:lastModifiedBy>
  <cp:revision>3</cp:revision>
  <dcterms:created xsi:type="dcterms:W3CDTF">2013-12-23T23:15:00Z</dcterms:created>
  <dcterms:modified xsi:type="dcterms:W3CDTF">2026-10-06T14:13:00Z</dcterms:modified>
  <cp:category/>
</cp:coreProperties>
</file>