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722" w:rsidRDefault="00A67AF6">
      <w:pPr>
        <w:autoSpaceDE w:val="0"/>
        <w:autoSpaceDN w:val="0"/>
        <w:spacing w:after="78" w:line="220" w:lineRule="exact"/>
      </w:pPr>
      <w:r>
        <w:rPr>
          <w:noProof/>
          <w:lang w:val="ru-RU" w:eastAsia="ru-RU"/>
        </w:rPr>
        <w:drawing>
          <wp:anchor distT="0" distB="0" distL="114300" distR="114300" simplePos="0" relativeHeight="251661312" behindDoc="0" locked="0" layoutInCell="1" allowOverlap="1">
            <wp:simplePos x="0" y="0"/>
            <wp:positionH relativeFrom="column">
              <wp:posOffset>-506730</wp:posOffset>
            </wp:positionH>
            <wp:positionV relativeFrom="paragraph">
              <wp:posOffset>-170180</wp:posOffset>
            </wp:positionV>
            <wp:extent cx="7639050" cy="10782300"/>
            <wp:effectExtent l="19050" t="0" r="0" b="0"/>
            <wp:wrapNone/>
            <wp:docPr id="2" name="Рисунок 2" descr="C:\Users\1\Desktop\СКАНЫ\2022-11-09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КАНЫ\2022-11-09_003.jpg"/>
                    <pic:cNvPicPr>
                      <a:picLocks noChangeAspect="1" noChangeArrowheads="1"/>
                    </pic:cNvPicPr>
                  </pic:nvPicPr>
                  <pic:blipFill>
                    <a:blip r:embed="rId6">
                      <a:lum bright="-10000" contrast="20000"/>
                    </a:blip>
                    <a:srcRect/>
                    <a:stretch>
                      <a:fillRect/>
                    </a:stretch>
                  </pic:blipFill>
                  <pic:spPr bwMode="auto">
                    <a:xfrm>
                      <a:off x="0" y="0"/>
                      <a:ext cx="7639050" cy="10782300"/>
                    </a:xfrm>
                    <a:prstGeom prst="rect">
                      <a:avLst/>
                    </a:prstGeom>
                    <a:noFill/>
                    <a:ln w="9525">
                      <a:noFill/>
                      <a:miter lim="800000"/>
                      <a:headEnd/>
                      <a:tailEnd/>
                    </a:ln>
                  </pic:spPr>
                </pic:pic>
              </a:graphicData>
            </a:graphic>
          </wp:anchor>
        </w:drawing>
      </w:r>
    </w:p>
    <w:p w:rsidR="00E05722" w:rsidRPr="00FD48C4" w:rsidRDefault="00A67AF6">
      <w:pPr>
        <w:autoSpaceDE w:val="0"/>
        <w:autoSpaceDN w:val="0"/>
        <w:spacing w:after="0" w:line="230" w:lineRule="auto"/>
        <w:ind w:left="1494"/>
        <w:rPr>
          <w:lang w:val="ru-RU"/>
        </w:rPr>
      </w:pPr>
      <w:r w:rsidRPr="00FD48C4">
        <w:rPr>
          <w:rFonts w:ascii="Times New Roman" w:eastAsia="Times New Roman" w:hAnsi="Times New Roman"/>
          <w:b/>
          <w:color w:val="000000"/>
          <w:sz w:val="24"/>
          <w:lang w:val="ru-RU"/>
        </w:rPr>
        <w:t>МИНИСТЕРСТВО ПРОСВЕЩЕНИЯ РОССИЙСКОЙ ФЕДЕРАЦИИ</w:t>
      </w:r>
    </w:p>
    <w:p w:rsidR="00E05722" w:rsidRPr="00FD48C4" w:rsidRDefault="00A67AF6">
      <w:pPr>
        <w:autoSpaceDE w:val="0"/>
        <w:autoSpaceDN w:val="0"/>
        <w:spacing w:before="670" w:after="0" w:line="230" w:lineRule="auto"/>
        <w:ind w:left="1932"/>
        <w:rPr>
          <w:lang w:val="ru-RU"/>
        </w:rPr>
      </w:pPr>
      <w:r w:rsidRPr="00FD48C4">
        <w:rPr>
          <w:rFonts w:ascii="Times New Roman" w:eastAsia="Times New Roman" w:hAnsi="Times New Roman"/>
          <w:color w:val="000000"/>
          <w:sz w:val="24"/>
          <w:lang w:val="ru-RU"/>
        </w:rPr>
        <w:t>Министерство образования, науки и молодежи Республики Крым</w:t>
      </w:r>
    </w:p>
    <w:p w:rsidR="00E05722" w:rsidRPr="00FD48C4" w:rsidRDefault="00A67AF6">
      <w:pPr>
        <w:tabs>
          <w:tab w:val="left" w:pos="4892"/>
        </w:tabs>
        <w:autoSpaceDE w:val="0"/>
        <w:autoSpaceDN w:val="0"/>
        <w:spacing w:before="670" w:after="0" w:line="262" w:lineRule="auto"/>
        <w:ind w:left="258"/>
        <w:rPr>
          <w:lang w:val="ru-RU"/>
        </w:rPr>
      </w:pPr>
      <w:r w:rsidRPr="00FD48C4">
        <w:rPr>
          <w:rFonts w:ascii="Times New Roman" w:eastAsia="Times New Roman" w:hAnsi="Times New Roman"/>
          <w:color w:val="000000"/>
          <w:sz w:val="24"/>
          <w:lang w:val="ru-RU"/>
        </w:rPr>
        <w:t xml:space="preserve">Управление образования молодежи и спорта администрации Бахчисарайского района Республики </w:t>
      </w:r>
      <w:r w:rsidRPr="00FD48C4">
        <w:rPr>
          <w:lang w:val="ru-RU"/>
        </w:rPr>
        <w:tab/>
      </w:r>
      <w:r w:rsidRPr="00FD48C4">
        <w:rPr>
          <w:rFonts w:ascii="Times New Roman" w:eastAsia="Times New Roman" w:hAnsi="Times New Roman"/>
          <w:color w:val="000000"/>
          <w:sz w:val="24"/>
          <w:lang w:val="ru-RU"/>
        </w:rPr>
        <w:t>Крым</w:t>
      </w:r>
    </w:p>
    <w:p w:rsidR="00E05722" w:rsidRDefault="00A67AF6">
      <w:pPr>
        <w:autoSpaceDE w:val="0"/>
        <w:autoSpaceDN w:val="0"/>
        <w:spacing w:before="672" w:after="1376" w:line="230" w:lineRule="auto"/>
        <w:ind w:right="3072"/>
        <w:jc w:val="right"/>
      </w:pPr>
      <w:r>
        <w:rPr>
          <w:rFonts w:ascii="Times New Roman" w:eastAsia="Times New Roman" w:hAnsi="Times New Roman"/>
          <w:color w:val="000000"/>
          <w:sz w:val="24"/>
        </w:rPr>
        <w:t>МБОУ «</w:t>
      </w:r>
      <w:proofErr w:type="spellStart"/>
      <w:r>
        <w:rPr>
          <w:rFonts w:ascii="Times New Roman" w:eastAsia="Times New Roman" w:hAnsi="Times New Roman"/>
          <w:color w:val="000000"/>
          <w:sz w:val="24"/>
        </w:rPr>
        <w:t>Железнодорожненская</w:t>
      </w:r>
      <w:proofErr w:type="spellEnd"/>
      <w:r>
        <w:rPr>
          <w:rFonts w:ascii="Times New Roman" w:eastAsia="Times New Roman" w:hAnsi="Times New Roman"/>
          <w:color w:val="000000"/>
          <w:sz w:val="24"/>
        </w:rPr>
        <w:t xml:space="preserve"> СОШ»</w:t>
      </w:r>
    </w:p>
    <w:tbl>
      <w:tblPr>
        <w:tblW w:w="0" w:type="auto"/>
        <w:tblLayout w:type="fixed"/>
        <w:tblLook w:val="04A0"/>
      </w:tblPr>
      <w:tblGrid>
        <w:gridCol w:w="2602"/>
        <w:gridCol w:w="4020"/>
        <w:gridCol w:w="2760"/>
      </w:tblGrid>
      <w:tr w:rsidR="00E05722">
        <w:trPr>
          <w:trHeight w:hRule="exact" w:val="276"/>
        </w:trPr>
        <w:tc>
          <w:tcPr>
            <w:tcW w:w="2602" w:type="dxa"/>
            <w:tcMar>
              <w:left w:w="0" w:type="dxa"/>
              <w:right w:w="0" w:type="dxa"/>
            </w:tcMar>
          </w:tcPr>
          <w:p w:rsidR="00E05722" w:rsidRDefault="00A67AF6">
            <w:pPr>
              <w:autoSpaceDE w:val="0"/>
              <w:autoSpaceDN w:val="0"/>
              <w:spacing w:before="50" w:after="0" w:line="230" w:lineRule="auto"/>
            </w:pPr>
            <w:r>
              <w:rPr>
                <w:rFonts w:ascii="Times New Roman" w:eastAsia="Times New Roman" w:hAnsi="Times New Roman"/>
                <w:color w:val="000000"/>
                <w:w w:val="102"/>
                <w:sz w:val="20"/>
              </w:rPr>
              <w:t>РАССМОТРЕНО</w:t>
            </w:r>
          </w:p>
        </w:tc>
        <w:tc>
          <w:tcPr>
            <w:tcW w:w="4020" w:type="dxa"/>
            <w:tcMar>
              <w:left w:w="0" w:type="dxa"/>
              <w:right w:w="0" w:type="dxa"/>
            </w:tcMar>
          </w:tcPr>
          <w:p w:rsidR="00E05722" w:rsidRDefault="00A67AF6">
            <w:pPr>
              <w:autoSpaceDE w:val="0"/>
              <w:autoSpaceDN w:val="0"/>
              <w:spacing w:before="50" w:after="0" w:line="230" w:lineRule="auto"/>
              <w:ind w:left="916"/>
            </w:pPr>
            <w:r>
              <w:rPr>
                <w:rFonts w:ascii="Times New Roman" w:eastAsia="Times New Roman" w:hAnsi="Times New Roman"/>
                <w:color w:val="000000"/>
                <w:w w:val="102"/>
                <w:sz w:val="20"/>
              </w:rPr>
              <w:t>СОГЛАСОВАНО</w:t>
            </w:r>
          </w:p>
        </w:tc>
        <w:tc>
          <w:tcPr>
            <w:tcW w:w="2760" w:type="dxa"/>
            <w:tcMar>
              <w:left w:w="0" w:type="dxa"/>
              <w:right w:w="0" w:type="dxa"/>
            </w:tcMar>
          </w:tcPr>
          <w:p w:rsidR="00E05722" w:rsidRDefault="00A67AF6">
            <w:pPr>
              <w:autoSpaceDE w:val="0"/>
              <w:autoSpaceDN w:val="0"/>
              <w:spacing w:before="50" w:after="0" w:line="230" w:lineRule="auto"/>
              <w:ind w:left="412"/>
            </w:pPr>
            <w:r>
              <w:rPr>
                <w:rFonts w:ascii="Times New Roman" w:eastAsia="Times New Roman" w:hAnsi="Times New Roman"/>
                <w:color w:val="000000"/>
                <w:w w:val="102"/>
                <w:sz w:val="20"/>
              </w:rPr>
              <w:t>УТВЕРЖДЕНО</w:t>
            </w:r>
          </w:p>
        </w:tc>
      </w:tr>
      <w:tr w:rsidR="00E05722">
        <w:trPr>
          <w:trHeight w:hRule="exact" w:val="274"/>
        </w:trPr>
        <w:tc>
          <w:tcPr>
            <w:tcW w:w="2602" w:type="dxa"/>
            <w:tcMar>
              <w:left w:w="0" w:type="dxa"/>
              <w:right w:w="0" w:type="dxa"/>
            </w:tcMar>
          </w:tcPr>
          <w:p w:rsidR="00E05722" w:rsidRDefault="00A67AF6">
            <w:pPr>
              <w:autoSpaceDE w:val="0"/>
              <w:autoSpaceDN w:val="0"/>
              <w:spacing w:after="0" w:line="230" w:lineRule="auto"/>
            </w:pPr>
            <w:proofErr w:type="spellStart"/>
            <w:r>
              <w:rPr>
                <w:rFonts w:ascii="Times New Roman" w:eastAsia="Times New Roman" w:hAnsi="Times New Roman"/>
                <w:color w:val="000000"/>
                <w:w w:val="102"/>
                <w:sz w:val="20"/>
              </w:rPr>
              <w:t>на</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заседании</w:t>
            </w:r>
            <w:proofErr w:type="spellEnd"/>
            <w:r>
              <w:rPr>
                <w:rFonts w:ascii="Times New Roman" w:eastAsia="Times New Roman" w:hAnsi="Times New Roman"/>
                <w:color w:val="000000"/>
                <w:w w:val="102"/>
                <w:sz w:val="20"/>
              </w:rPr>
              <w:t xml:space="preserve"> ШМО</w:t>
            </w:r>
          </w:p>
        </w:tc>
        <w:tc>
          <w:tcPr>
            <w:tcW w:w="4020" w:type="dxa"/>
            <w:tcMar>
              <w:left w:w="0" w:type="dxa"/>
              <w:right w:w="0" w:type="dxa"/>
            </w:tcMar>
          </w:tcPr>
          <w:p w:rsidR="00E05722" w:rsidRDefault="00A67AF6">
            <w:pPr>
              <w:autoSpaceDE w:val="0"/>
              <w:autoSpaceDN w:val="0"/>
              <w:spacing w:after="0" w:line="230" w:lineRule="auto"/>
              <w:ind w:left="916"/>
            </w:pPr>
            <w:proofErr w:type="spellStart"/>
            <w:r>
              <w:rPr>
                <w:rFonts w:ascii="Times New Roman" w:eastAsia="Times New Roman" w:hAnsi="Times New Roman"/>
                <w:color w:val="000000"/>
                <w:w w:val="102"/>
                <w:sz w:val="20"/>
              </w:rPr>
              <w:t>Заместитель</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директора</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по</w:t>
            </w:r>
            <w:proofErr w:type="spellEnd"/>
            <w:r>
              <w:rPr>
                <w:rFonts w:ascii="Times New Roman" w:eastAsia="Times New Roman" w:hAnsi="Times New Roman"/>
                <w:color w:val="000000"/>
                <w:w w:val="102"/>
                <w:sz w:val="20"/>
              </w:rPr>
              <w:t xml:space="preserve"> УВР</w:t>
            </w:r>
          </w:p>
        </w:tc>
        <w:tc>
          <w:tcPr>
            <w:tcW w:w="2760" w:type="dxa"/>
            <w:tcMar>
              <w:left w:w="0" w:type="dxa"/>
              <w:right w:w="0" w:type="dxa"/>
            </w:tcMar>
          </w:tcPr>
          <w:p w:rsidR="00E05722" w:rsidRDefault="00A67AF6">
            <w:pPr>
              <w:autoSpaceDE w:val="0"/>
              <w:autoSpaceDN w:val="0"/>
              <w:spacing w:after="0" w:line="230" w:lineRule="auto"/>
              <w:ind w:left="412"/>
            </w:pPr>
            <w:proofErr w:type="spellStart"/>
            <w:r>
              <w:rPr>
                <w:rFonts w:ascii="Times New Roman" w:eastAsia="Times New Roman" w:hAnsi="Times New Roman"/>
                <w:color w:val="000000"/>
                <w:w w:val="102"/>
                <w:sz w:val="20"/>
              </w:rPr>
              <w:t>Директор</w:t>
            </w:r>
            <w:proofErr w:type="spellEnd"/>
          </w:p>
        </w:tc>
      </w:tr>
    </w:tbl>
    <w:p w:rsidR="00E05722" w:rsidRDefault="00E05722">
      <w:pPr>
        <w:autoSpaceDE w:val="0"/>
        <w:autoSpaceDN w:val="0"/>
        <w:spacing w:after="0" w:line="60" w:lineRule="exact"/>
      </w:pPr>
    </w:p>
    <w:tbl>
      <w:tblPr>
        <w:tblW w:w="0" w:type="auto"/>
        <w:tblLayout w:type="fixed"/>
        <w:tblLook w:val="04A0"/>
      </w:tblPr>
      <w:tblGrid>
        <w:gridCol w:w="3082"/>
        <w:gridCol w:w="3520"/>
        <w:gridCol w:w="3460"/>
      </w:tblGrid>
      <w:tr w:rsidR="00E05722">
        <w:trPr>
          <w:trHeight w:hRule="exact" w:val="366"/>
        </w:trPr>
        <w:tc>
          <w:tcPr>
            <w:tcW w:w="3082" w:type="dxa"/>
            <w:tcMar>
              <w:left w:w="0" w:type="dxa"/>
              <w:right w:w="0" w:type="dxa"/>
            </w:tcMar>
          </w:tcPr>
          <w:p w:rsidR="00E05722" w:rsidRDefault="00A67AF6">
            <w:pPr>
              <w:autoSpaceDE w:val="0"/>
              <w:autoSpaceDN w:val="0"/>
              <w:spacing w:before="60" w:after="0" w:line="230" w:lineRule="auto"/>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Ермолин</w:t>
            </w:r>
            <w:proofErr w:type="spellEnd"/>
            <w:r>
              <w:rPr>
                <w:rFonts w:ascii="Times New Roman" w:eastAsia="Times New Roman" w:hAnsi="Times New Roman"/>
                <w:color w:val="000000"/>
                <w:w w:val="102"/>
                <w:sz w:val="20"/>
              </w:rPr>
              <w:t xml:space="preserve"> Д.Н.</w:t>
            </w:r>
          </w:p>
        </w:tc>
        <w:tc>
          <w:tcPr>
            <w:tcW w:w="3520" w:type="dxa"/>
            <w:tcMar>
              <w:left w:w="0" w:type="dxa"/>
              <w:right w:w="0" w:type="dxa"/>
            </w:tcMar>
          </w:tcPr>
          <w:p w:rsidR="00E05722" w:rsidRDefault="00A67AF6">
            <w:pPr>
              <w:autoSpaceDE w:val="0"/>
              <w:autoSpaceDN w:val="0"/>
              <w:spacing w:before="60" w:after="0" w:line="230" w:lineRule="auto"/>
              <w:jc w:val="center"/>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Дубинюк</w:t>
            </w:r>
            <w:proofErr w:type="spellEnd"/>
            <w:r>
              <w:rPr>
                <w:rFonts w:ascii="Times New Roman" w:eastAsia="Times New Roman" w:hAnsi="Times New Roman"/>
                <w:color w:val="000000"/>
                <w:w w:val="102"/>
                <w:sz w:val="20"/>
              </w:rPr>
              <w:t xml:space="preserve"> О.В.</w:t>
            </w:r>
          </w:p>
        </w:tc>
        <w:tc>
          <w:tcPr>
            <w:tcW w:w="3460" w:type="dxa"/>
            <w:tcMar>
              <w:left w:w="0" w:type="dxa"/>
              <w:right w:w="0" w:type="dxa"/>
            </w:tcMar>
          </w:tcPr>
          <w:p w:rsidR="00E05722" w:rsidRDefault="00A67AF6">
            <w:pPr>
              <w:autoSpaceDE w:val="0"/>
              <w:autoSpaceDN w:val="0"/>
              <w:spacing w:before="60" w:after="0" w:line="230" w:lineRule="auto"/>
              <w:ind w:left="432"/>
            </w:pPr>
            <w:r>
              <w:rPr>
                <w:rFonts w:ascii="Times New Roman" w:eastAsia="Times New Roman" w:hAnsi="Times New Roman"/>
                <w:color w:val="000000"/>
                <w:w w:val="102"/>
                <w:sz w:val="20"/>
              </w:rPr>
              <w:t>______________</w:t>
            </w:r>
            <w:proofErr w:type="spellStart"/>
            <w:r>
              <w:rPr>
                <w:rFonts w:ascii="Times New Roman" w:eastAsia="Times New Roman" w:hAnsi="Times New Roman"/>
                <w:color w:val="000000"/>
                <w:w w:val="102"/>
                <w:sz w:val="20"/>
              </w:rPr>
              <w:t>Ермолина</w:t>
            </w:r>
            <w:proofErr w:type="spellEnd"/>
            <w:r>
              <w:rPr>
                <w:rFonts w:ascii="Times New Roman" w:eastAsia="Times New Roman" w:hAnsi="Times New Roman"/>
                <w:color w:val="000000"/>
                <w:w w:val="102"/>
                <w:sz w:val="20"/>
              </w:rPr>
              <w:t xml:space="preserve"> Н.Н.</w:t>
            </w:r>
          </w:p>
        </w:tc>
      </w:tr>
      <w:tr w:rsidR="00E05722">
        <w:trPr>
          <w:trHeight w:hRule="exact" w:val="400"/>
        </w:trPr>
        <w:tc>
          <w:tcPr>
            <w:tcW w:w="3082" w:type="dxa"/>
            <w:tcMar>
              <w:left w:w="0" w:type="dxa"/>
              <w:right w:w="0" w:type="dxa"/>
            </w:tcMar>
          </w:tcPr>
          <w:p w:rsidR="00E05722" w:rsidRDefault="00A67AF6">
            <w:pPr>
              <w:autoSpaceDE w:val="0"/>
              <w:autoSpaceDN w:val="0"/>
              <w:spacing w:before="102" w:after="0" w:line="230" w:lineRule="auto"/>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w:t>
            </w:r>
          </w:p>
        </w:tc>
        <w:tc>
          <w:tcPr>
            <w:tcW w:w="3520" w:type="dxa"/>
            <w:tcMar>
              <w:left w:w="0" w:type="dxa"/>
              <w:right w:w="0" w:type="dxa"/>
            </w:tcMar>
          </w:tcPr>
          <w:p w:rsidR="00E05722" w:rsidRDefault="00A67AF6">
            <w:pPr>
              <w:autoSpaceDE w:val="0"/>
              <w:autoSpaceDN w:val="0"/>
              <w:spacing w:before="102" w:after="0" w:line="230" w:lineRule="auto"/>
              <w:ind w:left="436"/>
            </w:pPr>
            <w:proofErr w:type="spellStart"/>
            <w:r>
              <w:rPr>
                <w:rFonts w:ascii="Times New Roman" w:eastAsia="Times New Roman" w:hAnsi="Times New Roman"/>
                <w:color w:val="000000"/>
                <w:w w:val="102"/>
                <w:sz w:val="20"/>
              </w:rPr>
              <w:t>Протокол</w:t>
            </w:r>
            <w:proofErr w:type="spellEnd"/>
            <w:r>
              <w:rPr>
                <w:rFonts w:ascii="Times New Roman" w:eastAsia="Times New Roman" w:hAnsi="Times New Roman"/>
                <w:color w:val="000000"/>
                <w:w w:val="102"/>
                <w:sz w:val="20"/>
              </w:rPr>
              <w:t xml:space="preserve"> №9</w:t>
            </w:r>
          </w:p>
        </w:tc>
        <w:tc>
          <w:tcPr>
            <w:tcW w:w="3460" w:type="dxa"/>
            <w:tcMar>
              <w:left w:w="0" w:type="dxa"/>
              <w:right w:w="0" w:type="dxa"/>
            </w:tcMar>
          </w:tcPr>
          <w:p w:rsidR="00E05722" w:rsidRDefault="00A67AF6">
            <w:pPr>
              <w:autoSpaceDE w:val="0"/>
              <w:autoSpaceDN w:val="0"/>
              <w:spacing w:before="102" w:after="0" w:line="230" w:lineRule="auto"/>
              <w:ind w:left="432"/>
            </w:pPr>
            <w:proofErr w:type="spellStart"/>
            <w:r>
              <w:rPr>
                <w:rFonts w:ascii="Times New Roman" w:eastAsia="Times New Roman" w:hAnsi="Times New Roman"/>
                <w:color w:val="000000"/>
                <w:w w:val="102"/>
                <w:sz w:val="20"/>
              </w:rPr>
              <w:t>Приказ</w:t>
            </w:r>
            <w:proofErr w:type="spellEnd"/>
            <w:r>
              <w:rPr>
                <w:rFonts w:ascii="Times New Roman" w:eastAsia="Times New Roman" w:hAnsi="Times New Roman"/>
                <w:color w:val="000000"/>
                <w:w w:val="102"/>
                <w:sz w:val="20"/>
              </w:rPr>
              <w:t xml:space="preserve"> №</w:t>
            </w:r>
          </w:p>
        </w:tc>
      </w:tr>
      <w:tr w:rsidR="00E05722">
        <w:trPr>
          <w:trHeight w:hRule="exact" w:val="396"/>
        </w:trPr>
        <w:tc>
          <w:tcPr>
            <w:tcW w:w="3082" w:type="dxa"/>
            <w:tcMar>
              <w:left w:w="0" w:type="dxa"/>
              <w:right w:w="0" w:type="dxa"/>
            </w:tcMar>
          </w:tcPr>
          <w:p w:rsidR="00E05722" w:rsidRDefault="00A67AF6">
            <w:pPr>
              <w:autoSpaceDE w:val="0"/>
              <w:autoSpaceDN w:val="0"/>
              <w:spacing w:before="110" w:after="0" w:line="230"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"29" августа2022 г.</w:t>
            </w:r>
          </w:p>
        </w:tc>
        <w:tc>
          <w:tcPr>
            <w:tcW w:w="3520" w:type="dxa"/>
            <w:tcMar>
              <w:left w:w="0" w:type="dxa"/>
              <w:right w:w="0" w:type="dxa"/>
            </w:tcMar>
          </w:tcPr>
          <w:p w:rsidR="00E05722" w:rsidRDefault="00A67AF6">
            <w:pPr>
              <w:autoSpaceDE w:val="0"/>
              <w:autoSpaceDN w:val="0"/>
              <w:spacing w:before="110" w:after="0" w:line="230" w:lineRule="auto"/>
              <w:ind w:left="436"/>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"30" </w:t>
            </w:r>
            <w:proofErr w:type="spellStart"/>
            <w:r>
              <w:rPr>
                <w:rFonts w:ascii="Times New Roman" w:eastAsia="Times New Roman" w:hAnsi="Times New Roman"/>
                <w:color w:val="000000"/>
                <w:w w:val="102"/>
                <w:sz w:val="20"/>
              </w:rPr>
              <w:t>августа</w:t>
            </w:r>
            <w:proofErr w:type="spellEnd"/>
            <w:r>
              <w:rPr>
                <w:rFonts w:ascii="Times New Roman" w:eastAsia="Times New Roman" w:hAnsi="Times New Roman"/>
                <w:color w:val="000000"/>
                <w:w w:val="102"/>
                <w:sz w:val="20"/>
              </w:rPr>
              <w:t xml:space="preserve">  2022 г.</w:t>
            </w:r>
          </w:p>
        </w:tc>
        <w:tc>
          <w:tcPr>
            <w:tcW w:w="3460" w:type="dxa"/>
            <w:tcMar>
              <w:left w:w="0" w:type="dxa"/>
              <w:right w:w="0" w:type="dxa"/>
            </w:tcMar>
          </w:tcPr>
          <w:p w:rsidR="00E05722" w:rsidRDefault="00A67AF6">
            <w:pPr>
              <w:autoSpaceDE w:val="0"/>
              <w:autoSpaceDN w:val="0"/>
              <w:spacing w:before="110" w:after="0" w:line="230" w:lineRule="auto"/>
              <w:ind w:left="432"/>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  г.</w:t>
            </w:r>
          </w:p>
        </w:tc>
      </w:tr>
    </w:tbl>
    <w:p w:rsidR="00E05722" w:rsidRDefault="00A67AF6">
      <w:pPr>
        <w:autoSpaceDE w:val="0"/>
        <w:autoSpaceDN w:val="0"/>
        <w:spacing w:before="978" w:after="0" w:line="262" w:lineRule="auto"/>
        <w:ind w:left="3744" w:right="3600"/>
        <w:jc w:val="center"/>
      </w:pPr>
      <w:r>
        <w:rPr>
          <w:rFonts w:ascii="Times New Roman" w:eastAsia="Times New Roman" w:hAnsi="Times New Roman"/>
          <w:b/>
          <w:color w:val="000000"/>
          <w:sz w:val="24"/>
        </w:rPr>
        <w:t xml:space="preserve">РАБОЧАЯ ПРОГРАММА </w:t>
      </w:r>
      <w:r>
        <w:br/>
      </w:r>
      <w:r>
        <w:rPr>
          <w:rFonts w:ascii="Times New Roman" w:eastAsia="Times New Roman" w:hAnsi="Times New Roman"/>
          <w:b/>
          <w:color w:val="000000"/>
          <w:sz w:val="24"/>
        </w:rPr>
        <w:t>(ID 3640194)</w:t>
      </w:r>
    </w:p>
    <w:p w:rsidR="00E05722" w:rsidRDefault="00A67AF6">
      <w:pPr>
        <w:autoSpaceDE w:val="0"/>
        <w:autoSpaceDN w:val="0"/>
        <w:spacing w:before="166" w:after="0" w:line="262" w:lineRule="auto"/>
        <w:ind w:left="4032" w:right="3744"/>
        <w:jc w:val="center"/>
      </w:pPr>
      <w:proofErr w:type="spellStart"/>
      <w:proofErr w:type="gramStart"/>
      <w:r>
        <w:rPr>
          <w:rFonts w:ascii="Times New Roman" w:eastAsia="Times New Roman" w:hAnsi="Times New Roman"/>
          <w:color w:val="000000"/>
          <w:sz w:val="24"/>
        </w:rPr>
        <w:t>учебного</w:t>
      </w:r>
      <w:proofErr w:type="spellEnd"/>
      <w:proofErr w:type="gram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предмета</w:t>
      </w:r>
      <w:proofErr w:type="spellEnd"/>
      <w:r>
        <w:br/>
      </w:r>
      <w:r>
        <w:rPr>
          <w:rFonts w:ascii="Times New Roman" w:eastAsia="Times New Roman" w:hAnsi="Times New Roman"/>
          <w:color w:val="000000"/>
          <w:sz w:val="24"/>
        </w:rPr>
        <w:t>«</w:t>
      </w:r>
      <w:proofErr w:type="spellStart"/>
      <w:r>
        <w:rPr>
          <w:rFonts w:ascii="Times New Roman" w:eastAsia="Times New Roman" w:hAnsi="Times New Roman"/>
          <w:color w:val="000000"/>
          <w:sz w:val="24"/>
        </w:rPr>
        <w:t>Физическая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культура</w:t>
      </w:r>
      <w:proofErr w:type="spellEnd"/>
      <w:r>
        <w:rPr>
          <w:rFonts w:ascii="Times New Roman" w:eastAsia="Times New Roman" w:hAnsi="Times New Roman"/>
          <w:color w:val="000000"/>
          <w:sz w:val="24"/>
        </w:rPr>
        <w:t>»</w:t>
      </w:r>
    </w:p>
    <w:p w:rsidR="00E05722" w:rsidRPr="00FD48C4" w:rsidRDefault="00A67AF6">
      <w:pPr>
        <w:autoSpaceDE w:val="0"/>
        <w:autoSpaceDN w:val="0"/>
        <w:spacing w:before="670" w:after="0" w:line="262" w:lineRule="auto"/>
        <w:ind w:left="3024" w:right="2736"/>
        <w:jc w:val="center"/>
        <w:rPr>
          <w:lang w:val="ru-RU"/>
        </w:rPr>
      </w:pPr>
      <w:r w:rsidRPr="00FD48C4">
        <w:rPr>
          <w:rFonts w:ascii="Times New Roman" w:eastAsia="Times New Roman" w:hAnsi="Times New Roman"/>
          <w:color w:val="000000"/>
          <w:sz w:val="24"/>
          <w:lang w:val="ru-RU"/>
        </w:rPr>
        <w:t xml:space="preserve">для 5 класса основного общего образования </w:t>
      </w:r>
      <w:r w:rsidRPr="00FD48C4">
        <w:rPr>
          <w:lang w:val="ru-RU"/>
        </w:rPr>
        <w:br/>
      </w:r>
      <w:r w:rsidRPr="00FD48C4">
        <w:rPr>
          <w:rFonts w:ascii="Times New Roman" w:eastAsia="Times New Roman" w:hAnsi="Times New Roman"/>
          <w:color w:val="000000"/>
          <w:sz w:val="24"/>
          <w:lang w:val="ru-RU"/>
        </w:rPr>
        <w:t>на 2022-2023  учебный год</w:t>
      </w:r>
    </w:p>
    <w:p w:rsidR="00E05722" w:rsidRPr="00FD48C4" w:rsidRDefault="00A67AF6">
      <w:pPr>
        <w:autoSpaceDE w:val="0"/>
        <w:autoSpaceDN w:val="0"/>
        <w:spacing w:before="2112" w:after="0" w:line="262" w:lineRule="auto"/>
        <w:ind w:left="7106" w:hanging="1464"/>
        <w:rPr>
          <w:lang w:val="ru-RU"/>
        </w:rPr>
      </w:pPr>
      <w:r w:rsidRPr="00FD48C4">
        <w:rPr>
          <w:rFonts w:ascii="Times New Roman" w:eastAsia="Times New Roman" w:hAnsi="Times New Roman"/>
          <w:color w:val="000000"/>
          <w:sz w:val="24"/>
          <w:lang w:val="ru-RU"/>
        </w:rPr>
        <w:t xml:space="preserve">Составитель: </w:t>
      </w:r>
      <w:proofErr w:type="spellStart"/>
      <w:r w:rsidRPr="00FD48C4">
        <w:rPr>
          <w:rFonts w:ascii="Times New Roman" w:eastAsia="Times New Roman" w:hAnsi="Times New Roman"/>
          <w:color w:val="000000"/>
          <w:sz w:val="24"/>
          <w:lang w:val="ru-RU"/>
        </w:rPr>
        <w:t>Акипская</w:t>
      </w:r>
      <w:proofErr w:type="spellEnd"/>
      <w:r w:rsidRPr="00FD48C4">
        <w:rPr>
          <w:rFonts w:ascii="Times New Roman" w:eastAsia="Times New Roman" w:hAnsi="Times New Roman"/>
          <w:color w:val="000000"/>
          <w:sz w:val="24"/>
          <w:lang w:val="ru-RU"/>
        </w:rPr>
        <w:t xml:space="preserve"> Елизавета Борисовна </w:t>
      </w:r>
      <w:r w:rsidRPr="00FD48C4">
        <w:rPr>
          <w:lang w:val="ru-RU"/>
        </w:rPr>
        <w:br/>
      </w:r>
      <w:r w:rsidRPr="00FD48C4">
        <w:rPr>
          <w:rFonts w:ascii="Times New Roman" w:eastAsia="Times New Roman" w:hAnsi="Times New Roman"/>
          <w:color w:val="000000"/>
          <w:sz w:val="24"/>
          <w:lang w:val="ru-RU"/>
        </w:rPr>
        <w:t>Учитель физической культуры</w:t>
      </w:r>
    </w:p>
    <w:p w:rsidR="00FD48C4" w:rsidRDefault="00FD48C4" w:rsidP="00FD48C4">
      <w:pPr>
        <w:autoSpaceDE w:val="0"/>
        <w:autoSpaceDN w:val="0"/>
        <w:spacing w:after="78" w:line="220" w:lineRule="exact"/>
        <w:rPr>
          <w:lang w:val="ru-RU"/>
        </w:rPr>
      </w:pPr>
    </w:p>
    <w:p w:rsidR="00FD48C4" w:rsidRDefault="00FD48C4" w:rsidP="00FD48C4">
      <w:pPr>
        <w:autoSpaceDE w:val="0"/>
        <w:autoSpaceDN w:val="0"/>
        <w:spacing w:after="78" w:line="220" w:lineRule="exact"/>
        <w:rPr>
          <w:lang w:val="ru-RU"/>
        </w:rPr>
      </w:pPr>
    </w:p>
    <w:p w:rsidR="00FD48C4" w:rsidRDefault="00FD48C4" w:rsidP="00FD48C4">
      <w:pPr>
        <w:autoSpaceDE w:val="0"/>
        <w:autoSpaceDN w:val="0"/>
        <w:spacing w:after="78" w:line="220" w:lineRule="exact"/>
        <w:rPr>
          <w:lang w:val="ru-RU"/>
        </w:rPr>
      </w:pPr>
    </w:p>
    <w:p w:rsidR="00FD48C4" w:rsidRDefault="00FD48C4" w:rsidP="00FD48C4">
      <w:pPr>
        <w:autoSpaceDE w:val="0"/>
        <w:autoSpaceDN w:val="0"/>
        <w:spacing w:after="78" w:line="220" w:lineRule="exact"/>
        <w:rPr>
          <w:lang w:val="ru-RU"/>
        </w:rPr>
      </w:pPr>
    </w:p>
    <w:p w:rsidR="00FD48C4" w:rsidRPr="00FD48C4" w:rsidRDefault="00FD48C4" w:rsidP="00FD48C4">
      <w:pPr>
        <w:autoSpaceDE w:val="0"/>
        <w:autoSpaceDN w:val="0"/>
        <w:spacing w:after="78" w:line="220" w:lineRule="exact"/>
        <w:rPr>
          <w:lang w:val="ru-RU"/>
        </w:rPr>
      </w:pPr>
    </w:p>
    <w:p w:rsidR="00FD48C4" w:rsidRPr="00FD48C4" w:rsidRDefault="00FD48C4" w:rsidP="00FD48C4">
      <w:pPr>
        <w:autoSpaceDE w:val="0"/>
        <w:autoSpaceDN w:val="0"/>
        <w:spacing w:after="0" w:line="230" w:lineRule="auto"/>
        <w:ind w:right="3150"/>
        <w:jc w:val="right"/>
        <w:rPr>
          <w:lang w:val="ru-RU"/>
        </w:rPr>
      </w:pPr>
      <w:r>
        <w:rPr>
          <w:rFonts w:ascii="Times New Roman" w:eastAsia="Times New Roman" w:hAnsi="Times New Roman"/>
          <w:color w:val="000000"/>
          <w:sz w:val="24"/>
        </w:rPr>
        <w:t>c</w:t>
      </w:r>
      <w:r w:rsidRPr="00FD48C4">
        <w:rPr>
          <w:rFonts w:ascii="Times New Roman" w:eastAsia="Times New Roman" w:hAnsi="Times New Roman"/>
          <w:color w:val="000000"/>
          <w:sz w:val="24"/>
          <w:lang w:val="ru-RU"/>
        </w:rPr>
        <w:t>.Железнодорожное 2022</w:t>
      </w:r>
    </w:p>
    <w:p w:rsidR="00E05722" w:rsidRPr="00FD48C4" w:rsidRDefault="00E05722">
      <w:pPr>
        <w:rPr>
          <w:lang w:val="ru-RU"/>
        </w:rPr>
        <w:sectPr w:rsidR="00E05722" w:rsidRPr="00FD48C4">
          <w:pgSz w:w="11900" w:h="16840"/>
          <w:pgMar w:top="298" w:right="804" w:bottom="1440" w:left="738" w:header="720" w:footer="720" w:gutter="0"/>
          <w:cols w:space="720" w:equalWidth="0">
            <w:col w:w="10358" w:space="0"/>
          </w:cols>
          <w:docGrid w:linePitch="360"/>
        </w:sectPr>
      </w:pPr>
    </w:p>
    <w:p w:rsidR="00E05722" w:rsidRPr="00FD48C4" w:rsidRDefault="00E05722">
      <w:pPr>
        <w:autoSpaceDE w:val="0"/>
        <w:autoSpaceDN w:val="0"/>
        <w:spacing w:after="78" w:line="220" w:lineRule="exact"/>
        <w:rPr>
          <w:lang w:val="ru-RU"/>
        </w:rPr>
      </w:pPr>
    </w:p>
    <w:p w:rsidR="00E05722" w:rsidRPr="00FD48C4" w:rsidRDefault="00A67AF6">
      <w:pPr>
        <w:autoSpaceDE w:val="0"/>
        <w:autoSpaceDN w:val="0"/>
        <w:spacing w:after="0" w:line="230" w:lineRule="auto"/>
        <w:rPr>
          <w:lang w:val="ru-RU"/>
        </w:rPr>
      </w:pPr>
      <w:r w:rsidRPr="00FD48C4">
        <w:rPr>
          <w:rFonts w:ascii="Times New Roman" w:eastAsia="Times New Roman" w:hAnsi="Times New Roman"/>
          <w:b/>
          <w:color w:val="000000"/>
          <w:sz w:val="24"/>
          <w:lang w:val="ru-RU"/>
        </w:rPr>
        <w:t>ПОЯСНИТЕЛЬНАЯ ЗАПИСКА</w:t>
      </w:r>
    </w:p>
    <w:p w:rsidR="00E05722" w:rsidRPr="00FD48C4" w:rsidRDefault="00A67AF6">
      <w:pPr>
        <w:autoSpaceDE w:val="0"/>
        <w:autoSpaceDN w:val="0"/>
        <w:spacing w:before="346" w:after="0" w:line="230" w:lineRule="auto"/>
        <w:ind w:left="180"/>
        <w:rPr>
          <w:lang w:val="ru-RU"/>
        </w:rPr>
      </w:pPr>
      <w:r w:rsidRPr="00FD48C4">
        <w:rPr>
          <w:rFonts w:ascii="Times New Roman" w:eastAsia="Times New Roman" w:hAnsi="Times New Roman"/>
          <w:b/>
          <w:color w:val="000000"/>
          <w:sz w:val="24"/>
          <w:lang w:val="ru-RU"/>
        </w:rPr>
        <w:t>ОБЩАЯ ХАРАКТЕРИСТИКА УЧЕБНОГО ПРЕДМЕТА «ФИЗИЧЕСКАЯ КУЛЬТУРА»</w:t>
      </w:r>
    </w:p>
    <w:p w:rsidR="00E05722" w:rsidRPr="00FD48C4" w:rsidRDefault="00A67AF6">
      <w:pPr>
        <w:autoSpaceDE w:val="0"/>
        <w:autoSpaceDN w:val="0"/>
        <w:spacing w:before="190" w:after="0" w:line="286" w:lineRule="auto"/>
        <w:ind w:firstLine="180"/>
        <w:rPr>
          <w:lang w:val="ru-RU"/>
        </w:rPr>
      </w:pPr>
      <w:r w:rsidRPr="00FD48C4">
        <w:rPr>
          <w:rFonts w:ascii="Times New Roman" w:eastAsia="Times New Roman" w:hAnsi="Times New Roman"/>
          <w:color w:val="000000"/>
          <w:sz w:val="24"/>
          <w:lang w:val="ru-RU"/>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FD48C4">
        <w:rPr>
          <w:rFonts w:ascii="Times New Roman" w:eastAsia="Times New Roman" w:hAnsi="Times New Roman"/>
          <w:color w:val="000000"/>
          <w:sz w:val="24"/>
          <w:lang w:val="ru-RU"/>
        </w:rPr>
        <w:t>самоактуализации</w:t>
      </w:r>
      <w:proofErr w:type="spellEnd"/>
      <w:r w:rsidRPr="00FD48C4">
        <w:rPr>
          <w:rFonts w:ascii="Times New Roman" w:eastAsia="Times New Roman" w:hAnsi="Times New Roman"/>
          <w:color w:val="000000"/>
          <w:sz w:val="24"/>
          <w:lang w:val="ru-RU"/>
        </w:rPr>
        <w:t xml:space="preserve">. В рабочей программе нашли свои отражения объективно сложившиеся реалии современного </w:t>
      </w:r>
      <w:proofErr w:type="spellStart"/>
      <w:r w:rsidRPr="00FD48C4">
        <w:rPr>
          <w:rFonts w:ascii="Times New Roman" w:eastAsia="Times New Roman" w:hAnsi="Times New Roman"/>
          <w:color w:val="000000"/>
          <w:sz w:val="24"/>
          <w:lang w:val="ru-RU"/>
        </w:rPr>
        <w:t>социокультурного</w:t>
      </w:r>
      <w:proofErr w:type="spellEnd"/>
      <w:r w:rsidRPr="00FD48C4">
        <w:rPr>
          <w:rFonts w:ascii="Times New Roman" w:eastAsia="Times New Roman" w:hAnsi="Times New Roman"/>
          <w:color w:val="000000"/>
          <w:sz w:val="24"/>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E05722" w:rsidRPr="00FD48C4" w:rsidRDefault="00A67AF6">
      <w:pPr>
        <w:autoSpaceDE w:val="0"/>
        <w:autoSpaceDN w:val="0"/>
        <w:spacing w:before="72" w:after="0"/>
        <w:ind w:firstLine="180"/>
        <w:rPr>
          <w:lang w:val="ru-RU"/>
        </w:rPr>
      </w:pPr>
      <w:r w:rsidRPr="00FD48C4">
        <w:rPr>
          <w:rFonts w:ascii="Times New Roman" w:eastAsia="Times New Roman" w:hAnsi="Times New Roman"/>
          <w:color w:val="000000"/>
          <w:sz w:val="24"/>
          <w:lang w:val="ru-RU"/>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FD48C4">
        <w:rPr>
          <w:lang w:val="ru-RU"/>
        </w:rPr>
        <w:br/>
      </w:r>
      <w:r w:rsidRPr="00FD48C4">
        <w:rPr>
          <w:rFonts w:ascii="Times New Roman" w:eastAsia="Times New Roman" w:hAnsi="Times New Roman"/>
          <w:color w:val="000000"/>
          <w:sz w:val="24"/>
          <w:lang w:val="ru-RU"/>
        </w:rPr>
        <w:t>адаптивных возможностей систем организма, развития жизненно важных физических качеств.</w:t>
      </w:r>
    </w:p>
    <w:p w:rsidR="00E05722" w:rsidRPr="00FD48C4" w:rsidRDefault="00A67AF6">
      <w:pPr>
        <w:autoSpaceDE w:val="0"/>
        <w:autoSpaceDN w:val="0"/>
        <w:spacing w:before="70" w:after="0"/>
        <w:ind w:right="288"/>
        <w:rPr>
          <w:lang w:val="ru-RU"/>
        </w:rPr>
      </w:pPr>
      <w:r w:rsidRPr="00FD48C4">
        <w:rPr>
          <w:rFonts w:ascii="Times New Roman" w:eastAsia="Times New Roman" w:hAnsi="Times New Roman"/>
          <w:color w:val="000000"/>
          <w:sz w:val="24"/>
          <w:lang w:val="ru-RU"/>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E05722" w:rsidRPr="00FD48C4" w:rsidRDefault="00A67AF6">
      <w:pPr>
        <w:autoSpaceDE w:val="0"/>
        <w:autoSpaceDN w:val="0"/>
        <w:spacing w:before="190" w:after="0" w:line="230" w:lineRule="auto"/>
        <w:ind w:left="180"/>
        <w:rPr>
          <w:lang w:val="ru-RU"/>
        </w:rPr>
      </w:pPr>
      <w:r w:rsidRPr="00FD48C4">
        <w:rPr>
          <w:rFonts w:ascii="Times New Roman" w:eastAsia="Times New Roman" w:hAnsi="Times New Roman"/>
          <w:b/>
          <w:color w:val="000000"/>
          <w:sz w:val="24"/>
          <w:lang w:val="ru-RU"/>
        </w:rPr>
        <w:t>ЦЕЛИ ИЗУЧЕНИЯ УЧЕБНОГО ПРЕДМЕТА «ФИЗИЧЕСКАЯ КУЛЬТУРА»</w:t>
      </w:r>
    </w:p>
    <w:p w:rsidR="00E05722" w:rsidRPr="00FD48C4" w:rsidRDefault="00A67AF6">
      <w:pPr>
        <w:autoSpaceDE w:val="0"/>
        <w:autoSpaceDN w:val="0"/>
        <w:spacing w:before="190" w:after="0" w:line="286" w:lineRule="auto"/>
        <w:ind w:firstLine="180"/>
        <w:rPr>
          <w:lang w:val="ru-RU"/>
        </w:rPr>
      </w:pPr>
      <w:r w:rsidRPr="00FD48C4">
        <w:rPr>
          <w:rFonts w:ascii="Times New Roman" w:eastAsia="Times New Roman" w:hAnsi="Times New Roman"/>
          <w:color w:val="000000"/>
          <w:sz w:val="24"/>
          <w:lang w:val="ru-RU"/>
        </w:rPr>
        <w:t xml:space="preserve">Общей целью школьного образования по физической культуре является формирование </w:t>
      </w:r>
      <w:r w:rsidRPr="00FD48C4">
        <w:rPr>
          <w:lang w:val="ru-RU"/>
        </w:rPr>
        <w:br/>
      </w:r>
      <w:r w:rsidRPr="00FD48C4">
        <w:rPr>
          <w:rFonts w:ascii="Times New Roman" w:eastAsia="Times New Roman" w:hAnsi="Times New Roman"/>
          <w:color w:val="000000"/>
          <w:sz w:val="24"/>
          <w:lang w:val="ru-RU"/>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FD48C4">
        <w:rPr>
          <w:lang w:val="ru-RU"/>
        </w:rPr>
        <w:br/>
      </w:r>
      <w:r w:rsidRPr="00FD48C4">
        <w:rPr>
          <w:rFonts w:ascii="Times New Roman" w:eastAsia="Times New Roman" w:hAnsi="Times New Roman"/>
          <w:color w:val="000000"/>
          <w:sz w:val="24"/>
          <w:lang w:val="ru-RU"/>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E05722" w:rsidRPr="00FD48C4" w:rsidRDefault="00A67AF6">
      <w:pPr>
        <w:autoSpaceDE w:val="0"/>
        <w:autoSpaceDN w:val="0"/>
        <w:spacing w:before="70" w:after="0" w:line="283" w:lineRule="auto"/>
        <w:ind w:firstLine="180"/>
        <w:rPr>
          <w:lang w:val="ru-RU"/>
        </w:rPr>
      </w:pPr>
      <w:r w:rsidRPr="00FD48C4">
        <w:rPr>
          <w:rFonts w:ascii="Times New Roman" w:eastAsia="Times New Roman" w:hAnsi="Times New Roman"/>
          <w:color w:val="000000"/>
          <w:sz w:val="24"/>
          <w:lang w:val="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FD48C4">
        <w:rPr>
          <w:lang w:val="ru-RU"/>
        </w:rPr>
        <w:br/>
      </w:r>
      <w:r w:rsidRPr="00FD48C4">
        <w:rPr>
          <w:rFonts w:ascii="Times New Roman" w:eastAsia="Times New Roman" w:hAnsi="Times New Roman"/>
          <w:color w:val="000000"/>
          <w:sz w:val="24"/>
          <w:lang w:val="ru-RU"/>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FD48C4">
        <w:rPr>
          <w:lang w:val="ru-RU"/>
        </w:rPr>
        <w:br/>
      </w:r>
      <w:r w:rsidRPr="00FD48C4">
        <w:rPr>
          <w:rFonts w:ascii="Times New Roman" w:eastAsia="Times New Roman" w:hAnsi="Times New Roman"/>
          <w:color w:val="000000"/>
          <w:sz w:val="24"/>
          <w:lang w:val="ru-RU"/>
        </w:rPr>
        <w:t xml:space="preserve">организации самостоятельных форм занятий оздоровительной, спортивной и </w:t>
      </w:r>
      <w:proofErr w:type="spellStart"/>
      <w:r w:rsidRPr="00FD48C4">
        <w:rPr>
          <w:rFonts w:ascii="Times New Roman" w:eastAsia="Times New Roman" w:hAnsi="Times New Roman"/>
          <w:color w:val="000000"/>
          <w:sz w:val="24"/>
          <w:lang w:val="ru-RU"/>
        </w:rPr>
        <w:t>прикладн</w:t>
      </w:r>
      <w:proofErr w:type="gramStart"/>
      <w:r w:rsidRPr="00FD48C4">
        <w:rPr>
          <w:rFonts w:ascii="Times New Roman" w:eastAsia="Times New Roman" w:hAnsi="Times New Roman"/>
          <w:color w:val="000000"/>
          <w:sz w:val="24"/>
          <w:lang w:val="ru-RU"/>
        </w:rPr>
        <w:t>о</w:t>
      </w:r>
      <w:proofErr w:type="spellEnd"/>
      <w:r w:rsidRPr="00FD48C4">
        <w:rPr>
          <w:rFonts w:ascii="Times New Roman" w:eastAsia="Times New Roman" w:hAnsi="Times New Roman"/>
          <w:color w:val="000000"/>
          <w:sz w:val="24"/>
          <w:lang w:val="ru-RU"/>
        </w:rPr>
        <w:t>-</w:t>
      </w:r>
      <w:proofErr w:type="gramEnd"/>
      <w:r w:rsidRPr="00FD48C4">
        <w:rPr>
          <w:lang w:val="ru-RU"/>
        </w:rPr>
        <w:br/>
      </w:r>
      <w:r w:rsidRPr="00FD48C4">
        <w:rPr>
          <w:rFonts w:ascii="Times New Roman" w:eastAsia="Times New Roman" w:hAnsi="Times New Roman"/>
          <w:color w:val="000000"/>
          <w:sz w:val="24"/>
          <w:lang w:val="ru-RU"/>
        </w:rPr>
        <w:t xml:space="preserve">ориентированной физической культурой, возможностью познания своих физических </w:t>
      </w:r>
      <w:proofErr w:type="spellStart"/>
      <w:r w:rsidRPr="00FD48C4">
        <w:rPr>
          <w:rFonts w:ascii="Times New Roman" w:eastAsia="Times New Roman" w:hAnsi="Times New Roman"/>
          <w:color w:val="000000"/>
          <w:sz w:val="24"/>
          <w:lang w:val="ru-RU"/>
        </w:rPr>
        <w:t>спосбностей</w:t>
      </w:r>
      <w:proofErr w:type="spellEnd"/>
      <w:r w:rsidRPr="00FD48C4">
        <w:rPr>
          <w:rFonts w:ascii="Times New Roman" w:eastAsia="Times New Roman" w:hAnsi="Times New Roman"/>
          <w:color w:val="000000"/>
          <w:sz w:val="24"/>
          <w:lang w:val="ru-RU"/>
        </w:rPr>
        <w:t xml:space="preserve"> и их целенаправленного развития.</w:t>
      </w:r>
    </w:p>
    <w:p w:rsidR="00E05722" w:rsidRPr="00FD48C4" w:rsidRDefault="00A67AF6">
      <w:pPr>
        <w:autoSpaceDE w:val="0"/>
        <w:autoSpaceDN w:val="0"/>
        <w:spacing w:before="70" w:after="0" w:line="281" w:lineRule="auto"/>
        <w:ind w:right="288" w:firstLine="180"/>
        <w:rPr>
          <w:lang w:val="ru-RU"/>
        </w:rPr>
      </w:pPr>
      <w:r w:rsidRPr="00FD48C4">
        <w:rPr>
          <w:rFonts w:ascii="Times New Roman" w:eastAsia="Times New Roman" w:hAnsi="Times New Roman"/>
          <w:color w:val="000000"/>
          <w:sz w:val="24"/>
          <w:lang w:val="ru-RU"/>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w:t>
      </w:r>
      <w:proofErr w:type="gramStart"/>
      <w:r w:rsidRPr="00FD48C4">
        <w:rPr>
          <w:rFonts w:ascii="Times New Roman" w:eastAsia="Times New Roman" w:hAnsi="Times New Roman"/>
          <w:color w:val="000000"/>
          <w:sz w:val="24"/>
          <w:lang w:val="ru-RU"/>
        </w:rPr>
        <w:t>фор​</w:t>
      </w:r>
      <w:proofErr w:type="spellStart"/>
      <w:r w:rsidRPr="00FD48C4">
        <w:rPr>
          <w:rFonts w:ascii="Times New Roman" w:eastAsia="Times New Roman" w:hAnsi="Times New Roman"/>
          <w:color w:val="000000"/>
          <w:sz w:val="24"/>
          <w:lang w:val="ru-RU"/>
        </w:rPr>
        <w:t>мирование</w:t>
      </w:r>
      <w:proofErr w:type="spellEnd"/>
      <w:proofErr w:type="gramEnd"/>
      <w:r w:rsidRPr="00FD48C4">
        <w:rPr>
          <w:rFonts w:ascii="Times New Roman" w:eastAsia="Times New Roman" w:hAnsi="Times New Roman"/>
          <w:color w:val="000000"/>
          <w:sz w:val="24"/>
          <w:lang w:val="ru-RU"/>
        </w:rPr>
        <w:t xml:space="preserve">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05722" w:rsidRPr="00FD48C4" w:rsidRDefault="00A67AF6">
      <w:pPr>
        <w:autoSpaceDE w:val="0"/>
        <w:autoSpaceDN w:val="0"/>
        <w:spacing w:before="70" w:after="0"/>
        <w:ind w:firstLine="180"/>
        <w:rPr>
          <w:lang w:val="ru-RU"/>
        </w:rPr>
      </w:pPr>
      <w:r w:rsidRPr="00FD48C4">
        <w:rPr>
          <w:rFonts w:ascii="Times New Roman" w:eastAsia="Times New Roman" w:hAnsi="Times New Roman"/>
          <w:color w:val="000000"/>
          <w:sz w:val="24"/>
          <w:lang w:val="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E05722" w:rsidRPr="00FD48C4" w:rsidRDefault="00E05722">
      <w:pPr>
        <w:rPr>
          <w:lang w:val="ru-RU"/>
        </w:rPr>
        <w:sectPr w:rsidR="00E05722" w:rsidRPr="00FD48C4">
          <w:pgSz w:w="11900" w:h="16840"/>
          <w:pgMar w:top="298" w:right="650" w:bottom="444" w:left="666" w:header="720" w:footer="720" w:gutter="0"/>
          <w:cols w:space="720" w:equalWidth="0">
            <w:col w:w="10584" w:space="0"/>
          </w:cols>
          <w:docGrid w:linePitch="360"/>
        </w:sectPr>
      </w:pPr>
    </w:p>
    <w:p w:rsidR="00E05722" w:rsidRPr="00FD48C4" w:rsidRDefault="00E05722">
      <w:pPr>
        <w:autoSpaceDE w:val="0"/>
        <w:autoSpaceDN w:val="0"/>
        <w:spacing w:after="66" w:line="220" w:lineRule="exact"/>
        <w:rPr>
          <w:lang w:val="ru-RU"/>
        </w:rPr>
      </w:pPr>
    </w:p>
    <w:p w:rsidR="00E05722" w:rsidRPr="00FD48C4" w:rsidRDefault="00A67AF6">
      <w:pPr>
        <w:autoSpaceDE w:val="0"/>
        <w:autoSpaceDN w:val="0"/>
        <w:spacing w:after="0" w:line="271" w:lineRule="auto"/>
        <w:rPr>
          <w:lang w:val="ru-RU"/>
        </w:rPr>
      </w:pPr>
      <w:r w:rsidRPr="00FD48C4">
        <w:rPr>
          <w:rFonts w:ascii="Times New Roman" w:eastAsia="Times New Roman" w:hAnsi="Times New Roman"/>
          <w:color w:val="000000"/>
          <w:sz w:val="24"/>
          <w:lang w:val="ru-RU"/>
        </w:rPr>
        <w:t xml:space="preserve">представляется двигательной деятельностью с её базовыми компонентами: информационным (знания о физической культуре), </w:t>
      </w:r>
      <w:proofErr w:type="spellStart"/>
      <w:r w:rsidRPr="00FD48C4">
        <w:rPr>
          <w:rFonts w:ascii="Times New Roman" w:eastAsia="Times New Roman" w:hAnsi="Times New Roman"/>
          <w:color w:val="000000"/>
          <w:sz w:val="24"/>
          <w:lang w:val="ru-RU"/>
        </w:rPr>
        <w:t>операциональным</w:t>
      </w:r>
      <w:proofErr w:type="spellEnd"/>
      <w:r w:rsidRPr="00FD48C4">
        <w:rPr>
          <w:rFonts w:ascii="Times New Roman" w:eastAsia="Times New Roman" w:hAnsi="Times New Roman"/>
          <w:color w:val="000000"/>
          <w:sz w:val="24"/>
          <w:lang w:val="ru-RU"/>
        </w:rPr>
        <w:t xml:space="preserve"> (способы самостоятельной деятельности) и </w:t>
      </w:r>
      <w:proofErr w:type="spellStart"/>
      <w:r w:rsidRPr="00FD48C4">
        <w:rPr>
          <w:rFonts w:ascii="Times New Roman" w:eastAsia="Times New Roman" w:hAnsi="Times New Roman"/>
          <w:color w:val="000000"/>
          <w:sz w:val="24"/>
          <w:lang w:val="ru-RU"/>
        </w:rPr>
        <w:t>мотивационно-процессуальным</w:t>
      </w:r>
      <w:proofErr w:type="spellEnd"/>
      <w:r w:rsidRPr="00FD48C4">
        <w:rPr>
          <w:rFonts w:ascii="Times New Roman" w:eastAsia="Times New Roman" w:hAnsi="Times New Roman"/>
          <w:color w:val="000000"/>
          <w:sz w:val="24"/>
          <w:lang w:val="ru-RU"/>
        </w:rPr>
        <w:t xml:space="preserve"> (физическое совершенствование).</w:t>
      </w:r>
    </w:p>
    <w:p w:rsidR="00E05722" w:rsidRPr="00FD48C4" w:rsidRDefault="00A67AF6">
      <w:pPr>
        <w:autoSpaceDE w:val="0"/>
        <w:autoSpaceDN w:val="0"/>
        <w:spacing w:before="70" w:after="0" w:line="271" w:lineRule="auto"/>
        <w:ind w:right="576" w:firstLine="180"/>
        <w:rPr>
          <w:lang w:val="ru-RU"/>
        </w:rPr>
      </w:pPr>
      <w:r w:rsidRPr="00FD48C4">
        <w:rPr>
          <w:rFonts w:ascii="Times New Roman" w:eastAsia="Times New Roman" w:hAnsi="Times New Roman"/>
          <w:color w:val="000000"/>
          <w:sz w:val="24"/>
          <w:lang w:val="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E05722" w:rsidRPr="00FD48C4" w:rsidRDefault="00A67AF6">
      <w:pPr>
        <w:tabs>
          <w:tab w:val="left" w:pos="180"/>
        </w:tabs>
        <w:autoSpaceDE w:val="0"/>
        <w:autoSpaceDN w:val="0"/>
        <w:spacing w:before="70" w:after="0" w:line="281" w:lineRule="auto"/>
        <w:rPr>
          <w:lang w:val="ru-RU"/>
        </w:rPr>
      </w:pPr>
      <w:r w:rsidRPr="00FD48C4">
        <w:rPr>
          <w:lang w:val="ru-RU"/>
        </w:rPr>
        <w:tab/>
      </w:r>
      <w:r w:rsidRPr="00FD48C4">
        <w:rPr>
          <w:rFonts w:ascii="Times New Roman" w:eastAsia="Times New Roman" w:hAnsi="Times New Roman"/>
          <w:i/>
          <w:color w:val="000000"/>
          <w:sz w:val="24"/>
          <w:lang w:val="ru-RU"/>
        </w:rPr>
        <w:t>Инвариантные модули</w:t>
      </w:r>
      <w:r w:rsidRPr="00FD48C4">
        <w:rPr>
          <w:rFonts w:ascii="Times New Roman" w:eastAsia="Times New Roman" w:hAnsi="Times New Roman"/>
          <w:color w:val="000000"/>
          <w:sz w:val="24"/>
          <w:lang w:val="ru-RU"/>
        </w:rPr>
        <w:t xml:space="preserve"> включают в себя содержание базовых видов спорта: гимнастика, лёгкая атлетика, зимние виды спорта </w:t>
      </w:r>
      <w:r w:rsidRPr="00FD48C4">
        <w:rPr>
          <w:lang w:val="ru-RU"/>
        </w:rPr>
        <w:br/>
      </w:r>
      <w:r w:rsidRPr="00FD48C4">
        <w:rPr>
          <w:lang w:val="ru-RU"/>
        </w:rPr>
        <w:tab/>
      </w:r>
      <w:r w:rsidRPr="00FD48C4">
        <w:rPr>
          <w:rFonts w:ascii="Times New Roman" w:eastAsia="Times New Roman" w:hAnsi="Times New Roman"/>
          <w:color w:val="000000"/>
          <w:sz w:val="24"/>
          <w:lang w:val="ru-RU"/>
        </w:rPr>
        <w:t>(на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E05722" w:rsidRPr="00FD48C4" w:rsidRDefault="00A67AF6">
      <w:pPr>
        <w:autoSpaceDE w:val="0"/>
        <w:autoSpaceDN w:val="0"/>
        <w:spacing w:before="72" w:after="0" w:line="283" w:lineRule="auto"/>
        <w:ind w:right="432" w:firstLine="180"/>
        <w:rPr>
          <w:lang w:val="ru-RU"/>
        </w:rPr>
      </w:pPr>
      <w:r w:rsidRPr="00FD48C4">
        <w:rPr>
          <w:rFonts w:ascii="Times New Roman" w:eastAsia="Times New Roman" w:hAnsi="Times New Roman"/>
          <w:i/>
          <w:color w:val="000000"/>
          <w:sz w:val="24"/>
          <w:lang w:val="ru-RU"/>
        </w:rPr>
        <w:t>Вариативные модули</w:t>
      </w:r>
      <w:r w:rsidRPr="00FD48C4">
        <w:rPr>
          <w:rFonts w:ascii="Times New Roman" w:eastAsia="Times New Roman" w:hAnsi="Times New Roman"/>
          <w:color w:val="000000"/>
          <w:sz w:val="24"/>
          <w:lang w:val="ru-RU"/>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05722" w:rsidRPr="00FD48C4" w:rsidRDefault="00A67AF6">
      <w:pPr>
        <w:autoSpaceDE w:val="0"/>
        <w:autoSpaceDN w:val="0"/>
        <w:spacing w:before="70" w:after="0" w:line="281" w:lineRule="auto"/>
        <w:ind w:firstLine="180"/>
        <w:rPr>
          <w:lang w:val="ru-RU"/>
        </w:rPr>
      </w:pPr>
      <w:r w:rsidRPr="00FD48C4">
        <w:rPr>
          <w:rFonts w:ascii="Times New Roman" w:eastAsia="Times New Roman" w:hAnsi="Times New Roman"/>
          <w:color w:val="000000"/>
          <w:sz w:val="24"/>
          <w:lang w:val="ru-RU"/>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E05722" w:rsidRPr="00FD48C4" w:rsidRDefault="00A67AF6">
      <w:pPr>
        <w:autoSpaceDE w:val="0"/>
        <w:autoSpaceDN w:val="0"/>
        <w:spacing w:before="190" w:after="0" w:line="230" w:lineRule="auto"/>
        <w:ind w:left="180"/>
        <w:rPr>
          <w:lang w:val="ru-RU"/>
        </w:rPr>
      </w:pPr>
      <w:r w:rsidRPr="00FD48C4">
        <w:rPr>
          <w:rFonts w:ascii="Times New Roman" w:eastAsia="Times New Roman" w:hAnsi="Times New Roman"/>
          <w:b/>
          <w:color w:val="000000"/>
          <w:sz w:val="24"/>
          <w:lang w:val="ru-RU"/>
        </w:rPr>
        <w:t>МЕСТО УЧЕБНОГО ПРЕДМЕТА «ФИЗИЧЕСКАЯ КУЛЬТУРА» В УЧЕБНОМ ПЛАНЕ</w:t>
      </w:r>
    </w:p>
    <w:p w:rsidR="00E05722" w:rsidRPr="00FD48C4" w:rsidRDefault="00A67AF6">
      <w:pPr>
        <w:autoSpaceDE w:val="0"/>
        <w:autoSpaceDN w:val="0"/>
        <w:spacing w:before="190" w:after="0" w:line="230" w:lineRule="auto"/>
        <w:rPr>
          <w:lang w:val="ru-RU"/>
        </w:rPr>
      </w:pPr>
      <w:r w:rsidRPr="00FD48C4">
        <w:rPr>
          <w:rFonts w:ascii="Times New Roman" w:eastAsia="Times New Roman" w:hAnsi="Times New Roman"/>
          <w:color w:val="000000"/>
          <w:sz w:val="24"/>
          <w:lang w:val="ru-RU"/>
        </w:rPr>
        <w:t xml:space="preserve">В 5 классе на изучение предмета отводится 3 часа в неделю, суммарно 102 часа. </w:t>
      </w:r>
    </w:p>
    <w:p w:rsidR="00E05722" w:rsidRPr="00FD48C4" w:rsidRDefault="00A67AF6">
      <w:pPr>
        <w:autoSpaceDE w:val="0"/>
        <w:autoSpaceDN w:val="0"/>
        <w:spacing w:before="70" w:after="0" w:line="271" w:lineRule="auto"/>
        <w:ind w:right="1440"/>
        <w:rPr>
          <w:lang w:val="ru-RU"/>
        </w:rPr>
      </w:pPr>
      <w:r w:rsidRPr="00FD48C4">
        <w:rPr>
          <w:rFonts w:ascii="Times New Roman" w:eastAsia="Times New Roman" w:hAnsi="Times New Roman"/>
          <w:color w:val="000000"/>
          <w:sz w:val="24"/>
          <w:lang w:val="ru-RU"/>
        </w:rP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E05722" w:rsidRPr="00FD48C4" w:rsidRDefault="00A67AF6">
      <w:pPr>
        <w:autoSpaceDE w:val="0"/>
        <w:autoSpaceDN w:val="0"/>
        <w:spacing w:before="70" w:after="0"/>
        <w:ind w:right="288"/>
        <w:rPr>
          <w:lang w:val="ru-RU"/>
        </w:rPr>
      </w:pPr>
      <w:r w:rsidRPr="00FD48C4">
        <w:rPr>
          <w:rFonts w:ascii="Times New Roman" w:eastAsia="Times New Roman" w:hAnsi="Times New Roman"/>
          <w:color w:val="000000"/>
          <w:sz w:val="24"/>
          <w:lang w:val="ru-RU"/>
        </w:rPr>
        <w:t xml:space="preserve">При подготовке рабочей программы учитывались личностные и </w:t>
      </w:r>
      <w:proofErr w:type="spellStart"/>
      <w:r w:rsidRPr="00FD48C4">
        <w:rPr>
          <w:rFonts w:ascii="Times New Roman" w:eastAsia="Times New Roman" w:hAnsi="Times New Roman"/>
          <w:color w:val="000000"/>
          <w:sz w:val="24"/>
          <w:lang w:val="ru-RU"/>
        </w:rPr>
        <w:t>метапредметные</w:t>
      </w:r>
      <w:proofErr w:type="spellEnd"/>
      <w:r w:rsidRPr="00FD48C4">
        <w:rPr>
          <w:rFonts w:ascii="Times New Roman" w:eastAsia="Times New Roman" w:hAnsi="Times New Roman"/>
          <w:color w:val="000000"/>
          <w:sz w:val="24"/>
          <w:lang w:val="ru-RU"/>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E05722" w:rsidRPr="00FD48C4" w:rsidRDefault="00E05722">
      <w:pPr>
        <w:rPr>
          <w:lang w:val="ru-RU"/>
        </w:rPr>
        <w:sectPr w:rsidR="00E05722" w:rsidRPr="00FD48C4">
          <w:pgSz w:w="11900" w:h="16840"/>
          <w:pgMar w:top="286" w:right="662" w:bottom="1440" w:left="666" w:header="720" w:footer="720" w:gutter="0"/>
          <w:cols w:space="720" w:equalWidth="0">
            <w:col w:w="10572" w:space="0"/>
          </w:cols>
          <w:docGrid w:linePitch="360"/>
        </w:sectPr>
      </w:pPr>
    </w:p>
    <w:p w:rsidR="00E05722" w:rsidRPr="00FD48C4" w:rsidRDefault="00E05722">
      <w:pPr>
        <w:autoSpaceDE w:val="0"/>
        <w:autoSpaceDN w:val="0"/>
        <w:spacing w:after="78" w:line="220" w:lineRule="exact"/>
        <w:rPr>
          <w:lang w:val="ru-RU"/>
        </w:rPr>
      </w:pPr>
    </w:p>
    <w:p w:rsidR="00E05722" w:rsidRPr="00FD48C4" w:rsidRDefault="00A67AF6">
      <w:pPr>
        <w:autoSpaceDE w:val="0"/>
        <w:autoSpaceDN w:val="0"/>
        <w:spacing w:after="0" w:line="230" w:lineRule="auto"/>
        <w:rPr>
          <w:lang w:val="ru-RU"/>
        </w:rPr>
      </w:pPr>
      <w:r w:rsidRPr="00FD48C4">
        <w:rPr>
          <w:rFonts w:ascii="Times New Roman" w:eastAsia="Times New Roman" w:hAnsi="Times New Roman"/>
          <w:b/>
          <w:color w:val="000000"/>
          <w:sz w:val="24"/>
          <w:lang w:val="ru-RU"/>
        </w:rPr>
        <w:t xml:space="preserve">СОДЕРЖАНИЕ УЧЕБНОГО ПРЕДМЕТА </w:t>
      </w:r>
    </w:p>
    <w:p w:rsidR="00E05722" w:rsidRPr="00FD48C4" w:rsidRDefault="00A67AF6">
      <w:pPr>
        <w:autoSpaceDE w:val="0"/>
        <w:autoSpaceDN w:val="0"/>
        <w:spacing w:before="346" w:after="0" w:line="271" w:lineRule="auto"/>
        <w:ind w:right="144" w:firstLine="180"/>
        <w:rPr>
          <w:lang w:val="ru-RU"/>
        </w:rPr>
      </w:pPr>
      <w:r w:rsidRPr="00FD48C4">
        <w:rPr>
          <w:rFonts w:ascii="Times New Roman" w:eastAsia="Times New Roman" w:hAnsi="Times New Roman"/>
          <w:b/>
          <w:color w:val="000000"/>
          <w:sz w:val="24"/>
          <w:lang w:val="ru-RU"/>
        </w:rPr>
        <w:t>Знания о физической культуре</w:t>
      </w:r>
      <w:r w:rsidRPr="00FD48C4">
        <w:rPr>
          <w:rFonts w:ascii="Times New Roman" w:eastAsia="Times New Roman" w:hAnsi="Times New Roman"/>
          <w:color w:val="000000"/>
          <w:sz w:val="24"/>
          <w:lang w:val="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E05722" w:rsidRPr="00FD48C4" w:rsidRDefault="00A67AF6">
      <w:pPr>
        <w:tabs>
          <w:tab w:val="left" w:pos="180"/>
        </w:tabs>
        <w:autoSpaceDE w:val="0"/>
        <w:autoSpaceDN w:val="0"/>
        <w:spacing w:before="70" w:after="0" w:line="262" w:lineRule="auto"/>
        <w:ind w:right="144"/>
        <w:rPr>
          <w:lang w:val="ru-RU"/>
        </w:rPr>
      </w:pPr>
      <w:r w:rsidRPr="00FD48C4">
        <w:rPr>
          <w:lang w:val="ru-RU"/>
        </w:rPr>
        <w:tab/>
      </w:r>
      <w:r w:rsidRPr="00FD48C4">
        <w:rPr>
          <w:rFonts w:ascii="Times New Roman" w:eastAsia="Times New Roman" w:hAnsi="Times New Roman"/>
          <w:color w:val="000000"/>
          <w:sz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05722" w:rsidRPr="00FD48C4" w:rsidRDefault="00A67AF6">
      <w:pPr>
        <w:tabs>
          <w:tab w:val="left" w:pos="180"/>
        </w:tabs>
        <w:autoSpaceDE w:val="0"/>
        <w:autoSpaceDN w:val="0"/>
        <w:spacing w:before="70" w:after="0" w:line="262" w:lineRule="auto"/>
        <w:ind w:right="288"/>
        <w:rPr>
          <w:lang w:val="ru-RU"/>
        </w:rPr>
      </w:pPr>
      <w:r w:rsidRPr="00FD48C4">
        <w:rPr>
          <w:lang w:val="ru-RU"/>
        </w:rPr>
        <w:tab/>
      </w:r>
      <w:r w:rsidRPr="00FD48C4">
        <w:rPr>
          <w:rFonts w:ascii="Times New Roman" w:eastAsia="Times New Roman" w:hAnsi="Times New Roman"/>
          <w:color w:val="000000"/>
          <w:sz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05722" w:rsidRPr="00FD48C4" w:rsidRDefault="00A67AF6">
      <w:pPr>
        <w:tabs>
          <w:tab w:val="left" w:pos="180"/>
        </w:tabs>
        <w:autoSpaceDE w:val="0"/>
        <w:autoSpaceDN w:val="0"/>
        <w:spacing w:before="70" w:after="0" w:line="283" w:lineRule="auto"/>
        <w:ind w:right="144"/>
        <w:rPr>
          <w:lang w:val="ru-RU"/>
        </w:rPr>
      </w:pPr>
      <w:r w:rsidRPr="00FD48C4">
        <w:rPr>
          <w:lang w:val="ru-RU"/>
        </w:rPr>
        <w:tab/>
      </w:r>
      <w:r w:rsidRPr="00FD48C4">
        <w:rPr>
          <w:rFonts w:ascii="Times New Roman" w:eastAsia="Times New Roman" w:hAnsi="Times New Roman"/>
          <w:i/>
          <w:color w:val="000000"/>
          <w:sz w:val="24"/>
          <w:lang w:val="ru-RU"/>
        </w:rPr>
        <w:t>Способы самостоятельной деятельности</w:t>
      </w:r>
      <w:r w:rsidRPr="00FD48C4">
        <w:rPr>
          <w:rFonts w:ascii="Times New Roman" w:eastAsia="Times New Roman" w:hAnsi="Times New Roman"/>
          <w:color w:val="000000"/>
          <w:sz w:val="24"/>
          <w:lang w:val="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FD48C4">
        <w:rPr>
          <w:lang w:val="ru-RU"/>
        </w:rPr>
        <w:tab/>
      </w:r>
      <w:r w:rsidRPr="00FD48C4">
        <w:rPr>
          <w:rFonts w:ascii="Times New Roman" w:eastAsia="Times New Roman" w:hAnsi="Times New Roman"/>
          <w:color w:val="000000"/>
          <w:sz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05722" w:rsidRPr="00FD48C4" w:rsidRDefault="00A67AF6">
      <w:pPr>
        <w:tabs>
          <w:tab w:val="left" w:pos="180"/>
        </w:tabs>
        <w:autoSpaceDE w:val="0"/>
        <w:autoSpaceDN w:val="0"/>
        <w:spacing w:before="70" w:after="0"/>
        <w:rPr>
          <w:lang w:val="ru-RU"/>
        </w:rPr>
      </w:pPr>
      <w:r w:rsidRPr="00FD48C4">
        <w:rPr>
          <w:lang w:val="ru-RU"/>
        </w:rPr>
        <w:tab/>
      </w:r>
      <w:r w:rsidRPr="00FD48C4">
        <w:rPr>
          <w:rFonts w:ascii="Times New Roman" w:eastAsia="Times New Roman" w:hAnsi="Times New Roman"/>
          <w:color w:val="000000"/>
          <w:sz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FD48C4">
        <w:rPr>
          <w:lang w:val="ru-RU"/>
        </w:rPr>
        <w:tab/>
      </w:r>
      <w:r w:rsidRPr="00FD48C4">
        <w:rPr>
          <w:rFonts w:ascii="Times New Roman" w:eastAsia="Times New Roman" w:hAnsi="Times New Roman"/>
          <w:color w:val="000000"/>
          <w:sz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05722" w:rsidRPr="00FD48C4" w:rsidRDefault="00A67AF6">
      <w:pPr>
        <w:autoSpaceDE w:val="0"/>
        <w:autoSpaceDN w:val="0"/>
        <w:spacing w:before="70" w:after="0" w:line="230" w:lineRule="auto"/>
        <w:ind w:left="180"/>
        <w:rPr>
          <w:lang w:val="ru-RU"/>
        </w:rPr>
      </w:pPr>
      <w:r w:rsidRPr="00FD48C4">
        <w:rPr>
          <w:rFonts w:ascii="Times New Roman" w:eastAsia="Times New Roman" w:hAnsi="Times New Roman"/>
          <w:color w:val="000000"/>
          <w:sz w:val="24"/>
          <w:lang w:val="ru-RU"/>
        </w:rPr>
        <w:t>Составление дневника физической культуры.</w:t>
      </w:r>
    </w:p>
    <w:p w:rsidR="00E05722" w:rsidRPr="00FD48C4" w:rsidRDefault="00A67AF6">
      <w:pPr>
        <w:autoSpaceDE w:val="0"/>
        <w:autoSpaceDN w:val="0"/>
        <w:spacing w:before="70" w:after="0"/>
        <w:ind w:right="144" w:firstLine="180"/>
        <w:rPr>
          <w:lang w:val="ru-RU"/>
        </w:rPr>
      </w:pPr>
      <w:r w:rsidRPr="00FD48C4">
        <w:rPr>
          <w:rFonts w:ascii="Times New Roman" w:eastAsia="Times New Roman" w:hAnsi="Times New Roman"/>
          <w:b/>
          <w:color w:val="000000"/>
          <w:sz w:val="24"/>
          <w:lang w:val="ru-RU"/>
        </w:rPr>
        <w:t>Физическое совершенствование</w:t>
      </w:r>
      <w:r w:rsidRPr="00FD48C4">
        <w:rPr>
          <w:rFonts w:ascii="Times New Roman" w:eastAsia="Times New Roman" w:hAnsi="Times New Roman"/>
          <w:color w:val="000000"/>
          <w:sz w:val="24"/>
          <w:lang w:val="ru-RU"/>
        </w:rPr>
        <w:t xml:space="preserve">. </w:t>
      </w:r>
      <w:r w:rsidRPr="00FD48C4">
        <w:rPr>
          <w:rFonts w:ascii="Times New Roman" w:eastAsia="Times New Roman" w:hAnsi="Times New Roman"/>
          <w:b/>
          <w:i/>
          <w:color w:val="000000"/>
          <w:sz w:val="24"/>
          <w:lang w:val="ru-RU"/>
        </w:rPr>
        <w:t>Физкультурно-оздоровительная деятельность</w:t>
      </w:r>
      <w:r w:rsidRPr="00FD48C4">
        <w:rPr>
          <w:rFonts w:ascii="Times New Roman" w:eastAsia="Times New Roman" w:hAnsi="Times New Roman"/>
          <w:color w:val="000000"/>
          <w:sz w:val="24"/>
          <w:lang w:val="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E05722" w:rsidRPr="00FD48C4" w:rsidRDefault="00A67AF6">
      <w:pPr>
        <w:autoSpaceDE w:val="0"/>
        <w:autoSpaceDN w:val="0"/>
        <w:spacing w:before="70" w:after="0" w:line="262" w:lineRule="auto"/>
        <w:ind w:right="288"/>
        <w:rPr>
          <w:lang w:val="ru-RU"/>
        </w:rPr>
      </w:pPr>
      <w:r w:rsidRPr="00FD48C4">
        <w:rPr>
          <w:rFonts w:ascii="Times New Roman" w:eastAsia="Times New Roman" w:hAnsi="Times New Roman"/>
          <w:color w:val="000000"/>
          <w:sz w:val="24"/>
          <w:lang w:val="ru-RU"/>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05722" w:rsidRPr="00FD48C4" w:rsidRDefault="00A67AF6">
      <w:pPr>
        <w:tabs>
          <w:tab w:val="left" w:pos="180"/>
        </w:tabs>
        <w:autoSpaceDE w:val="0"/>
        <w:autoSpaceDN w:val="0"/>
        <w:spacing w:before="70" w:after="0" w:line="262" w:lineRule="auto"/>
        <w:ind w:right="1296"/>
        <w:rPr>
          <w:lang w:val="ru-RU"/>
        </w:rPr>
      </w:pPr>
      <w:r w:rsidRPr="00FD48C4">
        <w:rPr>
          <w:lang w:val="ru-RU"/>
        </w:rPr>
        <w:tab/>
      </w:r>
      <w:r w:rsidRPr="00FD48C4">
        <w:rPr>
          <w:rFonts w:ascii="Times New Roman" w:eastAsia="Times New Roman" w:hAnsi="Times New Roman"/>
          <w:color w:val="000000"/>
          <w:sz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E05722" w:rsidRPr="00FD48C4" w:rsidRDefault="00A67AF6">
      <w:pPr>
        <w:autoSpaceDE w:val="0"/>
        <w:autoSpaceDN w:val="0"/>
        <w:spacing w:before="70" w:after="0"/>
        <w:ind w:firstLine="180"/>
        <w:rPr>
          <w:lang w:val="ru-RU"/>
        </w:rPr>
      </w:pPr>
      <w:r w:rsidRPr="00FD48C4">
        <w:rPr>
          <w:rFonts w:ascii="Times New Roman" w:eastAsia="Times New Roman" w:hAnsi="Times New Roman"/>
          <w:i/>
          <w:color w:val="000000"/>
          <w:sz w:val="24"/>
          <w:lang w:val="ru-RU"/>
        </w:rPr>
        <w:t>Модуль «Гимнастика»</w:t>
      </w:r>
      <w:r w:rsidRPr="00FD48C4">
        <w:rPr>
          <w:rFonts w:ascii="Times New Roman" w:eastAsia="Times New Roman" w:hAnsi="Times New Roman"/>
          <w:color w:val="000000"/>
          <w:sz w:val="24"/>
          <w:lang w:val="ru-RU"/>
        </w:rPr>
        <w:t>. Кувырки вперёд и назад в группировке; кувырки вперёд ноги «</w:t>
      </w:r>
      <w:proofErr w:type="spellStart"/>
      <w:r w:rsidRPr="00FD48C4">
        <w:rPr>
          <w:rFonts w:ascii="Times New Roman" w:eastAsia="Times New Roman" w:hAnsi="Times New Roman"/>
          <w:color w:val="000000"/>
          <w:sz w:val="24"/>
          <w:lang w:val="ru-RU"/>
        </w:rPr>
        <w:t>скрестно</w:t>
      </w:r>
      <w:proofErr w:type="spellEnd"/>
      <w:r w:rsidRPr="00FD48C4">
        <w:rPr>
          <w:rFonts w:ascii="Times New Roman" w:eastAsia="Times New Roman" w:hAnsi="Times New Roman"/>
          <w:color w:val="000000"/>
          <w:sz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05722" w:rsidRPr="00FD48C4" w:rsidRDefault="00A67AF6">
      <w:pPr>
        <w:autoSpaceDE w:val="0"/>
        <w:autoSpaceDN w:val="0"/>
        <w:spacing w:before="72" w:after="0" w:line="281" w:lineRule="auto"/>
        <w:ind w:firstLine="180"/>
        <w:rPr>
          <w:lang w:val="ru-RU"/>
        </w:rPr>
      </w:pPr>
      <w:r w:rsidRPr="00FD48C4">
        <w:rPr>
          <w:rFonts w:ascii="Times New Roman" w:eastAsia="Times New Roman" w:hAnsi="Times New Roman"/>
          <w:color w:val="000000"/>
          <w:sz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FD48C4">
        <w:rPr>
          <w:rFonts w:ascii="Times New Roman" w:eastAsia="Times New Roman" w:hAnsi="Times New Roman"/>
          <w:color w:val="000000"/>
          <w:sz w:val="24"/>
          <w:lang w:val="ru-RU"/>
        </w:rPr>
        <w:t>перелезание</w:t>
      </w:r>
      <w:proofErr w:type="spellEnd"/>
      <w:r w:rsidRPr="00FD48C4">
        <w:rPr>
          <w:rFonts w:ascii="Times New Roman" w:eastAsia="Times New Roman" w:hAnsi="Times New Roman"/>
          <w:color w:val="000000"/>
          <w:sz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05722" w:rsidRPr="00FD48C4" w:rsidRDefault="00A67AF6">
      <w:pPr>
        <w:autoSpaceDE w:val="0"/>
        <w:autoSpaceDN w:val="0"/>
        <w:spacing w:before="70" w:after="0" w:line="271" w:lineRule="auto"/>
        <w:ind w:right="144" w:firstLine="180"/>
        <w:rPr>
          <w:lang w:val="ru-RU"/>
        </w:rPr>
      </w:pPr>
      <w:r w:rsidRPr="00FD48C4">
        <w:rPr>
          <w:rFonts w:ascii="Times New Roman" w:eastAsia="Times New Roman" w:hAnsi="Times New Roman"/>
          <w:i/>
          <w:color w:val="000000"/>
          <w:sz w:val="24"/>
          <w:lang w:val="ru-RU"/>
        </w:rPr>
        <w:t>Модуль «Лёгкая атлетика»</w:t>
      </w:r>
      <w:r w:rsidRPr="00FD48C4">
        <w:rPr>
          <w:rFonts w:ascii="Times New Roman" w:eastAsia="Times New Roman" w:hAnsi="Times New Roman"/>
          <w:color w:val="000000"/>
          <w:sz w:val="24"/>
          <w:lang w:val="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05722" w:rsidRPr="00FD48C4" w:rsidRDefault="00A67AF6">
      <w:pPr>
        <w:tabs>
          <w:tab w:val="left" w:pos="180"/>
        </w:tabs>
        <w:autoSpaceDE w:val="0"/>
        <w:autoSpaceDN w:val="0"/>
        <w:spacing w:before="70" w:after="0" w:line="262" w:lineRule="auto"/>
        <w:ind w:right="720"/>
        <w:rPr>
          <w:lang w:val="ru-RU"/>
        </w:rPr>
      </w:pPr>
      <w:r w:rsidRPr="00FD48C4">
        <w:rPr>
          <w:lang w:val="ru-RU"/>
        </w:rPr>
        <w:tab/>
      </w:r>
      <w:r w:rsidRPr="00FD48C4">
        <w:rPr>
          <w:rFonts w:ascii="Times New Roman" w:eastAsia="Times New Roman" w:hAnsi="Times New Roman"/>
          <w:color w:val="000000"/>
          <w:sz w:val="24"/>
          <w:lang w:val="ru-RU"/>
        </w:rPr>
        <w:t>Метание малого мяча с места в вертикальную неподвижную мишень; метание малого мяча на дальность с трёх шагов разбега.</w:t>
      </w:r>
    </w:p>
    <w:p w:rsidR="00E05722" w:rsidRPr="00FD48C4" w:rsidRDefault="00A67AF6">
      <w:pPr>
        <w:autoSpaceDE w:val="0"/>
        <w:autoSpaceDN w:val="0"/>
        <w:spacing w:before="70" w:after="0"/>
        <w:ind w:right="288" w:firstLine="180"/>
        <w:rPr>
          <w:lang w:val="ru-RU"/>
        </w:rPr>
      </w:pPr>
      <w:r w:rsidRPr="00FD48C4">
        <w:rPr>
          <w:rFonts w:ascii="Times New Roman" w:eastAsia="Times New Roman" w:hAnsi="Times New Roman"/>
          <w:i/>
          <w:color w:val="000000"/>
          <w:sz w:val="24"/>
          <w:lang w:val="ru-RU"/>
        </w:rPr>
        <w:t>Модуль «Зимние виды спорта»</w:t>
      </w:r>
      <w:r w:rsidRPr="00FD48C4">
        <w:rPr>
          <w:rFonts w:ascii="Times New Roman" w:eastAsia="Times New Roman" w:hAnsi="Times New Roman"/>
          <w:color w:val="000000"/>
          <w:sz w:val="24"/>
          <w:lang w:val="ru-RU"/>
        </w:rPr>
        <w:t xml:space="preserve">. Передвижение на лыжах попеременным </w:t>
      </w:r>
      <w:proofErr w:type="spellStart"/>
      <w:r w:rsidRPr="00FD48C4">
        <w:rPr>
          <w:rFonts w:ascii="Times New Roman" w:eastAsia="Times New Roman" w:hAnsi="Times New Roman"/>
          <w:color w:val="000000"/>
          <w:sz w:val="24"/>
          <w:lang w:val="ru-RU"/>
        </w:rPr>
        <w:t>двухшажным</w:t>
      </w:r>
      <w:proofErr w:type="spellEnd"/>
      <w:r w:rsidRPr="00FD48C4">
        <w:rPr>
          <w:rFonts w:ascii="Times New Roman" w:eastAsia="Times New Roman" w:hAnsi="Times New Roman"/>
          <w:color w:val="000000"/>
          <w:sz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05722" w:rsidRPr="00FD48C4" w:rsidRDefault="00E05722">
      <w:pPr>
        <w:rPr>
          <w:lang w:val="ru-RU"/>
        </w:rPr>
        <w:sectPr w:rsidR="00E05722" w:rsidRPr="00FD48C4">
          <w:pgSz w:w="11900" w:h="16840"/>
          <w:pgMar w:top="298" w:right="650" w:bottom="290" w:left="666" w:header="720" w:footer="720" w:gutter="0"/>
          <w:cols w:space="720" w:equalWidth="0">
            <w:col w:w="10584" w:space="0"/>
          </w:cols>
          <w:docGrid w:linePitch="360"/>
        </w:sectPr>
      </w:pPr>
    </w:p>
    <w:p w:rsidR="00E05722" w:rsidRPr="00FD48C4" w:rsidRDefault="00E05722">
      <w:pPr>
        <w:autoSpaceDE w:val="0"/>
        <w:autoSpaceDN w:val="0"/>
        <w:spacing w:after="96" w:line="220" w:lineRule="exact"/>
        <w:rPr>
          <w:lang w:val="ru-RU"/>
        </w:rPr>
      </w:pPr>
    </w:p>
    <w:p w:rsidR="00E05722" w:rsidRPr="00FD48C4" w:rsidRDefault="00A67AF6">
      <w:pPr>
        <w:autoSpaceDE w:val="0"/>
        <w:autoSpaceDN w:val="0"/>
        <w:spacing w:after="0" w:line="230" w:lineRule="auto"/>
        <w:ind w:left="180"/>
        <w:rPr>
          <w:lang w:val="ru-RU"/>
        </w:rPr>
      </w:pPr>
      <w:r w:rsidRPr="00FD48C4">
        <w:rPr>
          <w:rFonts w:ascii="Times New Roman" w:eastAsia="Times New Roman" w:hAnsi="Times New Roman"/>
          <w:i/>
          <w:color w:val="000000"/>
          <w:sz w:val="24"/>
          <w:lang w:val="ru-RU"/>
        </w:rPr>
        <w:t>Модуль «Спортивные игры»</w:t>
      </w:r>
      <w:r w:rsidRPr="00FD48C4">
        <w:rPr>
          <w:rFonts w:ascii="Times New Roman" w:eastAsia="Times New Roman" w:hAnsi="Times New Roman"/>
          <w:color w:val="000000"/>
          <w:sz w:val="24"/>
          <w:lang w:val="ru-RU"/>
        </w:rPr>
        <w:t>.</w:t>
      </w:r>
    </w:p>
    <w:p w:rsidR="00E05722" w:rsidRPr="00FD48C4" w:rsidRDefault="00A67AF6">
      <w:pPr>
        <w:autoSpaceDE w:val="0"/>
        <w:autoSpaceDN w:val="0"/>
        <w:spacing w:before="70" w:after="0" w:line="271" w:lineRule="auto"/>
        <w:ind w:firstLine="180"/>
        <w:rPr>
          <w:lang w:val="ru-RU"/>
        </w:rPr>
      </w:pPr>
      <w:r w:rsidRPr="00FD48C4">
        <w:rPr>
          <w:rFonts w:ascii="Times New Roman" w:eastAsia="Times New Roman" w:hAnsi="Times New Roman"/>
          <w:color w:val="000000"/>
          <w:sz w:val="24"/>
          <w:u w:val="single"/>
          <w:lang w:val="ru-RU"/>
        </w:rPr>
        <w:t>Баскетбол</w:t>
      </w:r>
      <w:r w:rsidRPr="00FD48C4">
        <w:rPr>
          <w:rFonts w:ascii="Times New Roman" w:eastAsia="Times New Roman" w:hAnsi="Times New Roman"/>
          <w:color w:val="000000"/>
          <w:sz w:val="24"/>
          <w:lang w:val="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05722" w:rsidRPr="00FD48C4" w:rsidRDefault="00A67AF6">
      <w:pPr>
        <w:tabs>
          <w:tab w:val="left" w:pos="180"/>
        </w:tabs>
        <w:autoSpaceDE w:val="0"/>
        <w:autoSpaceDN w:val="0"/>
        <w:spacing w:before="70" w:after="0" w:line="262" w:lineRule="auto"/>
        <w:ind w:right="432"/>
        <w:rPr>
          <w:lang w:val="ru-RU"/>
        </w:rPr>
      </w:pPr>
      <w:r w:rsidRPr="00FD48C4">
        <w:rPr>
          <w:lang w:val="ru-RU"/>
        </w:rPr>
        <w:tab/>
      </w:r>
      <w:r w:rsidRPr="00FD48C4">
        <w:rPr>
          <w:rFonts w:ascii="Times New Roman" w:eastAsia="Times New Roman" w:hAnsi="Times New Roman"/>
          <w:color w:val="000000"/>
          <w:sz w:val="24"/>
          <w:u w:val="single"/>
          <w:lang w:val="ru-RU"/>
        </w:rPr>
        <w:t>Волейбол.</w:t>
      </w:r>
      <w:r w:rsidRPr="00FD48C4">
        <w:rPr>
          <w:rFonts w:ascii="Times New Roman" w:eastAsia="Times New Roman" w:hAnsi="Times New Roman"/>
          <w:color w:val="000000"/>
          <w:sz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E05722" w:rsidRPr="00FD48C4" w:rsidRDefault="00A67AF6">
      <w:pPr>
        <w:autoSpaceDE w:val="0"/>
        <w:autoSpaceDN w:val="0"/>
        <w:spacing w:before="70" w:after="0" w:line="271" w:lineRule="auto"/>
        <w:ind w:firstLine="180"/>
        <w:rPr>
          <w:lang w:val="ru-RU"/>
        </w:rPr>
      </w:pPr>
      <w:r w:rsidRPr="00FD48C4">
        <w:rPr>
          <w:rFonts w:ascii="Times New Roman" w:eastAsia="Times New Roman" w:hAnsi="Times New Roman"/>
          <w:color w:val="000000"/>
          <w:sz w:val="24"/>
          <w:u w:val="single"/>
          <w:lang w:val="ru-RU"/>
        </w:rPr>
        <w:t>Футбол.</w:t>
      </w:r>
      <w:r w:rsidRPr="00FD48C4">
        <w:rPr>
          <w:rFonts w:ascii="Times New Roman" w:eastAsia="Times New Roman" w:hAnsi="Times New Roman"/>
          <w:color w:val="000000"/>
          <w:sz w:val="24"/>
          <w:lang w:val="ru-RU"/>
        </w:rPr>
        <w:t xml:space="preserve"> </w:t>
      </w:r>
      <w:proofErr w:type="gramStart"/>
      <w:r w:rsidRPr="00FD48C4">
        <w:rPr>
          <w:rFonts w:ascii="Times New Roman" w:eastAsia="Times New Roman" w:hAnsi="Times New Roman"/>
          <w:color w:val="000000"/>
          <w:sz w:val="24"/>
          <w:lang w:val="ru-RU"/>
        </w:rPr>
        <w:t>Удар по неподвижному мячу внутренней стороной стопы с небольшого разбега; остановка катящегося мяча способом «</w:t>
      </w:r>
      <w:proofErr w:type="spellStart"/>
      <w:r w:rsidRPr="00FD48C4">
        <w:rPr>
          <w:rFonts w:ascii="Times New Roman" w:eastAsia="Times New Roman" w:hAnsi="Times New Roman"/>
          <w:color w:val="000000"/>
          <w:sz w:val="24"/>
          <w:lang w:val="ru-RU"/>
        </w:rPr>
        <w:t>наступания</w:t>
      </w:r>
      <w:proofErr w:type="spellEnd"/>
      <w:r w:rsidRPr="00FD48C4">
        <w:rPr>
          <w:rFonts w:ascii="Times New Roman" w:eastAsia="Times New Roman" w:hAnsi="Times New Roman"/>
          <w:color w:val="000000"/>
          <w:sz w:val="24"/>
          <w:lang w:val="ru-RU"/>
        </w:rPr>
        <w:t>»; ведение мяча «по прямой», «по кругу» и «змейкой»; обводка мячом ориентиров (конусов).</w:t>
      </w:r>
      <w:proofErr w:type="gramEnd"/>
    </w:p>
    <w:p w:rsidR="00E05722" w:rsidRPr="00FD48C4" w:rsidRDefault="00A67AF6">
      <w:pPr>
        <w:tabs>
          <w:tab w:val="left" w:pos="180"/>
        </w:tabs>
        <w:autoSpaceDE w:val="0"/>
        <w:autoSpaceDN w:val="0"/>
        <w:spacing w:before="70" w:after="0" w:line="262" w:lineRule="auto"/>
        <w:ind w:right="432"/>
        <w:rPr>
          <w:lang w:val="ru-RU"/>
        </w:rPr>
      </w:pPr>
      <w:r w:rsidRPr="00FD48C4">
        <w:rPr>
          <w:lang w:val="ru-RU"/>
        </w:rPr>
        <w:tab/>
      </w:r>
      <w:r w:rsidRPr="00FD48C4">
        <w:rPr>
          <w:rFonts w:ascii="Times New Roman" w:eastAsia="Times New Roman" w:hAnsi="Times New Roman"/>
          <w:color w:val="000000"/>
          <w:sz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05722" w:rsidRPr="00FD48C4" w:rsidRDefault="00A67AF6">
      <w:pPr>
        <w:autoSpaceDE w:val="0"/>
        <w:autoSpaceDN w:val="0"/>
        <w:spacing w:before="72" w:after="0" w:line="271" w:lineRule="auto"/>
        <w:ind w:right="288" w:firstLine="180"/>
        <w:rPr>
          <w:lang w:val="ru-RU"/>
        </w:rPr>
      </w:pPr>
      <w:r w:rsidRPr="00FD48C4">
        <w:rPr>
          <w:rFonts w:ascii="Times New Roman" w:eastAsia="Times New Roman" w:hAnsi="Times New Roman"/>
          <w:i/>
          <w:color w:val="000000"/>
          <w:sz w:val="24"/>
          <w:lang w:val="ru-RU"/>
        </w:rPr>
        <w:t>Модуль «Спорт»</w:t>
      </w:r>
      <w:r w:rsidRPr="00FD48C4">
        <w:rPr>
          <w:rFonts w:ascii="Times New Roman" w:eastAsia="Times New Roman" w:hAnsi="Times New Roman"/>
          <w:color w:val="000000"/>
          <w:sz w:val="24"/>
          <w:lang w:val="ru-RU"/>
        </w:rPr>
        <w:t xml:space="preserve">. Физическая подготовка к выполнению нормативов комплекса ГТО с </w:t>
      </w:r>
      <w:r w:rsidRPr="00FD48C4">
        <w:rPr>
          <w:lang w:val="ru-RU"/>
        </w:rPr>
        <w:br/>
      </w:r>
      <w:r w:rsidRPr="00FD48C4">
        <w:rPr>
          <w:rFonts w:ascii="Times New Roman" w:eastAsia="Times New Roman" w:hAnsi="Times New Roman"/>
          <w:color w:val="000000"/>
          <w:sz w:val="24"/>
          <w:lang w:val="ru-RU"/>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05722" w:rsidRPr="00FD48C4" w:rsidRDefault="00E05722">
      <w:pPr>
        <w:rPr>
          <w:lang w:val="ru-RU"/>
        </w:rPr>
        <w:sectPr w:rsidR="00E05722" w:rsidRPr="00FD48C4">
          <w:pgSz w:w="11900" w:h="16840"/>
          <w:pgMar w:top="316" w:right="728" w:bottom="1440" w:left="666" w:header="720" w:footer="720" w:gutter="0"/>
          <w:cols w:space="720" w:equalWidth="0">
            <w:col w:w="10506" w:space="0"/>
          </w:cols>
          <w:docGrid w:linePitch="360"/>
        </w:sectPr>
      </w:pPr>
    </w:p>
    <w:p w:rsidR="00E05722" w:rsidRPr="00FD48C4" w:rsidRDefault="00E05722">
      <w:pPr>
        <w:autoSpaceDE w:val="0"/>
        <w:autoSpaceDN w:val="0"/>
        <w:spacing w:after="78" w:line="220" w:lineRule="exact"/>
        <w:rPr>
          <w:lang w:val="ru-RU"/>
        </w:rPr>
      </w:pPr>
    </w:p>
    <w:p w:rsidR="00E05722" w:rsidRPr="00FD48C4" w:rsidRDefault="00A67AF6">
      <w:pPr>
        <w:autoSpaceDE w:val="0"/>
        <w:autoSpaceDN w:val="0"/>
        <w:spacing w:after="0" w:line="230" w:lineRule="auto"/>
        <w:rPr>
          <w:lang w:val="ru-RU"/>
        </w:rPr>
      </w:pPr>
      <w:r w:rsidRPr="00FD48C4">
        <w:rPr>
          <w:rFonts w:ascii="Times New Roman" w:eastAsia="Times New Roman" w:hAnsi="Times New Roman"/>
          <w:b/>
          <w:color w:val="000000"/>
          <w:sz w:val="24"/>
          <w:lang w:val="ru-RU"/>
        </w:rPr>
        <w:t>ПЛАНИРУЕМЫЕ ОБРАЗОВАТЕЛЬНЫЕ РЕЗУЛЬТАТЫ</w:t>
      </w:r>
    </w:p>
    <w:p w:rsidR="00E05722" w:rsidRPr="00FD48C4" w:rsidRDefault="00A67AF6">
      <w:pPr>
        <w:autoSpaceDE w:val="0"/>
        <w:autoSpaceDN w:val="0"/>
        <w:spacing w:before="346" w:after="0" w:line="230" w:lineRule="auto"/>
        <w:ind w:left="180"/>
        <w:rPr>
          <w:lang w:val="ru-RU"/>
        </w:rPr>
      </w:pPr>
      <w:r w:rsidRPr="00FD48C4">
        <w:rPr>
          <w:rFonts w:ascii="Times New Roman" w:eastAsia="Times New Roman" w:hAnsi="Times New Roman"/>
          <w:b/>
          <w:color w:val="000000"/>
          <w:sz w:val="24"/>
          <w:lang w:val="ru-RU"/>
        </w:rPr>
        <w:t>ЛИЧНОСТНЫЕ РЕЗУЛЬТАТЫ</w:t>
      </w:r>
    </w:p>
    <w:p w:rsidR="00E05722" w:rsidRPr="00FD48C4" w:rsidRDefault="00A67AF6">
      <w:pPr>
        <w:tabs>
          <w:tab w:val="left" w:pos="180"/>
        </w:tabs>
        <w:autoSpaceDE w:val="0"/>
        <w:autoSpaceDN w:val="0"/>
        <w:spacing w:before="190" w:after="0" w:line="290" w:lineRule="auto"/>
        <w:rPr>
          <w:lang w:val="ru-RU"/>
        </w:rPr>
      </w:pPr>
      <w:r w:rsidRPr="00FD48C4">
        <w:rPr>
          <w:lang w:val="ru-RU"/>
        </w:rPr>
        <w:tab/>
      </w:r>
      <w:r w:rsidRPr="00FD48C4">
        <w:rPr>
          <w:rFonts w:ascii="Times New Roman" w:eastAsia="Times New Roman" w:hAnsi="Times New Roman"/>
          <w:color w:val="000000"/>
          <w:sz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стремление к физическому совершенствованию, формированию культуры движения и </w:t>
      </w:r>
      <w:r w:rsidRPr="00FD48C4">
        <w:rPr>
          <w:lang w:val="ru-RU"/>
        </w:rPr>
        <w:br/>
      </w:r>
      <w:r w:rsidRPr="00FD48C4">
        <w:rPr>
          <w:rFonts w:ascii="Times New Roman" w:eastAsia="Times New Roman" w:hAnsi="Times New Roman"/>
          <w:color w:val="000000"/>
          <w:sz w:val="24"/>
          <w:lang w:val="ru-RU"/>
        </w:rPr>
        <w:t xml:space="preserve">телосложения, самовыражению в избранном виде спорта;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FD48C4">
        <w:rPr>
          <w:lang w:val="ru-RU"/>
        </w:rPr>
        <w:tab/>
      </w:r>
      <w:r w:rsidRPr="00FD48C4">
        <w:rPr>
          <w:rFonts w:ascii="Times New Roman" w:eastAsia="Times New Roman" w:hAnsi="Times New Roman"/>
          <w:color w:val="000000"/>
          <w:sz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proofErr w:type="gramStart"/>
      <w:r w:rsidRPr="00FD48C4">
        <w:rPr>
          <w:rFonts w:ascii="Times New Roman" w:eastAsia="Times New Roman" w:hAnsi="Times New Roman"/>
          <w:color w:val="000000"/>
          <w:sz w:val="24"/>
          <w:lang w:val="ru-RU"/>
        </w:rPr>
        <w:t>физичес</w:t>
      </w:r>
      <w:proofErr w:type="spellEnd"/>
      <w:r w:rsidRPr="00FD48C4">
        <w:rPr>
          <w:rFonts w:ascii="Times New Roman" w:eastAsia="Times New Roman" w:hAnsi="Times New Roman"/>
          <w:color w:val="000000"/>
          <w:sz w:val="24"/>
          <w:lang w:val="ru-RU"/>
        </w:rPr>
        <w:t>​</w:t>
      </w:r>
      <w:proofErr w:type="spellStart"/>
      <w:r w:rsidRPr="00FD48C4">
        <w:rPr>
          <w:rFonts w:ascii="Times New Roman" w:eastAsia="Times New Roman" w:hAnsi="Times New Roman"/>
          <w:color w:val="000000"/>
          <w:sz w:val="24"/>
          <w:lang w:val="ru-RU"/>
        </w:rPr>
        <w:t>ких</w:t>
      </w:r>
      <w:proofErr w:type="spellEnd"/>
      <w:proofErr w:type="gramEnd"/>
      <w:r w:rsidRPr="00FD48C4">
        <w:rPr>
          <w:rFonts w:ascii="Times New Roman" w:eastAsia="Times New Roman" w:hAnsi="Times New Roman"/>
          <w:color w:val="000000"/>
          <w:sz w:val="24"/>
          <w:lang w:val="ru-RU"/>
        </w:rPr>
        <w:t xml:space="preserve"> нагрузок;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FD48C4">
        <w:rPr>
          <w:lang w:val="ru-RU"/>
        </w:rPr>
        <w:tab/>
      </w:r>
      <w:r w:rsidRPr="00FD48C4">
        <w:rPr>
          <w:rFonts w:ascii="Times New Roman" w:eastAsia="Times New Roman" w:hAnsi="Times New Roman"/>
          <w:color w:val="000000"/>
          <w:sz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FD48C4">
        <w:rPr>
          <w:lang w:val="ru-RU"/>
        </w:rPr>
        <w:br/>
      </w:r>
      <w:r w:rsidRPr="00FD48C4">
        <w:rPr>
          <w:rFonts w:ascii="Times New Roman" w:eastAsia="Times New Roman" w:hAnsi="Times New Roman"/>
          <w:color w:val="000000"/>
          <w:sz w:val="24"/>
          <w:lang w:val="ru-RU"/>
        </w:rPr>
        <w:t>деятельности, общении со сверстниками, публичных выступлениях и дискуссиях.</w:t>
      </w:r>
    </w:p>
    <w:p w:rsidR="00E05722" w:rsidRPr="00FD48C4" w:rsidRDefault="00A67AF6">
      <w:pPr>
        <w:autoSpaceDE w:val="0"/>
        <w:autoSpaceDN w:val="0"/>
        <w:spacing w:before="190" w:after="0" w:line="230" w:lineRule="auto"/>
        <w:ind w:left="180"/>
        <w:rPr>
          <w:lang w:val="ru-RU"/>
        </w:rPr>
      </w:pPr>
      <w:r w:rsidRPr="00FD48C4">
        <w:rPr>
          <w:rFonts w:ascii="Times New Roman" w:eastAsia="Times New Roman" w:hAnsi="Times New Roman"/>
          <w:b/>
          <w:color w:val="000000"/>
          <w:sz w:val="24"/>
          <w:lang w:val="ru-RU"/>
        </w:rPr>
        <w:t>МЕТАПРЕДМЕТНЫЕ РЕЗУЛЬТАТЫ</w:t>
      </w:r>
    </w:p>
    <w:p w:rsidR="00E05722" w:rsidRPr="00FD48C4" w:rsidRDefault="00A67AF6">
      <w:pPr>
        <w:tabs>
          <w:tab w:val="left" w:pos="180"/>
        </w:tabs>
        <w:autoSpaceDE w:val="0"/>
        <w:autoSpaceDN w:val="0"/>
        <w:spacing w:before="190" w:after="0" w:line="281" w:lineRule="auto"/>
        <w:ind w:right="144"/>
        <w:rPr>
          <w:lang w:val="ru-RU"/>
        </w:rPr>
      </w:pPr>
      <w:r w:rsidRPr="00FD48C4">
        <w:rPr>
          <w:lang w:val="ru-RU"/>
        </w:rPr>
        <w:tab/>
      </w:r>
      <w:r w:rsidRPr="00FD48C4">
        <w:rPr>
          <w:rFonts w:ascii="Times New Roman" w:eastAsia="Times New Roman" w:hAnsi="Times New Roman"/>
          <w:b/>
          <w:i/>
          <w:color w:val="000000"/>
          <w:sz w:val="24"/>
          <w:lang w:val="ru-RU"/>
        </w:rPr>
        <w:t xml:space="preserve">Универсальные познавательные действия: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FD48C4">
        <w:rPr>
          <w:lang w:val="ru-RU"/>
        </w:rPr>
        <w:br/>
      </w:r>
      <w:r w:rsidRPr="00FD48C4">
        <w:rPr>
          <w:lang w:val="ru-RU"/>
        </w:rPr>
        <w:tab/>
      </w:r>
      <w:r w:rsidRPr="00FD48C4">
        <w:rPr>
          <w:rFonts w:ascii="Times New Roman" w:eastAsia="Times New Roman" w:hAnsi="Times New Roman"/>
          <w:color w:val="000000"/>
          <w:sz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05722" w:rsidRPr="00FD48C4" w:rsidRDefault="00E05722">
      <w:pPr>
        <w:rPr>
          <w:lang w:val="ru-RU"/>
        </w:rPr>
        <w:sectPr w:rsidR="00E05722" w:rsidRPr="00FD48C4">
          <w:pgSz w:w="11900" w:h="16840"/>
          <w:pgMar w:top="298" w:right="644" w:bottom="444" w:left="666" w:header="720" w:footer="720" w:gutter="0"/>
          <w:cols w:space="720" w:equalWidth="0">
            <w:col w:w="10590" w:space="0"/>
          </w:cols>
          <w:docGrid w:linePitch="360"/>
        </w:sectPr>
      </w:pPr>
    </w:p>
    <w:p w:rsidR="00E05722" w:rsidRPr="00FD48C4" w:rsidRDefault="00E05722">
      <w:pPr>
        <w:autoSpaceDE w:val="0"/>
        <w:autoSpaceDN w:val="0"/>
        <w:spacing w:after="78" w:line="220" w:lineRule="exact"/>
        <w:rPr>
          <w:lang w:val="ru-RU"/>
        </w:rPr>
      </w:pPr>
    </w:p>
    <w:p w:rsidR="00E05722" w:rsidRPr="00FD48C4" w:rsidRDefault="00A67AF6">
      <w:pPr>
        <w:tabs>
          <w:tab w:val="left" w:pos="180"/>
        </w:tabs>
        <w:autoSpaceDE w:val="0"/>
        <w:autoSpaceDN w:val="0"/>
        <w:spacing w:after="0" w:line="288" w:lineRule="auto"/>
        <w:ind w:right="288"/>
        <w:rPr>
          <w:lang w:val="ru-RU"/>
        </w:rPr>
      </w:pPr>
      <w:r w:rsidRPr="00FD48C4">
        <w:rPr>
          <w:lang w:val="ru-RU"/>
        </w:rPr>
        <w:tab/>
      </w:r>
      <w:proofErr w:type="gramStart"/>
      <w:r w:rsidRPr="00FD48C4">
        <w:rPr>
          <w:rFonts w:ascii="Times New Roman" w:eastAsia="Times New Roman" w:hAnsi="Times New Roman"/>
          <w:color w:val="000000"/>
          <w:sz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FD48C4">
        <w:rPr>
          <w:lang w:val="ru-RU"/>
        </w:rPr>
        <w:br/>
      </w:r>
      <w:r w:rsidRPr="00FD48C4">
        <w:rPr>
          <w:lang w:val="ru-RU"/>
        </w:rPr>
        <w:tab/>
      </w:r>
      <w:r w:rsidRPr="00FD48C4">
        <w:rPr>
          <w:rFonts w:ascii="Times New Roman" w:eastAsia="Times New Roman" w:hAnsi="Times New Roman"/>
          <w:color w:val="000000"/>
          <w:sz w:val="24"/>
          <w:lang w:val="ru-RU"/>
        </w:rPr>
        <w:t>устанавливать причинно-следственную связь между планированием режима дня и изменениями показателей работоспособности;</w:t>
      </w:r>
      <w:proofErr w:type="gramEnd"/>
      <w:r w:rsidRPr="00FD48C4">
        <w:rPr>
          <w:rFonts w:ascii="Times New Roman" w:eastAsia="Times New Roman" w:hAnsi="Times New Roman"/>
          <w:color w:val="000000"/>
          <w:sz w:val="24"/>
          <w:lang w:val="ru-RU"/>
        </w:rPr>
        <w:t xml:space="preserve">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FD48C4">
        <w:rPr>
          <w:lang w:val="ru-RU"/>
        </w:rPr>
        <w:br/>
      </w:r>
      <w:r w:rsidRPr="00FD48C4">
        <w:rPr>
          <w:lang w:val="ru-RU"/>
        </w:rPr>
        <w:tab/>
      </w:r>
      <w:r w:rsidRPr="00FD48C4">
        <w:rPr>
          <w:rFonts w:ascii="Times New Roman" w:eastAsia="Times New Roman" w:hAnsi="Times New Roman"/>
          <w:color w:val="000000"/>
          <w:sz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E05722" w:rsidRPr="00FD48C4" w:rsidRDefault="00A67AF6">
      <w:pPr>
        <w:tabs>
          <w:tab w:val="left" w:pos="180"/>
        </w:tabs>
        <w:autoSpaceDE w:val="0"/>
        <w:autoSpaceDN w:val="0"/>
        <w:spacing w:before="70" w:after="0" w:line="288" w:lineRule="auto"/>
        <w:rPr>
          <w:lang w:val="ru-RU"/>
        </w:rPr>
      </w:pPr>
      <w:r w:rsidRPr="00FD48C4">
        <w:rPr>
          <w:lang w:val="ru-RU"/>
        </w:rPr>
        <w:tab/>
      </w:r>
      <w:proofErr w:type="gramStart"/>
      <w:r w:rsidRPr="00FD48C4">
        <w:rPr>
          <w:rFonts w:ascii="Times New Roman" w:eastAsia="Times New Roman" w:hAnsi="Times New Roman"/>
          <w:b/>
          <w:i/>
          <w:color w:val="000000"/>
          <w:sz w:val="24"/>
          <w:lang w:val="ru-RU"/>
        </w:rPr>
        <w:t xml:space="preserve">Универсальные коммуникативные действия: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FD48C4">
        <w:rPr>
          <w:lang w:val="ru-RU"/>
        </w:rPr>
        <w:br/>
      </w:r>
      <w:r w:rsidRPr="00FD48C4">
        <w:rPr>
          <w:lang w:val="ru-RU"/>
        </w:rPr>
        <w:tab/>
      </w:r>
      <w:r w:rsidRPr="00FD48C4">
        <w:rPr>
          <w:rFonts w:ascii="Times New Roman" w:eastAsia="Times New Roman" w:hAnsi="Times New Roman"/>
          <w:color w:val="000000"/>
          <w:sz w:val="24"/>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roofErr w:type="gramEnd"/>
      <w:r w:rsidRPr="00FD48C4">
        <w:rPr>
          <w:rFonts w:ascii="Times New Roman" w:eastAsia="Times New Roman" w:hAnsi="Times New Roman"/>
          <w:color w:val="000000"/>
          <w:sz w:val="24"/>
          <w:lang w:val="ru-RU"/>
        </w:rPr>
        <w:t xml:space="preserve">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FD48C4">
        <w:rPr>
          <w:lang w:val="ru-RU"/>
        </w:rPr>
        <w:tab/>
      </w:r>
      <w:r w:rsidRPr="00FD48C4">
        <w:rPr>
          <w:rFonts w:ascii="Times New Roman" w:eastAsia="Times New Roman" w:hAnsi="Times New Roman"/>
          <w:color w:val="000000"/>
          <w:sz w:val="24"/>
          <w:lang w:val="ru-RU"/>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FD48C4">
        <w:rPr>
          <w:lang w:val="ru-RU"/>
        </w:rPr>
        <w:br/>
      </w:r>
      <w:r w:rsidRPr="00FD48C4">
        <w:rPr>
          <w:lang w:val="ru-RU"/>
        </w:rPr>
        <w:tab/>
      </w:r>
      <w:r w:rsidRPr="00FD48C4">
        <w:rPr>
          <w:rFonts w:ascii="Times New Roman" w:eastAsia="Times New Roman" w:hAnsi="Times New Roman"/>
          <w:color w:val="000000"/>
          <w:sz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E05722" w:rsidRPr="00FD48C4" w:rsidRDefault="00A67AF6">
      <w:pPr>
        <w:tabs>
          <w:tab w:val="left" w:pos="180"/>
        </w:tabs>
        <w:autoSpaceDE w:val="0"/>
        <w:autoSpaceDN w:val="0"/>
        <w:spacing w:before="72" w:after="0" w:line="288" w:lineRule="auto"/>
        <w:rPr>
          <w:lang w:val="ru-RU"/>
        </w:rPr>
      </w:pPr>
      <w:r w:rsidRPr="00FD48C4">
        <w:rPr>
          <w:lang w:val="ru-RU"/>
        </w:rPr>
        <w:tab/>
      </w:r>
      <w:r w:rsidRPr="00FD48C4">
        <w:rPr>
          <w:rFonts w:ascii="Times New Roman" w:eastAsia="Times New Roman" w:hAnsi="Times New Roman"/>
          <w:b/>
          <w:i/>
          <w:color w:val="000000"/>
          <w:sz w:val="24"/>
          <w:lang w:val="ru-RU"/>
        </w:rPr>
        <w:t xml:space="preserve">Универсальные учебные регулятивные действия: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составлять и выполнять индивидуальные комплексы физических упражнений с разной </w:t>
      </w:r>
      <w:r w:rsidRPr="00FD48C4">
        <w:rPr>
          <w:lang w:val="ru-RU"/>
        </w:rPr>
        <w:br/>
      </w:r>
      <w:r w:rsidRPr="00FD48C4">
        <w:rPr>
          <w:rFonts w:ascii="Times New Roman" w:eastAsia="Times New Roman" w:hAnsi="Times New Roman"/>
          <w:color w:val="000000"/>
          <w:sz w:val="24"/>
          <w:lang w:val="ru-RU"/>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sidRPr="00FD48C4">
        <w:rPr>
          <w:lang w:val="ru-RU"/>
        </w:rPr>
        <w:tab/>
      </w:r>
      <w:r w:rsidRPr="00FD48C4">
        <w:rPr>
          <w:rFonts w:ascii="Times New Roman" w:eastAsia="Times New Roman" w:hAnsi="Times New Roman"/>
          <w:color w:val="000000"/>
          <w:sz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r w:rsidRPr="00FD48C4">
        <w:rPr>
          <w:lang w:val="ru-RU"/>
        </w:rPr>
        <w:br/>
      </w:r>
      <w:r w:rsidRPr="00FD48C4">
        <w:rPr>
          <w:lang w:val="ru-RU"/>
        </w:rPr>
        <w:tab/>
      </w:r>
      <w:r w:rsidRPr="00FD48C4">
        <w:rPr>
          <w:rFonts w:ascii="Times New Roman" w:eastAsia="Times New Roman" w:hAnsi="Times New Roman"/>
          <w:color w:val="000000"/>
          <w:sz w:val="24"/>
          <w:lang w:val="ru-RU"/>
        </w:rPr>
        <w:t>организовывать оказание первой помощи при травмах и ушибах во время самостоятельных занятий</w:t>
      </w:r>
    </w:p>
    <w:p w:rsidR="00E05722" w:rsidRPr="00FD48C4" w:rsidRDefault="00E05722">
      <w:pPr>
        <w:rPr>
          <w:lang w:val="ru-RU"/>
        </w:rPr>
        <w:sectPr w:rsidR="00E05722" w:rsidRPr="00FD48C4">
          <w:pgSz w:w="11900" w:h="16840"/>
          <w:pgMar w:top="298" w:right="732" w:bottom="428" w:left="666" w:header="720" w:footer="720" w:gutter="0"/>
          <w:cols w:space="720" w:equalWidth="0">
            <w:col w:w="10502" w:space="0"/>
          </w:cols>
          <w:docGrid w:linePitch="360"/>
        </w:sectPr>
      </w:pPr>
    </w:p>
    <w:p w:rsidR="00E05722" w:rsidRPr="00FD48C4" w:rsidRDefault="00E05722">
      <w:pPr>
        <w:autoSpaceDE w:val="0"/>
        <w:autoSpaceDN w:val="0"/>
        <w:spacing w:after="66" w:line="220" w:lineRule="exact"/>
        <w:rPr>
          <w:lang w:val="ru-RU"/>
        </w:rPr>
      </w:pPr>
    </w:p>
    <w:p w:rsidR="00E05722" w:rsidRPr="00FD48C4" w:rsidRDefault="00A67AF6">
      <w:pPr>
        <w:autoSpaceDE w:val="0"/>
        <w:autoSpaceDN w:val="0"/>
        <w:spacing w:after="0" w:line="262" w:lineRule="auto"/>
        <w:rPr>
          <w:lang w:val="ru-RU"/>
        </w:rPr>
      </w:pPr>
      <w:r w:rsidRPr="00FD48C4">
        <w:rPr>
          <w:rFonts w:ascii="Times New Roman" w:eastAsia="Times New Roman" w:hAnsi="Times New Roman"/>
          <w:color w:val="000000"/>
          <w:sz w:val="24"/>
          <w:lang w:val="ru-RU"/>
        </w:rPr>
        <w:t>физической культурой и спортом, применять способы и приёмы помощи в зависимости от характера и признаков полученной травмы.</w:t>
      </w:r>
    </w:p>
    <w:p w:rsidR="00E05722" w:rsidRPr="00FD48C4" w:rsidRDefault="00A67AF6">
      <w:pPr>
        <w:autoSpaceDE w:val="0"/>
        <w:autoSpaceDN w:val="0"/>
        <w:spacing w:before="190" w:after="0" w:line="230" w:lineRule="auto"/>
        <w:ind w:left="180"/>
        <w:rPr>
          <w:lang w:val="ru-RU"/>
        </w:rPr>
      </w:pPr>
      <w:r w:rsidRPr="00FD48C4">
        <w:rPr>
          <w:rFonts w:ascii="Times New Roman" w:eastAsia="Times New Roman" w:hAnsi="Times New Roman"/>
          <w:b/>
          <w:color w:val="000000"/>
          <w:sz w:val="24"/>
          <w:lang w:val="ru-RU"/>
        </w:rPr>
        <w:t>ПРЕДМЕТНЫЕ РЕЗУЛЬТАТЫ</w:t>
      </w:r>
    </w:p>
    <w:p w:rsidR="00E05722" w:rsidRPr="00FD48C4" w:rsidRDefault="00A67AF6">
      <w:pPr>
        <w:tabs>
          <w:tab w:val="left" w:pos="180"/>
        </w:tabs>
        <w:autoSpaceDE w:val="0"/>
        <w:autoSpaceDN w:val="0"/>
        <w:spacing w:before="190" w:after="0" w:line="290" w:lineRule="auto"/>
        <w:rPr>
          <w:lang w:val="ru-RU"/>
        </w:rPr>
      </w:pPr>
      <w:r w:rsidRPr="00FD48C4">
        <w:rPr>
          <w:lang w:val="ru-RU"/>
        </w:rPr>
        <w:tab/>
      </w:r>
      <w:proofErr w:type="gramStart"/>
      <w:r w:rsidRPr="00FD48C4">
        <w:rPr>
          <w:rFonts w:ascii="Times New Roman" w:eastAsia="Times New Roman" w:hAnsi="Times New Roman"/>
          <w:color w:val="000000"/>
          <w:sz w:val="24"/>
          <w:lang w:val="ru-RU"/>
        </w:rPr>
        <w:t xml:space="preserve">К концу обучения в 5 классе обучающийся научится: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FD48C4">
        <w:rPr>
          <w:lang w:val="ru-RU"/>
        </w:rPr>
        <w:br/>
      </w:r>
      <w:r w:rsidRPr="00FD48C4">
        <w:rPr>
          <w:lang w:val="ru-RU"/>
        </w:rPr>
        <w:tab/>
      </w:r>
      <w:r w:rsidRPr="00FD48C4">
        <w:rPr>
          <w:rFonts w:ascii="Times New Roman" w:eastAsia="Times New Roman" w:hAnsi="Times New Roman"/>
          <w:color w:val="000000"/>
          <w:sz w:val="24"/>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roofErr w:type="gramEnd"/>
      <w:r w:rsidRPr="00FD48C4">
        <w:rPr>
          <w:rFonts w:ascii="Times New Roman" w:eastAsia="Times New Roman" w:hAnsi="Times New Roman"/>
          <w:color w:val="000000"/>
          <w:sz w:val="24"/>
          <w:lang w:val="ru-RU"/>
        </w:rPr>
        <w:t xml:space="preserve"> </w:t>
      </w:r>
      <w:r w:rsidRPr="00FD48C4">
        <w:rPr>
          <w:lang w:val="ru-RU"/>
        </w:rPr>
        <w:br/>
      </w:r>
      <w:r w:rsidRPr="00FD48C4">
        <w:rPr>
          <w:lang w:val="ru-RU"/>
        </w:rPr>
        <w:tab/>
      </w:r>
      <w:proofErr w:type="gramStart"/>
      <w:r w:rsidRPr="00FD48C4">
        <w:rPr>
          <w:rFonts w:ascii="Times New Roman" w:eastAsia="Times New Roman" w:hAnsi="Times New Roman"/>
          <w:color w:val="000000"/>
          <w:sz w:val="24"/>
          <w:lang w:val="ru-RU"/>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FD48C4">
        <w:rPr>
          <w:lang w:val="ru-RU"/>
        </w:rPr>
        <w:br/>
      </w:r>
      <w:r w:rsidRPr="00FD48C4">
        <w:rPr>
          <w:lang w:val="ru-RU"/>
        </w:rPr>
        <w:tab/>
      </w:r>
      <w:r w:rsidRPr="00FD48C4">
        <w:rPr>
          <w:rFonts w:ascii="Times New Roman" w:eastAsia="Times New Roman" w:hAnsi="Times New Roman"/>
          <w:color w:val="000000"/>
          <w:sz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roofErr w:type="gramEnd"/>
      <w:r w:rsidRPr="00FD48C4">
        <w:rPr>
          <w:rFonts w:ascii="Times New Roman" w:eastAsia="Times New Roman" w:hAnsi="Times New Roman"/>
          <w:color w:val="000000"/>
          <w:sz w:val="24"/>
          <w:lang w:val="ru-RU"/>
        </w:rPr>
        <w:t xml:space="preserve"> </w:t>
      </w:r>
      <w:r w:rsidRPr="00FD48C4">
        <w:rPr>
          <w:lang w:val="ru-RU"/>
        </w:rPr>
        <w:br/>
      </w:r>
      <w:r w:rsidRPr="00FD48C4">
        <w:rPr>
          <w:lang w:val="ru-RU"/>
        </w:rPr>
        <w:tab/>
      </w:r>
      <w:r w:rsidRPr="00FD48C4">
        <w:rPr>
          <w:rFonts w:ascii="Times New Roman" w:eastAsia="Times New Roman" w:hAnsi="Times New Roman"/>
          <w:color w:val="000000"/>
          <w:sz w:val="24"/>
          <w:lang w:val="ru-RU"/>
        </w:rPr>
        <w:t>выполнять опорный прыжок с разбега способом «ноги врозь» (мальчики) и способом</w:t>
      </w:r>
      <w:r w:rsidRPr="00FD48C4">
        <w:rPr>
          <w:lang w:val="ru-RU"/>
        </w:rPr>
        <w:br/>
      </w:r>
      <w:r w:rsidRPr="00FD48C4">
        <w:rPr>
          <w:rFonts w:ascii="Times New Roman" w:eastAsia="Times New Roman" w:hAnsi="Times New Roman"/>
          <w:color w:val="000000"/>
          <w:sz w:val="24"/>
          <w:lang w:val="ru-RU"/>
        </w:rPr>
        <w:t>«</w:t>
      </w:r>
      <w:proofErr w:type="spellStart"/>
      <w:r w:rsidRPr="00FD48C4">
        <w:rPr>
          <w:rFonts w:ascii="Times New Roman" w:eastAsia="Times New Roman" w:hAnsi="Times New Roman"/>
          <w:color w:val="000000"/>
          <w:sz w:val="24"/>
          <w:lang w:val="ru-RU"/>
        </w:rPr>
        <w:t>напрыгивания</w:t>
      </w:r>
      <w:proofErr w:type="spellEnd"/>
      <w:r w:rsidRPr="00FD48C4">
        <w:rPr>
          <w:rFonts w:ascii="Times New Roman" w:eastAsia="Times New Roman" w:hAnsi="Times New Roman"/>
          <w:color w:val="000000"/>
          <w:sz w:val="24"/>
          <w:lang w:val="ru-RU"/>
        </w:rPr>
        <w:t xml:space="preserve"> с последующим спрыгиванием» (девочки);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FD48C4">
        <w:rPr>
          <w:lang w:val="ru-RU"/>
        </w:rPr>
        <w:br/>
      </w:r>
      <w:r w:rsidRPr="00FD48C4">
        <w:rPr>
          <w:rFonts w:ascii="Times New Roman" w:eastAsia="Times New Roman" w:hAnsi="Times New Roman"/>
          <w:color w:val="000000"/>
          <w:sz w:val="24"/>
          <w:lang w:val="ru-RU"/>
        </w:rPr>
        <w:t xml:space="preserve">подпрыгиванием на двух ногах на месте и с продвижением (девочки);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передвигаться по гимнастической стенке приставным шагом, лазать разноимённым способом вверх и по диагонали;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выполнять бег с равномерной скоростью с высокого старта по учебной дистанции;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демонстрировать технику прыжка в длину с разбега способом «согнув ноги»;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передвигаться на лыжах попеременным </w:t>
      </w:r>
      <w:proofErr w:type="spellStart"/>
      <w:r w:rsidRPr="00FD48C4">
        <w:rPr>
          <w:rFonts w:ascii="Times New Roman" w:eastAsia="Times New Roman" w:hAnsi="Times New Roman"/>
          <w:color w:val="000000"/>
          <w:sz w:val="24"/>
          <w:lang w:val="ru-RU"/>
        </w:rPr>
        <w:t>двухшажным</w:t>
      </w:r>
      <w:proofErr w:type="spellEnd"/>
      <w:r w:rsidRPr="00FD48C4">
        <w:rPr>
          <w:rFonts w:ascii="Times New Roman" w:eastAsia="Times New Roman" w:hAnsi="Times New Roman"/>
          <w:color w:val="000000"/>
          <w:sz w:val="24"/>
          <w:lang w:val="ru-RU"/>
        </w:rPr>
        <w:t xml:space="preserve"> ходом (для бесснежных районов — имитация передвижения);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демонстрировать технические действия в спортивных играх: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волейбол (приём и передача мяча двумя руками снизу и сверху с места и в движении, прямая нижняя подача); </w:t>
      </w:r>
      <w:r w:rsidRPr="00FD48C4">
        <w:rPr>
          <w:lang w:val="ru-RU"/>
        </w:rPr>
        <w:br/>
      </w:r>
      <w:r w:rsidRPr="00FD48C4">
        <w:rPr>
          <w:lang w:val="ru-RU"/>
        </w:rPr>
        <w:tab/>
      </w:r>
      <w:r w:rsidRPr="00FD48C4">
        <w:rPr>
          <w:rFonts w:ascii="Times New Roman" w:eastAsia="Times New Roman" w:hAnsi="Times New Roman"/>
          <w:color w:val="000000"/>
          <w:sz w:val="24"/>
          <w:lang w:val="ru-RU"/>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FD48C4">
        <w:rPr>
          <w:lang w:val="ru-RU"/>
        </w:rPr>
        <w:br/>
      </w:r>
      <w:r w:rsidRPr="00FD48C4">
        <w:rPr>
          <w:lang w:val="ru-RU"/>
        </w:rPr>
        <w:tab/>
      </w:r>
      <w:r w:rsidRPr="00FD48C4">
        <w:rPr>
          <w:rFonts w:ascii="Times New Roman" w:eastAsia="Times New Roman" w:hAnsi="Times New Roman"/>
          <w:color w:val="000000"/>
          <w:sz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5722" w:rsidRPr="00FD48C4" w:rsidRDefault="00E05722">
      <w:pPr>
        <w:rPr>
          <w:lang w:val="ru-RU"/>
        </w:rPr>
        <w:sectPr w:rsidR="00E05722" w:rsidRPr="00FD48C4">
          <w:pgSz w:w="11900" w:h="16840"/>
          <w:pgMar w:top="286" w:right="652" w:bottom="1440" w:left="666" w:header="720" w:footer="720" w:gutter="0"/>
          <w:cols w:space="720" w:equalWidth="0">
            <w:col w:w="10582" w:space="0"/>
          </w:cols>
          <w:docGrid w:linePitch="360"/>
        </w:sectPr>
      </w:pPr>
    </w:p>
    <w:p w:rsidR="00FD48C4" w:rsidRPr="002D5C0E" w:rsidRDefault="00552486" w:rsidP="00FD48C4">
      <w:pPr>
        <w:widowControl w:val="0"/>
        <w:autoSpaceDE w:val="0"/>
        <w:autoSpaceDN w:val="0"/>
        <w:spacing w:before="80" w:after="0" w:line="240" w:lineRule="auto"/>
        <w:rPr>
          <w:rFonts w:ascii="Times New Roman" w:eastAsia="Times New Roman" w:hAnsi="Times New Roman" w:cs="Times New Roman"/>
          <w:b/>
          <w:sz w:val="19"/>
          <w:lang w:val="ru-RU"/>
        </w:rPr>
      </w:pPr>
      <w:r w:rsidRPr="00552486">
        <w:rPr>
          <w:rFonts w:ascii="Times New Roman" w:eastAsia="Times New Roman" w:hAnsi="Times New Roman" w:cs="Times New Roman"/>
          <w:noProof/>
          <w:lang w:val="ru-RU"/>
        </w:rPr>
        <w:lastRenderedPageBreak/>
        <w:pict>
          <v:rect id="Прямоугольник 5" o:spid="_x0000_s1026" style="position:absolute;margin-left:33.3pt;margin-top:17.65pt;width:775.65pt;height:.6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" fillcolor="black" stroked="f">
            <w10:wrap type="topAndBottom" anchorx="page"/>
          </v:rect>
        </w:pict>
      </w:r>
      <w:bookmarkStart w:id="0" w:name="ТЕМАТИЧЕСКОЕ_ПЛАНИРОВАНИЕ"/>
      <w:bookmarkEnd w:id="0"/>
      <w:r w:rsidR="00FD48C4" w:rsidRPr="002D5C0E">
        <w:rPr>
          <w:rFonts w:ascii="Times New Roman" w:eastAsia="Times New Roman" w:hAnsi="Times New Roman" w:cs="Times New Roman"/>
          <w:b/>
          <w:sz w:val="19"/>
          <w:lang w:val="ru-RU"/>
        </w:rPr>
        <w:t>ТЕМАТИЧЕСКОЕ</w:t>
      </w:r>
      <w:r w:rsidR="00FD48C4" w:rsidRPr="002D5C0E">
        <w:rPr>
          <w:rFonts w:ascii="Times New Roman" w:eastAsia="Times New Roman" w:hAnsi="Times New Roman" w:cs="Times New Roman"/>
          <w:b/>
          <w:spacing w:val="20"/>
          <w:sz w:val="19"/>
          <w:lang w:val="ru-RU"/>
        </w:rPr>
        <w:t xml:space="preserve"> </w:t>
      </w:r>
      <w:r w:rsidR="00FD48C4" w:rsidRPr="002D5C0E">
        <w:rPr>
          <w:rFonts w:ascii="Times New Roman" w:eastAsia="Times New Roman" w:hAnsi="Times New Roman" w:cs="Times New Roman"/>
          <w:b/>
          <w:sz w:val="19"/>
          <w:lang w:val="ru-RU"/>
        </w:rPr>
        <w:t>ПЛАНИРОВАНИЕ</w:t>
      </w:r>
    </w:p>
    <w:p w:rsidR="00FD48C4" w:rsidRPr="002D5C0E" w:rsidRDefault="00FD48C4" w:rsidP="00FD48C4">
      <w:pPr>
        <w:widowControl w:val="0"/>
        <w:autoSpaceDE w:val="0"/>
        <w:autoSpaceDN w:val="0"/>
        <w:spacing w:before="2" w:after="0" w:line="240" w:lineRule="auto"/>
        <w:rPr>
          <w:rFonts w:ascii="Times New Roman" w:eastAsia="Times New Roman" w:hAnsi="Times New Roman" w:cs="Times New Roman"/>
          <w:b/>
          <w:sz w:val="14"/>
          <w:szCs w:val="24"/>
          <w:lang w:val="ru-RU"/>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2"/>
        <w:gridCol w:w="2929"/>
        <w:gridCol w:w="528"/>
        <w:gridCol w:w="1104"/>
        <w:gridCol w:w="1140"/>
        <w:gridCol w:w="864"/>
        <w:gridCol w:w="3914"/>
        <w:gridCol w:w="1116"/>
        <w:gridCol w:w="3469"/>
      </w:tblGrid>
      <w:tr w:rsidR="00FD48C4" w:rsidRPr="002D5C0E" w:rsidTr="00A67AF6">
        <w:trPr>
          <w:trHeight w:val="333"/>
        </w:trPr>
        <w:tc>
          <w:tcPr>
            <w:tcW w:w="432" w:type="dxa"/>
            <w:vMerge w:val="restart"/>
          </w:tcPr>
          <w:p w:rsidR="00FD48C4" w:rsidRPr="002D5C0E" w:rsidRDefault="00FD48C4" w:rsidP="00A67AF6">
            <w:pPr>
              <w:spacing w:before="74" w:line="266" w:lineRule="auto"/>
              <w:ind w:right="98"/>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w:t>
            </w:r>
            <w:r w:rsidRPr="002D5C0E">
              <w:rPr>
                <w:rFonts w:ascii="Times New Roman" w:eastAsia="Times New Roman" w:hAnsi="Times New Roman" w:cs="Times New Roman"/>
                <w:b/>
                <w:spacing w:val="1"/>
                <w:w w:val="105"/>
                <w:sz w:val="15"/>
                <w:lang w:val="ru-RU"/>
              </w:rPr>
              <w:t xml:space="preserve"> </w:t>
            </w:r>
            <w:proofErr w:type="spellStart"/>
            <w:proofErr w:type="gramStart"/>
            <w:r w:rsidRPr="002D5C0E">
              <w:rPr>
                <w:rFonts w:ascii="Times New Roman" w:eastAsia="Times New Roman" w:hAnsi="Times New Roman" w:cs="Times New Roman"/>
                <w:b/>
                <w:spacing w:val="-1"/>
                <w:w w:val="105"/>
                <w:sz w:val="15"/>
                <w:lang w:val="ru-RU"/>
              </w:rPr>
              <w:t>п</w:t>
            </w:r>
            <w:proofErr w:type="spellEnd"/>
            <w:proofErr w:type="gramEnd"/>
            <w:r w:rsidRPr="002D5C0E">
              <w:rPr>
                <w:rFonts w:ascii="Times New Roman" w:eastAsia="Times New Roman" w:hAnsi="Times New Roman" w:cs="Times New Roman"/>
                <w:b/>
                <w:spacing w:val="-1"/>
                <w:w w:val="105"/>
                <w:sz w:val="15"/>
                <w:lang w:val="ru-RU"/>
              </w:rPr>
              <w:t>/</w:t>
            </w:r>
            <w:proofErr w:type="spellStart"/>
            <w:r w:rsidRPr="002D5C0E">
              <w:rPr>
                <w:rFonts w:ascii="Times New Roman" w:eastAsia="Times New Roman" w:hAnsi="Times New Roman" w:cs="Times New Roman"/>
                <w:b/>
                <w:spacing w:val="-1"/>
                <w:w w:val="105"/>
                <w:sz w:val="15"/>
                <w:lang w:val="ru-RU"/>
              </w:rPr>
              <w:t>п</w:t>
            </w:r>
            <w:proofErr w:type="spellEnd"/>
          </w:p>
        </w:tc>
        <w:tc>
          <w:tcPr>
            <w:tcW w:w="2929" w:type="dxa"/>
            <w:vMerge w:val="restart"/>
          </w:tcPr>
          <w:p w:rsidR="00FD48C4" w:rsidRPr="002D5C0E" w:rsidRDefault="00FD48C4" w:rsidP="00A67AF6">
            <w:pPr>
              <w:spacing w:before="74" w:line="266" w:lineRule="auto"/>
              <w:ind w:right="702"/>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Наименование</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разделов</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и</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тем</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программы</w:t>
            </w:r>
          </w:p>
        </w:tc>
        <w:tc>
          <w:tcPr>
            <w:tcW w:w="2772" w:type="dxa"/>
            <w:gridSpan w:val="3"/>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Количество</w:t>
            </w:r>
            <w:r w:rsidRPr="002D5C0E">
              <w:rPr>
                <w:rFonts w:ascii="Times New Roman" w:eastAsia="Times New Roman" w:hAnsi="Times New Roman" w:cs="Times New Roman"/>
                <w:b/>
                <w:spacing w:val="-6"/>
                <w:w w:val="105"/>
                <w:sz w:val="15"/>
                <w:lang w:val="ru-RU"/>
              </w:rPr>
              <w:t xml:space="preserve"> </w:t>
            </w:r>
            <w:r w:rsidRPr="002D5C0E">
              <w:rPr>
                <w:rFonts w:ascii="Times New Roman" w:eastAsia="Times New Roman" w:hAnsi="Times New Roman" w:cs="Times New Roman"/>
                <w:b/>
                <w:w w:val="105"/>
                <w:sz w:val="15"/>
                <w:lang w:val="ru-RU"/>
              </w:rPr>
              <w:t>часов</w:t>
            </w:r>
          </w:p>
        </w:tc>
        <w:tc>
          <w:tcPr>
            <w:tcW w:w="864" w:type="dxa"/>
            <w:vMerge w:val="restart"/>
          </w:tcPr>
          <w:p w:rsidR="00FD48C4" w:rsidRPr="002D5C0E" w:rsidRDefault="00FD48C4" w:rsidP="00A67AF6">
            <w:pPr>
              <w:spacing w:before="74" w:line="266" w:lineRule="auto"/>
              <w:ind w:right="99"/>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Дата</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spacing w:val="-1"/>
                <w:w w:val="105"/>
                <w:sz w:val="15"/>
                <w:lang w:val="ru-RU"/>
              </w:rPr>
              <w:t>изучения</w:t>
            </w:r>
          </w:p>
        </w:tc>
        <w:tc>
          <w:tcPr>
            <w:tcW w:w="3914" w:type="dxa"/>
            <w:vMerge w:val="restart"/>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Виды</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spacing w:val="-1"/>
                <w:w w:val="105"/>
                <w:sz w:val="15"/>
                <w:lang w:val="ru-RU"/>
              </w:rPr>
              <w:t>деятельности</w:t>
            </w:r>
          </w:p>
        </w:tc>
        <w:tc>
          <w:tcPr>
            <w:tcW w:w="1116" w:type="dxa"/>
            <w:vMerge w:val="restart"/>
          </w:tcPr>
          <w:p w:rsidR="00FD48C4" w:rsidRPr="002D5C0E" w:rsidRDefault="00FD48C4" w:rsidP="00A67AF6">
            <w:pPr>
              <w:spacing w:before="74" w:line="266" w:lineRule="auto"/>
              <w:ind w:right="332"/>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Виды,</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формы</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spacing w:val="-1"/>
                <w:w w:val="105"/>
                <w:sz w:val="15"/>
                <w:lang w:val="ru-RU"/>
              </w:rPr>
              <w:t>контроля</w:t>
            </w:r>
          </w:p>
        </w:tc>
        <w:tc>
          <w:tcPr>
            <w:tcW w:w="3469" w:type="dxa"/>
            <w:vMerge w:val="restart"/>
          </w:tcPr>
          <w:p w:rsidR="00FD48C4" w:rsidRPr="002D5C0E" w:rsidRDefault="00FD48C4" w:rsidP="00A67AF6">
            <w:pPr>
              <w:spacing w:before="74" w:line="266" w:lineRule="auto"/>
              <w:ind w:right="267"/>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Электронные (цифровые) образовательные</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ресурсы</w:t>
            </w:r>
          </w:p>
        </w:tc>
      </w:tr>
      <w:tr w:rsidR="00FD48C4" w:rsidRPr="002D5C0E" w:rsidTr="00A67AF6">
        <w:trPr>
          <w:trHeight w:val="525"/>
        </w:trPr>
        <w:tc>
          <w:tcPr>
            <w:tcW w:w="432"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2929"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528" w:type="dxa"/>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всего</w:t>
            </w:r>
          </w:p>
        </w:tc>
        <w:tc>
          <w:tcPr>
            <w:tcW w:w="1104" w:type="dxa"/>
          </w:tcPr>
          <w:p w:rsidR="00FD48C4" w:rsidRPr="002D5C0E" w:rsidRDefault="00FD48C4" w:rsidP="00A67AF6">
            <w:pPr>
              <w:spacing w:before="74" w:line="266" w:lineRule="auto"/>
              <w:ind w:right="43"/>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контрольные</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работы</w:t>
            </w:r>
          </w:p>
        </w:tc>
        <w:tc>
          <w:tcPr>
            <w:tcW w:w="1140" w:type="dxa"/>
          </w:tcPr>
          <w:p w:rsidR="00FD48C4" w:rsidRPr="002D5C0E" w:rsidRDefault="00FD48C4" w:rsidP="00A67AF6">
            <w:pPr>
              <w:spacing w:before="74" w:line="266" w:lineRule="auto"/>
              <w:ind w:right="43"/>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практические</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работы</w:t>
            </w:r>
          </w:p>
        </w:tc>
        <w:tc>
          <w:tcPr>
            <w:tcW w:w="864"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3914"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1116"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3469"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r>
      <w:tr w:rsidR="00FD48C4" w:rsidRPr="00A67AF6" w:rsidTr="00A67AF6">
        <w:trPr>
          <w:trHeight w:val="333"/>
        </w:trPr>
        <w:tc>
          <w:tcPr>
            <w:tcW w:w="15496" w:type="dxa"/>
            <w:gridSpan w:val="9"/>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w w:val="105"/>
                <w:sz w:val="15"/>
                <w:lang w:val="ru-RU"/>
              </w:rPr>
              <w:t>Раздел</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1.</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b/>
                <w:w w:val="105"/>
                <w:sz w:val="15"/>
                <w:lang w:val="ru-RU"/>
              </w:rPr>
              <w:t>Знания</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о</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физической</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культуре</w:t>
            </w:r>
          </w:p>
        </w:tc>
      </w:tr>
      <w:tr w:rsidR="00FD48C4" w:rsidRPr="00A67AF6" w:rsidTr="00A67AF6">
        <w:trPr>
          <w:trHeight w:val="1101"/>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1.1.</w:t>
            </w:r>
          </w:p>
        </w:tc>
        <w:tc>
          <w:tcPr>
            <w:tcW w:w="2929" w:type="dxa"/>
          </w:tcPr>
          <w:p w:rsidR="00FD48C4" w:rsidRPr="002D5C0E" w:rsidRDefault="00FD48C4" w:rsidP="00A67AF6">
            <w:pPr>
              <w:spacing w:before="74" w:line="266" w:lineRule="auto"/>
              <w:ind w:right="533"/>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Что</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spacing w:val="-1"/>
                <w:w w:val="105"/>
                <w:sz w:val="15"/>
                <w:lang w:val="ru-RU"/>
              </w:rPr>
              <w:t>понимается</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под</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физической</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культурой</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2</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2</w:t>
            </w:r>
          </w:p>
        </w:tc>
        <w:tc>
          <w:tcPr>
            <w:tcW w:w="86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02.09.2022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05.09.2022</w:t>
            </w:r>
          </w:p>
        </w:tc>
        <w:tc>
          <w:tcPr>
            <w:tcW w:w="3914" w:type="dxa"/>
          </w:tcPr>
          <w:p w:rsidR="00FD48C4" w:rsidRPr="002D5C0E" w:rsidRDefault="00FD48C4" w:rsidP="00A67AF6">
            <w:pPr>
              <w:spacing w:before="7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обсуждают</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рассказ</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учителя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видах</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спорта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занятиях</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физическими упражнениями, которым обучают</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школьников на уроках физической культуры,</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рассказывают об известных видах спорта и проводят</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примеры</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упражнений,</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которые</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умеют</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выполнять</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74" w:line="266" w:lineRule="auto"/>
              <w:ind w:right="483"/>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Устный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опрос;</w:t>
            </w:r>
          </w:p>
        </w:tc>
        <w:tc>
          <w:tcPr>
            <w:tcW w:w="3469" w:type="dxa"/>
          </w:tcPr>
          <w:p w:rsidR="00FD48C4" w:rsidRPr="002D5C0E" w:rsidRDefault="00FD48C4" w:rsidP="00A67AF6">
            <w:pPr>
              <w:spacing w:before="7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https://resh.edu.ru/subject/lesson/5733/start/168855/</w:t>
            </w:r>
          </w:p>
        </w:tc>
      </w:tr>
      <w:tr w:rsidR="00FD48C4" w:rsidRPr="002D5C0E" w:rsidTr="00A67AF6">
        <w:trPr>
          <w:trHeight w:val="333"/>
        </w:trPr>
        <w:tc>
          <w:tcPr>
            <w:tcW w:w="3361" w:type="dxa"/>
            <w:gridSpan w:val="2"/>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Итого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разделу</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2</w:t>
            </w:r>
          </w:p>
        </w:tc>
        <w:tc>
          <w:tcPr>
            <w:tcW w:w="11607" w:type="dxa"/>
            <w:gridSpan w:val="6"/>
          </w:tcPr>
          <w:p w:rsidR="00FD48C4" w:rsidRPr="002D5C0E" w:rsidRDefault="00FD48C4" w:rsidP="00A67AF6">
            <w:pPr>
              <w:rPr>
                <w:rFonts w:ascii="Times New Roman" w:eastAsia="Times New Roman" w:hAnsi="Times New Roman" w:cs="Times New Roman"/>
                <w:sz w:val="14"/>
                <w:lang w:val="ru-RU"/>
              </w:rPr>
            </w:pPr>
          </w:p>
        </w:tc>
      </w:tr>
      <w:tr w:rsidR="00FD48C4" w:rsidRPr="002D5C0E" w:rsidTr="00A67AF6">
        <w:trPr>
          <w:trHeight w:val="333"/>
        </w:trPr>
        <w:tc>
          <w:tcPr>
            <w:tcW w:w="15496" w:type="dxa"/>
            <w:gridSpan w:val="9"/>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spacing w:val="-1"/>
                <w:w w:val="105"/>
                <w:sz w:val="15"/>
                <w:lang w:val="ru-RU"/>
              </w:rPr>
              <w:t>Раздел</w:t>
            </w:r>
            <w:r w:rsidRPr="002D5C0E">
              <w:rPr>
                <w:rFonts w:ascii="Times New Roman" w:eastAsia="Times New Roman" w:hAnsi="Times New Roman" w:cs="Times New Roman"/>
                <w:spacing w:val="-4"/>
                <w:w w:val="105"/>
                <w:sz w:val="15"/>
                <w:lang w:val="ru-RU"/>
              </w:rPr>
              <w:t xml:space="preserve"> </w:t>
            </w:r>
            <w:r w:rsidRPr="002D5C0E">
              <w:rPr>
                <w:rFonts w:ascii="Times New Roman" w:eastAsia="Times New Roman" w:hAnsi="Times New Roman" w:cs="Times New Roman"/>
                <w:spacing w:val="-1"/>
                <w:w w:val="105"/>
                <w:sz w:val="15"/>
                <w:lang w:val="ru-RU"/>
              </w:rPr>
              <w:t>2.</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b/>
                <w:spacing w:val="-1"/>
                <w:w w:val="105"/>
                <w:sz w:val="15"/>
                <w:lang w:val="ru-RU"/>
              </w:rPr>
              <w:t>Способы</w:t>
            </w:r>
            <w:r w:rsidRPr="002D5C0E">
              <w:rPr>
                <w:rFonts w:ascii="Times New Roman" w:eastAsia="Times New Roman" w:hAnsi="Times New Roman" w:cs="Times New Roman"/>
                <w:b/>
                <w:spacing w:val="-4"/>
                <w:w w:val="105"/>
                <w:sz w:val="15"/>
                <w:lang w:val="ru-RU"/>
              </w:rPr>
              <w:t xml:space="preserve"> </w:t>
            </w:r>
            <w:r w:rsidRPr="002D5C0E">
              <w:rPr>
                <w:rFonts w:ascii="Times New Roman" w:eastAsia="Times New Roman" w:hAnsi="Times New Roman" w:cs="Times New Roman"/>
                <w:b/>
                <w:spacing w:val="-1"/>
                <w:w w:val="105"/>
                <w:sz w:val="15"/>
                <w:lang w:val="ru-RU"/>
              </w:rPr>
              <w:t>самостоятельной</w:t>
            </w:r>
            <w:r w:rsidRPr="002D5C0E">
              <w:rPr>
                <w:rFonts w:ascii="Times New Roman" w:eastAsia="Times New Roman" w:hAnsi="Times New Roman" w:cs="Times New Roman"/>
                <w:b/>
                <w:spacing w:val="-4"/>
                <w:w w:val="105"/>
                <w:sz w:val="15"/>
                <w:lang w:val="ru-RU"/>
              </w:rPr>
              <w:t xml:space="preserve"> </w:t>
            </w:r>
            <w:r w:rsidRPr="002D5C0E">
              <w:rPr>
                <w:rFonts w:ascii="Times New Roman" w:eastAsia="Times New Roman" w:hAnsi="Times New Roman" w:cs="Times New Roman"/>
                <w:b/>
                <w:spacing w:val="-1"/>
                <w:w w:val="105"/>
                <w:sz w:val="15"/>
                <w:lang w:val="ru-RU"/>
              </w:rPr>
              <w:t>деятельности</w:t>
            </w:r>
          </w:p>
        </w:tc>
      </w:tr>
      <w:tr w:rsidR="00FD48C4" w:rsidRPr="00A67AF6" w:rsidTr="00A67AF6">
        <w:trPr>
          <w:trHeight w:val="717"/>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2.1.</w:t>
            </w:r>
          </w:p>
        </w:tc>
        <w:tc>
          <w:tcPr>
            <w:tcW w:w="2929" w:type="dxa"/>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Режим</w:t>
            </w:r>
            <w:r w:rsidRPr="002D5C0E">
              <w:rPr>
                <w:rFonts w:ascii="Times New Roman" w:eastAsia="Times New Roman" w:hAnsi="Times New Roman" w:cs="Times New Roman"/>
                <w:b/>
                <w:spacing w:val="-10"/>
                <w:w w:val="105"/>
                <w:sz w:val="15"/>
                <w:lang w:val="ru-RU"/>
              </w:rPr>
              <w:t xml:space="preserve"> </w:t>
            </w:r>
            <w:r w:rsidRPr="002D5C0E">
              <w:rPr>
                <w:rFonts w:ascii="Times New Roman" w:eastAsia="Times New Roman" w:hAnsi="Times New Roman" w:cs="Times New Roman"/>
                <w:b/>
                <w:w w:val="105"/>
                <w:sz w:val="15"/>
                <w:lang w:val="ru-RU"/>
              </w:rPr>
              <w:t>дня</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школьника</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2</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86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07.09.2022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09.09.2022</w:t>
            </w:r>
          </w:p>
        </w:tc>
        <w:tc>
          <w:tcPr>
            <w:tcW w:w="3914" w:type="dxa"/>
          </w:tcPr>
          <w:p w:rsidR="00FD48C4" w:rsidRPr="002D5C0E" w:rsidRDefault="00FD48C4" w:rsidP="00A67AF6">
            <w:pPr>
              <w:spacing w:before="7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обсуждают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предназначение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режима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дня,</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определяют</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основные дневные мероприятия первоклассника 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распределяют</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их</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часам</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утра</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до</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вечера</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74" w:line="266" w:lineRule="auto"/>
              <w:ind w:right="8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p>
        </w:tc>
        <w:tc>
          <w:tcPr>
            <w:tcW w:w="3469" w:type="dxa"/>
          </w:tcPr>
          <w:p w:rsidR="00FD48C4" w:rsidRPr="002D5C0E" w:rsidRDefault="00FD48C4" w:rsidP="00A67AF6">
            <w:pPr>
              <w:spacing w:before="7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https://resh.edu.ru/subject/lesson/5736/start/168916/</w:t>
            </w:r>
          </w:p>
        </w:tc>
      </w:tr>
      <w:tr w:rsidR="00FD48C4" w:rsidRPr="002D5C0E" w:rsidTr="00A67AF6">
        <w:trPr>
          <w:trHeight w:val="333"/>
        </w:trPr>
        <w:tc>
          <w:tcPr>
            <w:tcW w:w="3361" w:type="dxa"/>
            <w:gridSpan w:val="2"/>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Итого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разделу</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2</w:t>
            </w:r>
          </w:p>
        </w:tc>
        <w:tc>
          <w:tcPr>
            <w:tcW w:w="11607" w:type="dxa"/>
            <w:gridSpan w:val="6"/>
          </w:tcPr>
          <w:p w:rsidR="00FD48C4" w:rsidRPr="002D5C0E" w:rsidRDefault="00FD48C4" w:rsidP="00A67AF6">
            <w:pPr>
              <w:rPr>
                <w:rFonts w:ascii="Times New Roman" w:eastAsia="Times New Roman" w:hAnsi="Times New Roman" w:cs="Times New Roman"/>
                <w:sz w:val="14"/>
                <w:lang w:val="ru-RU"/>
              </w:rPr>
            </w:pPr>
          </w:p>
        </w:tc>
      </w:tr>
      <w:tr w:rsidR="00FD48C4" w:rsidRPr="002D5C0E" w:rsidTr="00A67AF6">
        <w:trPr>
          <w:trHeight w:val="333"/>
        </w:trPr>
        <w:tc>
          <w:tcPr>
            <w:tcW w:w="15496" w:type="dxa"/>
            <w:gridSpan w:val="9"/>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sz w:val="15"/>
                <w:lang w:val="ru-RU"/>
              </w:rPr>
              <w:t>ФИЗИЧЕСКОЕ</w:t>
            </w:r>
            <w:r w:rsidRPr="002D5C0E">
              <w:rPr>
                <w:rFonts w:ascii="Times New Roman" w:eastAsia="Times New Roman" w:hAnsi="Times New Roman" w:cs="Times New Roman"/>
                <w:b/>
                <w:spacing w:val="45"/>
                <w:sz w:val="15"/>
                <w:lang w:val="ru-RU"/>
              </w:rPr>
              <w:t xml:space="preserve"> </w:t>
            </w:r>
            <w:r w:rsidRPr="002D5C0E">
              <w:rPr>
                <w:rFonts w:ascii="Times New Roman" w:eastAsia="Times New Roman" w:hAnsi="Times New Roman" w:cs="Times New Roman"/>
                <w:b/>
                <w:sz w:val="15"/>
                <w:lang w:val="ru-RU"/>
              </w:rPr>
              <w:t>СОВЕРШЕНСТВОВАНИЕ</w:t>
            </w:r>
          </w:p>
        </w:tc>
      </w:tr>
      <w:tr w:rsidR="00FD48C4" w:rsidRPr="002D5C0E" w:rsidTr="00A67AF6">
        <w:trPr>
          <w:trHeight w:val="333"/>
        </w:trPr>
        <w:tc>
          <w:tcPr>
            <w:tcW w:w="15496" w:type="dxa"/>
            <w:gridSpan w:val="9"/>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spacing w:val="-1"/>
                <w:w w:val="105"/>
                <w:sz w:val="15"/>
                <w:lang w:val="ru-RU"/>
              </w:rPr>
              <w:t>Раздел</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3.</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b/>
                <w:spacing w:val="-1"/>
                <w:w w:val="105"/>
                <w:sz w:val="15"/>
                <w:lang w:val="ru-RU"/>
              </w:rPr>
              <w:t>Оздоровительная</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физическая</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культура</w:t>
            </w:r>
          </w:p>
        </w:tc>
      </w:tr>
      <w:tr w:rsidR="00FD48C4" w:rsidRPr="00A67AF6" w:rsidTr="00A67AF6">
        <w:trPr>
          <w:trHeight w:val="717"/>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3.1.</w:t>
            </w:r>
          </w:p>
        </w:tc>
        <w:tc>
          <w:tcPr>
            <w:tcW w:w="2929" w:type="dxa"/>
          </w:tcPr>
          <w:p w:rsidR="00FD48C4" w:rsidRPr="002D5C0E" w:rsidRDefault="00FD48C4" w:rsidP="00A67AF6">
            <w:pPr>
              <w:spacing w:before="74" w:line="266" w:lineRule="auto"/>
              <w:ind w:right="477"/>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Личная</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spacing w:val="-1"/>
                <w:w w:val="105"/>
                <w:sz w:val="15"/>
                <w:lang w:val="ru-RU"/>
              </w:rPr>
              <w:t>гигиена</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spacing w:val="-1"/>
                <w:w w:val="105"/>
                <w:sz w:val="15"/>
                <w:lang w:val="ru-RU"/>
              </w:rPr>
              <w:t>и</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гигиенические</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процедуры</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864" w:type="dxa"/>
          </w:tcPr>
          <w:p w:rsidR="00FD48C4" w:rsidRPr="002D5C0E" w:rsidRDefault="00FD48C4" w:rsidP="00A67AF6">
            <w:pPr>
              <w:spacing w:before="74"/>
              <w:ind w:right="44"/>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12.09.2022</w:t>
            </w:r>
          </w:p>
        </w:tc>
        <w:tc>
          <w:tcPr>
            <w:tcW w:w="3914" w:type="dxa"/>
          </w:tcPr>
          <w:p w:rsidR="00FD48C4" w:rsidRPr="002D5C0E" w:rsidRDefault="00FD48C4" w:rsidP="00A67AF6">
            <w:pPr>
              <w:spacing w:before="7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знакомятся</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spacing w:val="-1"/>
                <w:w w:val="105"/>
                <w:sz w:val="15"/>
                <w:lang w:val="ru-RU"/>
              </w:rPr>
              <w:t>с</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понятием</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«личная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гигиена»,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обсуждают</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положительную связь личной гигиены с состоянием</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здоровья</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человека</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74" w:line="266" w:lineRule="auto"/>
              <w:ind w:right="483"/>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Устный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опрос;</w:t>
            </w:r>
          </w:p>
        </w:tc>
        <w:tc>
          <w:tcPr>
            <w:tcW w:w="3469" w:type="dxa"/>
          </w:tcPr>
          <w:p w:rsidR="00FD48C4" w:rsidRPr="002D5C0E" w:rsidRDefault="00FD48C4" w:rsidP="00A67AF6">
            <w:pPr>
              <w:spacing w:before="7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https://resh.edu.ru/subject/lesson/5097/start/168957/</w:t>
            </w:r>
          </w:p>
        </w:tc>
      </w:tr>
      <w:tr w:rsidR="00FD48C4" w:rsidRPr="00A67AF6" w:rsidTr="00A67AF6">
        <w:trPr>
          <w:trHeight w:val="717"/>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3.2.</w:t>
            </w:r>
          </w:p>
        </w:tc>
        <w:tc>
          <w:tcPr>
            <w:tcW w:w="2929" w:type="dxa"/>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Осанка</w:t>
            </w:r>
            <w:r w:rsidRPr="002D5C0E">
              <w:rPr>
                <w:rFonts w:ascii="Times New Roman" w:eastAsia="Times New Roman" w:hAnsi="Times New Roman" w:cs="Times New Roman"/>
                <w:b/>
                <w:spacing w:val="-10"/>
                <w:w w:val="105"/>
                <w:sz w:val="15"/>
                <w:lang w:val="ru-RU"/>
              </w:rPr>
              <w:t xml:space="preserve"> </w:t>
            </w:r>
            <w:r w:rsidRPr="002D5C0E">
              <w:rPr>
                <w:rFonts w:ascii="Times New Roman" w:eastAsia="Times New Roman" w:hAnsi="Times New Roman" w:cs="Times New Roman"/>
                <w:b/>
                <w:w w:val="105"/>
                <w:sz w:val="15"/>
                <w:lang w:val="ru-RU"/>
              </w:rPr>
              <w:t>человека</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864" w:type="dxa"/>
          </w:tcPr>
          <w:p w:rsidR="00FD48C4" w:rsidRPr="002D5C0E" w:rsidRDefault="00FD48C4" w:rsidP="00A67AF6">
            <w:pPr>
              <w:spacing w:before="74"/>
              <w:ind w:right="44"/>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14.09.2022</w:t>
            </w:r>
          </w:p>
        </w:tc>
        <w:tc>
          <w:tcPr>
            <w:tcW w:w="3914" w:type="dxa"/>
          </w:tcPr>
          <w:p w:rsidR="00FD48C4" w:rsidRPr="002D5C0E" w:rsidRDefault="00FD48C4" w:rsidP="00A67AF6">
            <w:pPr>
              <w:spacing w:before="74"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знакомятся</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spacing w:val="-1"/>
                <w:w w:val="105"/>
                <w:sz w:val="15"/>
                <w:lang w:val="ru-RU"/>
              </w:rPr>
              <w:t>с</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понятием</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«осанка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человека»,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правильной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 неправильной формой осанки, обсуждают её</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отличительные</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признаки</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74" w:line="266" w:lineRule="auto"/>
              <w:ind w:right="483"/>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Устный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опрос;</w:t>
            </w:r>
          </w:p>
        </w:tc>
        <w:tc>
          <w:tcPr>
            <w:tcW w:w="3469" w:type="dxa"/>
          </w:tcPr>
          <w:p w:rsidR="00FD48C4" w:rsidRPr="002D5C0E" w:rsidRDefault="00FD48C4" w:rsidP="00A67AF6">
            <w:pPr>
              <w:spacing w:before="7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https://resh.edu.ru/subject/lesson/5566/start/168978/</w:t>
            </w:r>
          </w:p>
        </w:tc>
      </w:tr>
      <w:tr w:rsidR="00FD48C4" w:rsidRPr="00A67AF6" w:rsidTr="00A67AF6">
        <w:trPr>
          <w:trHeight w:val="525"/>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3.3.</w:t>
            </w:r>
          </w:p>
        </w:tc>
        <w:tc>
          <w:tcPr>
            <w:tcW w:w="2929" w:type="dxa"/>
          </w:tcPr>
          <w:p w:rsidR="00FD48C4" w:rsidRPr="002D5C0E" w:rsidRDefault="00FD48C4" w:rsidP="00A67AF6">
            <w:pPr>
              <w:spacing w:before="74" w:line="266" w:lineRule="auto"/>
              <w:ind w:right="68"/>
              <w:rPr>
                <w:rFonts w:ascii="Times New Roman" w:eastAsia="Times New Roman" w:hAnsi="Times New Roman" w:cs="Times New Roman"/>
                <w:b/>
                <w:sz w:val="15"/>
                <w:lang w:val="ru-RU"/>
              </w:rPr>
            </w:pPr>
            <w:r w:rsidRPr="002D5C0E">
              <w:rPr>
                <w:rFonts w:ascii="Times New Roman" w:eastAsia="Times New Roman" w:hAnsi="Times New Roman" w:cs="Times New Roman"/>
                <w:b/>
                <w:spacing w:val="-1"/>
                <w:w w:val="105"/>
                <w:sz w:val="15"/>
                <w:lang w:val="ru-RU"/>
              </w:rPr>
              <w:t>Утренняя зарядка и физкультминутки</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режиме</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дня</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школьника</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864" w:type="dxa"/>
          </w:tcPr>
          <w:p w:rsidR="00FD48C4" w:rsidRPr="002D5C0E" w:rsidRDefault="00FD48C4" w:rsidP="00A67AF6">
            <w:pPr>
              <w:spacing w:before="74"/>
              <w:ind w:right="44"/>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16.09.2022</w:t>
            </w:r>
          </w:p>
        </w:tc>
        <w:tc>
          <w:tcPr>
            <w:tcW w:w="3914" w:type="dxa"/>
          </w:tcPr>
          <w:p w:rsidR="00FD48C4" w:rsidRPr="002D5C0E" w:rsidRDefault="00FD48C4" w:rsidP="00A67AF6">
            <w:pPr>
              <w:spacing w:before="7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обсуждают</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рассказ</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учителя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пользе</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утренней</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зарядки,</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правилах</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выполнения</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входящих</w:t>
            </w:r>
            <w:r w:rsidRPr="002D5C0E">
              <w:rPr>
                <w:rFonts w:ascii="Times New Roman" w:eastAsia="Times New Roman" w:hAnsi="Times New Roman" w:cs="Times New Roman"/>
                <w:spacing w:val="-5"/>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неё</w:t>
            </w:r>
            <w:r w:rsidRPr="002D5C0E">
              <w:rPr>
                <w:rFonts w:ascii="Times New Roman" w:eastAsia="Times New Roman" w:hAnsi="Times New Roman" w:cs="Times New Roman"/>
                <w:spacing w:val="-5"/>
                <w:w w:val="105"/>
                <w:sz w:val="15"/>
                <w:lang w:val="ru-RU"/>
              </w:rPr>
              <w:t xml:space="preserve"> </w:t>
            </w:r>
            <w:r w:rsidRPr="002D5C0E">
              <w:rPr>
                <w:rFonts w:ascii="Times New Roman" w:eastAsia="Times New Roman" w:hAnsi="Times New Roman" w:cs="Times New Roman"/>
                <w:w w:val="105"/>
                <w:sz w:val="15"/>
                <w:lang w:val="ru-RU"/>
              </w:rPr>
              <w:t>упражнений;</w:t>
            </w:r>
          </w:p>
        </w:tc>
        <w:tc>
          <w:tcPr>
            <w:tcW w:w="1116" w:type="dxa"/>
          </w:tcPr>
          <w:p w:rsidR="00FD48C4" w:rsidRPr="002D5C0E" w:rsidRDefault="00FD48C4" w:rsidP="00A67AF6">
            <w:pPr>
              <w:spacing w:before="74" w:line="266" w:lineRule="auto"/>
              <w:ind w:right="483"/>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Устный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опрос;</w:t>
            </w:r>
          </w:p>
        </w:tc>
        <w:tc>
          <w:tcPr>
            <w:tcW w:w="3469" w:type="dxa"/>
          </w:tcPr>
          <w:p w:rsidR="00FD48C4" w:rsidRPr="002D5C0E" w:rsidRDefault="00FD48C4" w:rsidP="00A67AF6">
            <w:pPr>
              <w:spacing w:before="7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https://resh.edu.ru/subject/lesson/5736/main/168926/</w:t>
            </w:r>
          </w:p>
        </w:tc>
      </w:tr>
      <w:tr w:rsidR="00FD48C4" w:rsidRPr="002D5C0E" w:rsidTr="00A67AF6">
        <w:trPr>
          <w:trHeight w:val="333"/>
        </w:trPr>
        <w:tc>
          <w:tcPr>
            <w:tcW w:w="3361" w:type="dxa"/>
            <w:gridSpan w:val="2"/>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Итого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разделу</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1104" w:type="dxa"/>
          </w:tcPr>
          <w:p w:rsidR="00FD48C4" w:rsidRPr="002D5C0E" w:rsidRDefault="00FD48C4" w:rsidP="00A67AF6">
            <w:pPr>
              <w:rPr>
                <w:rFonts w:ascii="Times New Roman" w:eastAsia="Times New Roman" w:hAnsi="Times New Roman" w:cs="Times New Roman"/>
                <w:sz w:val="14"/>
                <w:lang w:val="ru-RU"/>
              </w:rPr>
            </w:pPr>
          </w:p>
        </w:tc>
        <w:tc>
          <w:tcPr>
            <w:tcW w:w="1140" w:type="dxa"/>
          </w:tcPr>
          <w:p w:rsidR="00FD48C4" w:rsidRPr="002D5C0E" w:rsidRDefault="00FD48C4" w:rsidP="00A67AF6">
            <w:pPr>
              <w:rPr>
                <w:rFonts w:ascii="Times New Roman" w:eastAsia="Times New Roman" w:hAnsi="Times New Roman" w:cs="Times New Roman"/>
                <w:sz w:val="14"/>
                <w:lang w:val="ru-RU"/>
              </w:rPr>
            </w:pPr>
          </w:p>
        </w:tc>
        <w:tc>
          <w:tcPr>
            <w:tcW w:w="864" w:type="dxa"/>
          </w:tcPr>
          <w:p w:rsidR="00FD48C4" w:rsidRPr="002D5C0E" w:rsidRDefault="00FD48C4" w:rsidP="00A67AF6">
            <w:pPr>
              <w:rPr>
                <w:rFonts w:ascii="Times New Roman" w:eastAsia="Times New Roman" w:hAnsi="Times New Roman" w:cs="Times New Roman"/>
                <w:sz w:val="14"/>
                <w:lang w:val="ru-RU"/>
              </w:rPr>
            </w:pPr>
          </w:p>
        </w:tc>
        <w:tc>
          <w:tcPr>
            <w:tcW w:w="3914" w:type="dxa"/>
          </w:tcPr>
          <w:p w:rsidR="00FD48C4" w:rsidRPr="002D5C0E" w:rsidRDefault="00FD48C4" w:rsidP="00A67AF6">
            <w:pPr>
              <w:rPr>
                <w:rFonts w:ascii="Times New Roman" w:eastAsia="Times New Roman" w:hAnsi="Times New Roman" w:cs="Times New Roman"/>
                <w:sz w:val="14"/>
                <w:lang w:val="ru-RU"/>
              </w:rPr>
            </w:pPr>
          </w:p>
        </w:tc>
        <w:tc>
          <w:tcPr>
            <w:tcW w:w="1116" w:type="dxa"/>
          </w:tcPr>
          <w:p w:rsidR="00FD48C4" w:rsidRPr="002D5C0E" w:rsidRDefault="00FD48C4" w:rsidP="00A67AF6">
            <w:pPr>
              <w:rPr>
                <w:rFonts w:ascii="Times New Roman" w:eastAsia="Times New Roman" w:hAnsi="Times New Roman" w:cs="Times New Roman"/>
                <w:sz w:val="14"/>
                <w:lang w:val="ru-RU"/>
              </w:rPr>
            </w:pPr>
          </w:p>
        </w:tc>
        <w:tc>
          <w:tcPr>
            <w:tcW w:w="3469" w:type="dxa"/>
          </w:tcPr>
          <w:p w:rsidR="00FD48C4" w:rsidRPr="002D5C0E" w:rsidRDefault="00FD48C4" w:rsidP="00A67AF6">
            <w:pPr>
              <w:rPr>
                <w:rFonts w:ascii="Times New Roman" w:eastAsia="Times New Roman" w:hAnsi="Times New Roman" w:cs="Times New Roman"/>
                <w:sz w:val="14"/>
                <w:lang w:val="ru-RU"/>
              </w:rPr>
            </w:pPr>
          </w:p>
        </w:tc>
      </w:tr>
      <w:tr w:rsidR="00FD48C4" w:rsidRPr="00A67AF6" w:rsidTr="00A67AF6">
        <w:trPr>
          <w:trHeight w:val="333"/>
        </w:trPr>
        <w:tc>
          <w:tcPr>
            <w:tcW w:w="15496" w:type="dxa"/>
            <w:gridSpan w:val="9"/>
          </w:tcPr>
          <w:p w:rsidR="00FD48C4" w:rsidRPr="002D5C0E" w:rsidRDefault="00FD48C4" w:rsidP="00A67AF6">
            <w:pPr>
              <w:spacing w:before="74"/>
              <w:rPr>
                <w:rFonts w:ascii="Times New Roman" w:eastAsia="Times New Roman" w:hAnsi="Times New Roman" w:cs="Times New Roman"/>
                <w:b/>
                <w:sz w:val="15"/>
                <w:lang w:val="ru-RU"/>
              </w:rPr>
            </w:pPr>
            <w:r w:rsidRPr="002D5C0E">
              <w:rPr>
                <w:rFonts w:ascii="Times New Roman" w:eastAsia="Times New Roman" w:hAnsi="Times New Roman" w:cs="Times New Roman"/>
                <w:spacing w:val="-1"/>
                <w:w w:val="105"/>
                <w:sz w:val="15"/>
                <w:lang w:val="ru-RU"/>
              </w:rPr>
              <w:t>Раздел</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spacing w:val="-1"/>
                <w:w w:val="105"/>
                <w:sz w:val="15"/>
                <w:lang w:val="ru-RU"/>
              </w:rPr>
              <w:t>4.</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b/>
                <w:spacing w:val="-1"/>
                <w:w w:val="105"/>
                <w:sz w:val="15"/>
                <w:lang w:val="ru-RU"/>
              </w:rPr>
              <w:t>Спортивно-оздоровительная</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физическая</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культура</w:t>
            </w:r>
          </w:p>
        </w:tc>
      </w:tr>
      <w:tr w:rsidR="00FD48C4" w:rsidRPr="00A67AF6" w:rsidTr="00A67AF6">
        <w:trPr>
          <w:trHeight w:val="717"/>
        </w:trPr>
        <w:tc>
          <w:tcPr>
            <w:tcW w:w="432"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4.1.</w:t>
            </w:r>
          </w:p>
        </w:tc>
        <w:tc>
          <w:tcPr>
            <w:tcW w:w="2929" w:type="dxa"/>
          </w:tcPr>
          <w:p w:rsidR="00FD48C4" w:rsidRPr="002D5C0E" w:rsidRDefault="00FD48C4" w:rsidP="00A67AF6">
            <w:pPr>
              <w:spacing w:before="74" w:line="266" w:lineRule="auto"/>
              <w:ind w:right="275"/>
              <w:rPr>
                <w:rFonts w:ascii="Times New Roman" w:eastAsia="Times New Roman" w:hAnsi="Times New Roman" w:cs="Times New Roman"/>
                <w:b/>
                <w:sz w:val="15"/>
                <w:lang w:val="ru-RU"/>
              </w:rPr>
            </w:pPr>
            <w:r w:rsidRPr="002D5C0E">
              <w:rPr>
                <w:rFonts w:ascii="Times New Roman" w:eastAsia="Times New Roman" w:hAnsi="Times New Roman" w:cs="Times New Roman"/>
                <w:i/>
                <w:w w:val="105"/>
                <w:sz w:val="15"/>
                <w:lang w:val="ru-RU"/>
              </w:rPr>
              <w:t>Модуль "Гимнастика с основами</w:t>
            </w:r>
            <w:r w:rsidRPr="002D5C0E">
              <w:rPr>
                <w:rFonts w:ascii="Times New Roman" w:eastAsia="Times New Roman" w:hAnsi="Times New Roman" w:cs="Times New Roman"/>
                <w:i/>
                <w:spacing w:val="1"/>
                <w:w w:val="105"/>
                <w:sz w:val="15"/>
                <w:lang w:val="ru-RU"/>
              </w:rPr>
              <w:t xml:space="preserve"> </w:t>
            </w:r>
            <w:r w:rsidRPr="002D5C0E">
              <w:rPr>
                <w:rFonts w:ascii="Times New Roman" w:eastAsia="Times New Roman" w:hAnsi="Times New Roman" w:cs="Times New Roman"/>
                <w:i/>
                <w:spacing w:val="-1"/>
                <w:w w:val="105"/>
                <w:sz w:val="15"/>
                <w:lang w:val="ru-RU"/>
              </w:rPr>
              <w:t>акробатики".</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b/>
                <w:w w:val="105"/>
                <w:sz w:val="15"/>
                <w:lang w:val="ru-RU"/>
              </w:rPr>
              <w:t>Правила</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поведения</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на</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уроках</w:t>
            </w:r>
            <w:r w:rsidRPr="002D5C0E">
              <w:rPr>
                <w:rFonts w:ascii="Times New Roman" w:eastAsia="Times New Roman" w:hAnsi="Times New Roman" w:cs="Times New Roman"/>
                <w:b/>
                <w:spacing w:val="-4"/>
                <w:w w:val="105"/>
                <w:sz w:val="15"/>
                <w:lang w:val="ru-RU"/>
              </w:rPr>
              <w:t xml:space="preserve"> </w:t>
            </w:r>
            <w:r w:rsidRPr="002D5C0E">
              <w:rPr>
                <w:rFonts w:ascii="Times New Roman" w:eastAsia="Times New Roman" w:hAnsi="Times New Roman" w:cs="Times New Roman"/>
                <w:b/>
                <w:w w:val="105"/>
                <w:sz w:val="15"/>
                <w:lang w:val="ru-RU"/>
              </w:rPr>
              <w:t>физической</w:t>
            </w:r>
            <w:r w:rsidRPr="002D5C0E">
              <w:rPr>
                <w:rFonts w:ascii="Times New Roman" w:eastAsia="Times New Roman" w:hAnsi="Times New Roman" w:cs="Times New Roman"/>
                <w:b/>
                <w:spacing w:val="-3"/>
                <w:w w:val="105"/>
                <w:sz w:val="15"/>
                <w:lang w:val="ru-RU"/>
              </w:rPr>
              <w:t xml:space="preserve"> </w:t>
            </w:r>
            <w:r w:rsidRPr="002D5C0E">
              <w:rPr>
                <w:rFonts w:ascii="Times New Roman" w:eastAsia="Times New Roman" w:hAnsi="Times New Roman" w:cs="Times New Roman"/>
                <w:b/>
                <w:w w:val="105"/>
                <w:sz w:val="15"/>
                <w:lang w:val="ru-RU"/>
              </w:rPr>
              <w:t>культуры</w:t>
            </w:r>
          </w:p>
        </w:tc>
        <w:tc>
          <w:tcPr>
            <w:tcW w:w="528"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04"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7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864" w:type="dxa"/>
          </w:tcPr>
          <w:p w:rsidR="00FD48C4" w:rsidRPr="002D5C0E" w:rsidRDefault="00FD48C4" w:rsidP="00A67AF6">
            <w:pPr>
              <w:spacing w:before="74"/>
              <w:ind w:right="44"/>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19.09.2022</w:t>
            </w:r>
          </w:p>
        </w:tc>
        <w:tc>
          <w:tcPr>
            <w:tcW w:w="3914" w:type="dxa"/>
          </w:tcPr>
          <w:p w:rsidR="00FD48C4" w:rsidRPr="002D5C0E" w:rsidRDefault="00FD48C4" w:rsidP="00A67AF6">
            <w:pPr>
              <w:spacing w:before="74"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знакомятся с правилами поведения на уроках</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физической</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культуры,</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требованиями</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к</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обязательному</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их</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соблюдению</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74" w:line="266" w:lineRule="auto"/>
              <w:ind w:right="483"/>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Устный</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опрос;</w:t>
            </w:r>
          </w:p>
        </w:tc>
        <w:tc>
          <w:tcPr>
            <w:tcW w:w="3469" w:type="dxa"/>
          </w:tcPr>
          <w:p w:rsidR="00FD48C4" w:rsidRPr="002D5C0E" w:rsidRDefault="00FD48C4" w:rsidP="00A67AF6">
            <w:pPr>
              <w:spacing w:before="74"/>
              <w:ind w:right="84"/>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w:t>
            </w:r>
            <w:hyperlink r:id="rId7">
              <w:r w:rsidRPr="002D5C0E">
                <w:rPr>
                  <w:rFonts w:ascii="Times New Roman" w:eastAsia="Times New Roman" w:hAnsi="Times New Roman" w:cs="Times New Roman"/>
                  <w:w w:val="105"/>
                  <w:sz w:val="15"/>
                  <w:lang w:val="ru-RU"/>
                </w:rPr>
                <w:t>www.youtube.com/watch?v=A_b56V4SRZg</w:t>
              </w:r>
            </w:hyperlink>
          </w:p>
        </w:tc>
      </w:tr>
    </w:tbl>
    <w:p w:rsidR="00FD48C4" w:rsidRPr="002D5C0E" w:rsidRDefault="00FD48C4" w:rsidP="00FD48C4">
      <w:pPr>
        <w:widowControl w:val="0"/>
        <w:autoSpaceDE w:val="0"/>
        <w:autoSpaceDN w:val="0"/>
        <w:spacing w:after="0" w:line="240" w:lineRule="auto"/>
        <w:jc w:val="center"/>
        <w:rPr>
          <w:rFonts w:ascii="Times New Roman" w:eastAsia="Times New Roman" w:hAnsi="Times New Roman" w:cs="Times New Roman"/>
          <w:sz w:val="15"/>
          <w:lang w:val="ru-RU"/>
        </w:rPr>
        <w:sectPr w:rsidR="00FD48C4" w:rsidRPr="002D5C0E">
          <w:pgSz w:w="16840" w:h="11900" w:orient="landscape"/>
          <w:pgMar w:top="4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2"/>
        <w:gridCol w:w="2929"/>
        <w:gridCol w:w="528"/>
        <w:gridCol w:w="1104"/>
        <w:gridCol w:w="1140"/>
        <w:gridCol w:w="864"/>
        <w:gridCol w:w="3914"/>
        <w:gridCol w:w="1116"/>
        <w:gridCol w:w="3469"/>
      </w:tblGrid>
      <w:tr w:rsidR="00FD48C4" w:rsidRPr="002D5C0E" w:rsidTr="00A67AF6">
        <w:trPr>
          <w:trHeight w:val="2062"/>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lastRenderedPageBreak/>
              <w:t>4.2.</w:t>
            </w:r>
          </w:p>
        </w:tc>
        <w:tc>
          <w:tcPr>
            <w:tcW w:w="2929" w:type="dxa"/>
          </w:tcPr>
          <w:p w:rsidR="00FD48C4" w:rsidRPr="002D5C0E" w:rsidRDefault="00FD48C4" w:rsidP="00A67AF6">
            <w:pPr>
              <w:spacing w:before="64" w:line="266" w:lineRule="auto"/>
              <w:ind w:right="233"/>
              <w:rPr>
                <w:rFonts w:ascii="Times New Roman" w:eastAsia="Times New Roman" w:hAnsi="Times New Roman" w:cs="Times New Roman"/>
                <w:b/>
                <w:sz w:val="15"/>
                <w:lang w:val="ru-RU"/>
              </w:rPr>
            </w:pPr>
            <w:r w:rsidRPr="002D5C0E">
              <w:rPr>
                <w:rFonts w:ascii="Times New Roman" w:eastAsia="Times New Roman" w:hAnsi="Times New Roman" w:cs="Times New Roman"/>
                <w:i/>
                <w:w w:val="105"/>
                <w:sz w:val="15"/>
                <w:lang w:val="ru-RU"/>
              </w:rPr>
              <w:t>Модуль "Гимнастика с основами</w:t>
            </w:r>
            <w:r w:rsidRPr="002D5C0E">
              <w:rPr>
                <w:rFonts w:ascii="Times New Roman" w:eastAsia="Times New Roman" w:hAnsi="Times New Roman" w:cs="Times New Roman"/>
                <w:i/>
                <w:spacing w:val="1"/>
                <w:w w:val="105"/>
                <w:sz w:val="15"/>
                <w:lang w:val="ru-RU"/>
              </w:rPr>
              <w:t xml:space="preserve"> </w:t>
            </w:r>
            <w:r w:rsidRPr="002D5C0E">
              <w:rPr>
                <w:rFonts w:ascii="Times New Roman" w:eastAsia="Times New Roman" w:hAnsi="Times New Roman" w:cs="Times New Roman"/>
                <w:i/>
                <w:spacing w:val="-1"/>
                <w:w w:val="105"/>
                <w:sz w:val="15"/>
                <w:lang w:val="ru-RU"/>
              </w:rPr>
              <w:t>акробатики".</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b/>
                <w:w w:val="105"/>
                <w:sz w:val="15"/>
                <w:lang w:val="ru-RU"/>
              </w:rPr>
              <w:t>Исходные</w:t>
            </w:r>
            <w:r w:rsidRPr="002D5C0E">
              <w:rPr>
                <w:rFonts w:ascii="Times New Roman" w:eastAsia="Times New Roman" w:hAnsi="Times New Roman" w:cs="Times New Roman"/>
                <w:b/>
                <w:spacing w:val="-8"/>
                <w:w w:val="105"/>
                <w:sz w:val="15"/>
                <w:lang w:val="ru-RU"/>
              </w:rPr>
              <w:t xml:space="preserve"> </w:t>
            </w:r>
            <w:r w:rsidRPr="002D5C0E">
              <w:rPr>
                <w:rFonts w:ascii="Times New Roman" w:eastAsia="Times New Roman" w:hAnsi="Times New Roman" w:cs="Times New Roman"/>
                <w:b/>
                <w:w w:val="105"/>
                <w:sz w:val="15"/>
                <w:lang w:val="ru-RU"/>
              </w:rPr>
              <w:t>положения</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физических</w:t>
            </w:r>
            <w:r w:rsidRPr="002D5C0E">
              <w:rPr>
                <w:rFonts w:ascii="Times New Roman" w:eastAsia="Times New Roman" w:hAnsi="Times New Roman" w:cs="Times New Roman"/>
                <w:b/>
                <w:spacing w:val="-3"/>
                <w:w w:val="105"/>
                <w:sz w:val="15"/>
                <w:lang w:val="ru-RU"/>
              </w:rPr>
              <w:t xml:space="preserve"> </w:t>
            </w:r>
            <w:r w:rsidRPr="002D5C0E">
              <w:rPr>
                <w:rFonts w:ascii="Times New Roman" w:eastAsia="Times New Roman" w:hAnsi="Times New Roman" w:cs="Times New Roman"/>
                <w:b/>
                <w:w w:val="105"/>
                <w:sz w:val="15"/>
                <w:lang w:val="ru-RU"/>
              </w:rPr>
              <w:t>упражнениях</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21.09.2022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26.09.2022</w:t>
            </w:r>
          </w:p>
        </w:tc>
        <w:tc>
          <w:tcPr>
            <w:tcW w:w="3914" w:type="dxa"/>
          </w:tcPr>
          <w:p w:rsidR="00FD48C4" w:rsidRPr="002D5C0E" w:rsidRDefault="00FD48C4" w:rsidP="00A67AF6">
            <w:pPr>
              <w:spacing w:before="6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знакомятся с понятием «исходное положение» 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значением</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исходного</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положения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для</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последующего</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выполнения</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упражнения</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612"/>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 xml:space="preserve">наблюдают образец </w:t>
            </w:r>
            <w:r w:rsidRPr="002D5C0E">
              <w:rPr>
                <w:rFonts w:ascii="Times New Roman" w:eastAsia="Times New Roman" w:hAnsi="Times New Roman" w:cs="Times New Roman"/>
                <w:w w:val="105"/>
                <w:sz w:val="15"/>
                <w:lang w:val="ru-RU"/>
              </w:rPr>
              <w:t>техники учителя, уточняют</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spacing w:val="-1"/>
                <w:w w:val="105"/>
                <w:sz w:val="15"/>
                <w:lang w:val="ru-RU"/>
              </w:rPr>
              <w:t>требования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к</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выполнению</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отдельных</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исходных</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положений</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разучивают основные исходные положения для</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 xml:space="preserve">выполнения гимнастических упражнений, </w:t>
            </w:r>
            <w:r w:rsidRPr="002D5C0E">
              <w:rPr>
                <w:rFonts w:ascii="Times New Roman" w:eastAsia="Times New Roman" w:hAnsi="Times New Roman" w:cs="Times New Roman"/>
                <w:w w:val="105"/>
                <w:sz w:val="15"/>
                <w:lang w:val="ru-RU"/>
              </w:rPr>
              <w:t>их названия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 требования к выполнению (стойки; упоры; седы,</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положения</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лёжа);</w:t>
            </w:r>
          </w:p>
        </w:tc>
        <w:tc>
          <w:tcPr>
            <w:tcW w:w="1116" w:type="dxa"/>
          </w:tcPr>
          <w:p w:rsidR="00FD48C4" w:rsidRPr="002D5C0E" w:rsidRDefault="00FD48C4" w:rsidP="00A67AF6">
            <w:pPr>
              <w:spacing w:before="64" w:line="266" w:lineRule="auto"/>
              <w:ind w:right="8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line="266" w:lineRule="auto"/>
              <w:ind w:right="299"/>
              <w:rPr>
                <w:rFonts w:ascii="Times New Roman" w:eastAsia="Times New Roman" w:hAnsi="Times New Roman" w:cs="Times New Roman"/>
                <w:sz w:val="15"/>
              </w:rPr>
            </w:pPr>
            <w:r w:rsidRPr="002D5C0E">
              <w:rPr>
                <w:rFonts w:ascii="Times New Roman" w:eastAsia="Times New Roman" w:hAnsi="Times New Roman" w:cs="Times New Roman"/>
                <w:w w:val="105"/>
                <w:sz w:val="15"/>
              </w:rPr>
              <w:t>https://infourok.ru/ishodnye-polozheniya-v-</w:t>
            </w:r>
            <w:r w:rsidRPr="002D5C0E">
              <w:rPr>
                <w:rFonts w:ascii="Times New Roman" w:eastAsia="Times New Roman" w:hAnsi="Times New Roman" w:cs="Times New Roman"/>
                <w:spacing w:val="1"/>
                <w:w w:val="105"/>
                <w:sz w:val="15"/>
              </w:rPr>
              <w:t xml:space="preserve"> </w:t>
            </w:r>
            <w:r w:rsidRPr="002D5C0E">
              <w:rPr>
                <w:rFonts w:ascii="Times New Roman" w:eastAsia="Times New Roman" w:hAnsi="Times New Roman" w:cs="Times New Roman"/>
                <w:spacing w:val="-1"/>
                <w:w w:val="105"/>
                <w:sz w:val="15"/>
              </w:rPr>
              <w:t>fizicheskih-uprazhneniyah-1-klass-6160079.html</w:t>
            </w:r>
          </w:p>
        </w:tc>
      </w:tr>
      <w:tr w:rsidR="00FD48C4" w:rsidRPr="00A67AF6" w:rsidTr="00A67AF6">
        <w:trPr>
          <w:trHeight w:val="1870"/>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4.3.</w:t>
            </w:r>
          </w:p>
        </w:tc>
        <w:tc>
          <w:tcPr>
            <w:tcW w:w="2929" w:type="dxa"/>
          </w:tcPr>
          <w:p w:rsidR="00FD48C4" w:rsidRPr="002D5C0E" w:rsidRDefault="00FD48C4" w:rsidP="00A67AF6">
            <w:pPr>
              <w:spacing w:before="64" w:line="266" w:lineRule="auto"/>
              <w:ind w:right="149"/>
              <w:rPr>
                <w:rFonts w:ascii="Times New Roman" w:eastAsia="Times New Roman" w:hAnsi="Times New Roman" w:cs="Times New Roman"/>
                <w:b/>
                <w:sz w:val="15"/>
                <w:lang w:val="ru-RU"/>
              </w:rPr>
            </w:pPr>
            <w:r w:rsidRPr="002D5C0E">
              <w:rPr>
                <w:rFonts w:ascii="Times New Roman" w:eastAsia="Times New Roman" w:hAnsi="Times New Roman" w:cs="Times New Roman"/>
                <w:i/>
                <w:w w:val="105"/>
                <w:sz w:val="15"/>
                <w:lang w:val="ru-RU"/>
              </w:rPr>
              <w:t>Модуль "Гимнастика с основами</w:t>
            </w:r>
            <w:r w:rsidRPr="002D5C0E">
              <w:rPr>
                <w:rFonts w:ascii="Times New Roman" w:eastAsia="Times New Roman" w:hAnsi="Times New Roman" w:cs="Times New Roman"/>
                <w:i/>
                <w:spacing w:val="1"/>
                <w:w w:val="105"/>
                <w:sz w:val="15"/>
                <w:lang w:val="ru-RU"/>
              </w:rPr>
              <w:t xml:space="preserve"> </w:t>
            </w:r>
            <w:r w:rsidRPr="002D5C0E">
              <w:rPr>
                <w:rFonts w:ascii="Times New Roman" w:eastAsia="Times New Roman" w:hAnsi="Times New Roman" w:cs="Times New Roman"/>
                <w:i/>
                <w:spacing w:val="-1"/>
                <w:w w:val="105"/>
                <w:sz w:val="15"/>
                <w:lang w:val="ru-RU"/>
              </w:rPr>
              <w:t>акробатики".</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b/>
                <w:spacing w:val="-1"/>
                <w:w w:val="105"/>
                <w:sz w:val="15"/>
                <w:lang w:val="ru-RU"/>
              </w:rPr>
              <w:t>Строевые</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упражнения</w:t>
            </w:r>
            <w:r w:rsidRPr="002D5C0E">
              <w:rPr>
                <w:rFonts w:ascii="Times New Roman" w:eastAsia="Times New Roman" w:hAnsi="Times New Roman" w:cs="Times New Roman"/>
                <w:b/>
                <w:spacing w:val="-7"/>
                <w:w w:val="105"/>
                <w:sz w:val="15"/>
                <w:lang w:val="ru-RU"/>
              </w:rPr>
              <w:t xml:space="preserve"> </w:t>
            </w:r>
            <w:r w:rsidRPr="002D5C0E">
              <w:rPr>
                <w:rFonts w:ascii="Times New Roman" w:eastAsia="Times New Roman" w:hAnsi="Times New Roman" w:cs="Times New Roman"/>
                <w:b/>
                <w:w w:val="105"/>
                <w:sz w:val="15"/>
                <w:lang w:val="ru-RU"/>
              </w:rPr>
              <w:t>и</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организующие команды на уроках</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физической</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культуры</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28.09.2022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07.10.2022</w:t>
            </w:r>
          </w:p>
        </w:tc>
        <w:tc>
          <w:tcPr>
            <w:tcW w:w="3914" w:type="dxa"/>
          </w:tcPr>
          <w:p w:rsidR="00FD48C4" w:rsidRPr="002D5C0E" w:rsidRDefault="00FD48C4" w:rsidP="00A67AF6">
            <w:pPr>
              <w:spacing w:before="6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наблюдают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анализируют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образец</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техники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учителя,</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уточняют выполнение отдельных технических</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элементов</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48"/>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 xml:space="preserve">разучивают способы </w:t>
            </w:r>
            <w:proofErr w:type="gramStart"/>
            <w:r w:rsidRPr="002D5C0E">
              <w:rPr>
                <w:rFonts w:ascii="Times New Roman" w:eastAsia="Times New Roman" w:hAnsi="Times New Roman" w:cs="Times New Roman"/>
                <w:w w:val="105"/>
                <w:sz w:val="15"/>
                <w:lang w:val="ru-RU"/>
              </w:rPr>
              <w:t>построения</w:t>
            </w:r>
            <w:proofErr w:type="gramEnd"/>
            <w:r w:rsidRPr="002D5C0E">
              <w:rPr>
                <w:rFonts w:ascii="Times New Roman" w:eastAsia="Times New Roman" w:hAnsi="Times New Roman" w:cs="Times New Roman"/>
                <w:w w:val="105"/>
                <w:sz w:val="15"/>
                <w:lang w:val="ru-RU"/>
              </w:rPr>
              <w:t xml:space="preserve"> стоя на месте</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(шеренга,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колонна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две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шеренги,</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колонна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два);;</w:t>
            </w:r>
          </w:p>
          <w:p w:rsidR="00FD48C4" w:rsidRPr="002D5C0E" w:rsidRDefault="00FD48C4" w:rsidP="00A67AF6">
            <w:pPr>
              <w:spacing w:before="2"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разучивают</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повороты,</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стоя</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месте</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(вправо,</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влево</w:t>
            </w:r>
            <w:proofErr w:type="gramStart"/>
            <w:r w:rsidRPr="002D5C0E">
              <w:rPr>
                <w:rFonts w:ascii="Times New Roman" w:eastAsia="Times New Roman" w:hAnsi="Times New Roman" w:cs="Times New Roman"/>
                <w:w w:val="105"/>
                <w:sz w:val="15"/>
                <w:lang w:val="ru-RU"/>
              </w:rPr>
              <w:t>);;</w:t>
            </w:r>
            <w:r w:rsidRPr="002D5C0E">
              <w:rPr>
                <w:rFonts w:ascii="Times New Roman" w:eastAsia="Times New Roman" w:hAnsi="Times New Roman" w:cs="Times New Roman"/>
                <w:spacing w:val="-37"/>
                <w:w w:val="105"/>
                <w:sz w:val="15"/>
                <w:lang w:val="ru-RU"/>
              </w:rPr>
              <w:t xml:space="preserve"> </w:t>
            </w:r>
            <w:proofErr w:type="gramEnd"/>
            <w:r w:rsidRPr="002D5C0E">
              <w:rPr>
                <w:rFonts w:ascii="Times New Roman" w:eastAsia="Times New Roman" w:hAnsi="Times New Roman" w:cs="Times New Roman"/>
                <w:w w:val="105"/>
                <w:sz w:val="15"/>
                <w:lang w:val="ru-RU"/>
              </w:rPr>
              <w:t>разучивают передвижение ходьбой в колонне по</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равномерной</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скоростью;</w:t>
            </w:r>
          </w:p>
        </w:tc>
        <w:tc>
          <w:tcPr>
            <w:tcW w:w="1116" w:type="dxa"/>
          </w:tcPr>
          <w:p w:rsidR="00FD48C4" w:rsidRPr="002D5C0E" w:rsidRDefault="00FD48C4" w:rsidP="00A67AF6">
            <w:pPr>
              <w:spacing w:before="64" w:line="266" w:lineRule="auto"/>
              <w:ind w:right="8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https://resh.edu.ru/subject/lesson/4102/start/189523/</w:t>
            </w:r>
          </w:p>
        </w:tc>
      </w:tr>
      <w:tr w:rsidR="00FD48C4" w:rsidRPr="00A67AF6" w:rsidTr="00A67AF6">
        <w:trPr>
          <w:trHeight w:val="3983"/>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4.4.</w:t>
            </w:r>
          </w:p>
        </w:tc>
        <w:tc>
          <w:tcPr>
            <w:tcW w:w="2929" w:type="dxa"/>
          </w:tcPr>
          <w:p w:rsidR="00FD48C4" w:rsidRPr="002D5C0E" w:rsidRDefault="00FD48C4" w:rsidP="00A67AF6">
            <w:pPr>
              <w:spacing w:before="64" w:line="266" w:lineRule="auto"/>
              <w:ind w:right="626"/>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spacing w:val="-1"/>
                <w:w w:val="105"/>
                <w:sz w:val="15"/>
                <w:lang w:val="ru-RU"/>
              </w:rPr>
              <w:t>"Гимнастика</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w w:val="105"/>
                <w:sz w:val="15"/>
                <w:lang w:val="ru-RU"/>
              </w:rPr>
              <w:t>с</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w w:val="105"/>
                <w:sz w:val="15"/>
                <w:lang w:val="ru-RU"/>
              </w:rPr>
              <w:t>основами</w:t>
            </w:r>
            <w:r w:rsidRPr="002D5C0E">
              <w:rPr>
                <w:rFonts w:ascii="Times New Roman" w:eastAsia="Times New Roman" w:hAnsi="Times New Roman" w:cs="Times New Roman"/>
                <w:i/>
                <w:spacing w:val="-36"/>
                <w:w w:val="105"/>
                <w:sz w:val="15"/>
                <w:lang w:val="ru-RU"/>
              </w:rPr>
              <w:t xml:space="preserve"> </w:t>
            </w:r>
            <w:r w:rsidRPr="002D5C0E">
              <w:rPr>
                <w:rFonts w:ascii="Times New Roman" w:eastAsia="Times New Roman" w:hAnsi="Times New Roman" w:cs="Times New Roman"/>
                <w:i/>
                <w:spacing w:val="-1"/>
                <w:w w:val="105"/>
                <w:sz w:val="15"/>
                <w:lang w:val="ru-RU"/>
              </w:rPr>
              <w:t xml:space="preserve">акробатики". </w:t>
            </w:r>
            <w:r w:rsidRPr="002D5C0E">
              <w:rPr>
                <w:rFonts w:ascii="Times New Roman" w:eastAsia="Times New Roman" w:hAnsi="Times New Roman" w:cs="Times New Roman"/>
                <w:b/>
                <w:w w:val="105"/>
                <w:sz w:val="15"/>
                <w:lang w:val="ru-RU"/>
              </w:rPr>
              <w:t>Гимнастические</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упражнения</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6</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10.10.2022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21.10.2022</w:t>
            </w:r>
          </w:p>
        </w:tc>
        <w:tc>
          <w:tcPr>
            <w:tcW w:w="3914" w:type="dxa"/>
          </w:tcPr>
          <w:p w:rsidR="00FD48C4" w:rsidRPr="002D5C0E" w:rsidRDefault="00FD48C4" w:rsidP="00A67AF6">
            <w:pPr>
              <w:spacing w:before="64" w:line="266" w:lineRule="auto"/>
              <w:ind w:right="58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наблюдают и анализируют образцы техники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 xml:space="preserve">гимнастических упражнений учителя, </w:t>
            </w:r>
            <w:r w:rsidRPr="002D5C0E">
              <w:rPr>
                <w:rFonts w:ascii="Times New Roman" w:eastAsia="Times New Roman" w:hAnsi="Times New Roman" w:cs="Times New Roman"/>
                <w:w w:val="105"/>
                <w:sz w:val="15"/>
                <w:lang w:val="ru-RU"/>
              </w:rPr>
              <w:t>уточняют</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выполнение</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отдельных</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элементов</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48"/>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разучивают стилизованные передвижения</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 xml:space="preserve">(гимнастический шаг; гимнастический </w:t>
            </w:r>
            <w:r w:rsidRPr="002D5C0E">
              <w:rPr>
                <w:rFonts w:ascii="Times New Roman" w:eastAsia="Times New Roman" w:hAnsi="Times New Roman" w:cs="Times New Roman"/>
                <w:w w:val="105"/>
                <w:sz w:val="15"/>
                <w:lang w:val="ru-RU"/>
              </w:rPr>
              <w:t>бег; чередование</w:t>
            </w:r>
            <w:r w:rsidRPr="002D5C0E">
              <w:rPr>
                <w:rFonts w:ascii="Times New Roman" w:eastAsia="Times New Roman" w:hAnsi="Times New Roman" w:cs="Times New Roman"/>
                <w:spacing w:val="-38"/>
                <w:w w:val="105"/>
                <w:sz w:val="15"/>
                <w:lang w:val="ru-RU"/>
              </w:rPr>
              <w:t xml:space="preserve"> </w:t>
            </w:r>
            <w:r w:rsidRPr="002D5C0E">
              <w:rPr>
                <w:rFonts w:ascii="Times New Roman" w:eastAsia="Times New Roman" w:hAnsi="Times New Roman" w:cs="Times New Roman"/>
                <w:w w:val="105"/>
                <w:sz w:val="15"/>
                <w:lang w:val="ru-RU"/>
              </w:rPr>
              <w:t>гимнастической ходьбы с гимнастическим бегом);;</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разучивают упражнения с гимнастическим мячом</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(подбрасывание одной рукой и двумя руками;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перекладывание</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одной</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руки</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другую;</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прокатывание</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 xml:space="preserve">под ногами; поднимание ногами из </w:t>
            </w:r>
            <w:proofErr w:type="gramStart"/>
            <w:r w:rsidRPr="002D5C0E">
              <w:rPr>
                <w:rFonts w:ascii="Times New Roman" w:eastAsia="Times New Roman" w:hAnsi="Times New Roman" w:cs="Times New Roman"/>
                <w:w w:val="105"/>
                <w:sz w:val="15"/>
                <w:lang w:val="ru-RU"/>
              </w:rPr>
              <w:t>положения</w:t>
            </w:r>
            <w:proofErr w:type="gramEnd"/>
            <w:r w:rsidRPr="002D5C0E">
              <w:rPr>
                <w:rFonts w:ascii="Times New Roman" w:eastAsia="Times New Roman" w:hAnsi="Times New Roman" w:cs="Times New Roman"/>
                <w:w w:val="105"/>
                <w:sz w:val="15"/>
                <w:lang w:val="ru-RU"/>
              </w:rPr>
              <w:t xml:space="preserve"> лёжа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полу);;</w:t>
            </w:r>
          </w:p>
          <w:p w:rsidR="00FD48C4" w:rsidRPr="002D5C0E" w:rsidRDefault="00FD48C4" w:rsidP="00A67AF6">
            <w:pPr>
              <w:spacing w:before="5"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разучивают</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spacing w:val="-1"/>
                <w:w w:val="105"/>
                <w:sz w:val="15"/>
                <w:lang w:val="ru-RU"/>
              </w:rPr>
              <w:t>упражнения</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со</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скакалкой</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(перешагивание</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перепрыгивание через скакалку, лежащую на полу;</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поочерёдное и последовательное вращение сложенной</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вдвое скакалкой одной рукой с правого и левого бока,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двумя руками с правого и левого бока, перед собой</w:t>
            </w:r>
            <w:proofErr w:type="gramStart"/>
            <w:r w:rsidRPr="002D5C0E">
              <w:rPr>
                <w:rFonts w:ascii="Times New Roman" w:eastAsia="Times New Roman" w:hAnsi="Times New Roman" w:cs="Times New Roman"/>
                <w:w w:val="105"/>
                <w:sz w:val="15"/>
                <w:lang w:val="ru-RU"/>
              </w:rPr>
              <w:t>);;</w:t>
            </w:r>
            <w:r w:rsidRPr="002D5C0E">
              <w:rPr>
                <w:rFonts w:ascii="Times New Roman" w:eastAsia="Times New Roman" w:hAnsi="Times New Roman" w:cs="Times New Roman"/>
                <w:spacing w:val="1"/>
                <w:w w:val="105"/>
                <w:sz w:val="15"/>
                <w:lang w:val="ru-RU"/>
              </w:rPr>
              <w:t xml:space="preserve"> </w:t>
            </w:r>
            <w:proofErr w:type="gramEnd"/>
            <w:r w:rsidRPr="002D5C0E">
              <w:rPr>
                <w:rFonts w:ascii="Times New Roman" w:eastAsia="Times New Roman" w:hAnsi="Times New Roman" w:cs="Times New Roman"/>
                <w:w w:val="105"/>
                <w:sz w:val="15"/>
                <w:lang w:val="ru-RU"/>
              </w:rPr>
              <w:t>разучивают упражнения в гимнастических прыжках</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(прыжки в высоту с разведением рук и ног в сторону; с</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 xml:space="preserve">приземлением в </w:t>
            </w:r>
            <w:proofErr w:type="spellStart"/>
            <w:r w:rsidRPr="002D5C0E">
              <w:rPr>
                <w:rFonts w:ascii="Times New Roman" w:eastAsia="Times New Roman" w:hAnsi="Times New Roman" w:cs="Times New Roman"/>
                <w:w w:val="105"/>
                <w:sz w:val="15"/>
                <w:lang w:val="ru-RU"/>
              </w:rPr>
              <w:t>полуприседе</w:t>
            </w:r>
            <w:proofErr w:type="spellEnd"/>
            <w:r w:rsidRPr="002D5C0E">
              <w:rPr>
                <w:rFonts w:ascii="Times New Roman" w:eastAsia="Times New Roman" w:hAnsi="Times New Roman" w:cs="Times New Roman"/>
                <w:w w:val="105"/>
                <w:sz w:val="15"/>
                <w:lang w:val="ru-RU"/>
              </w:rPr>
              <w:t>; с поворотом в правую 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левую</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сторону);</w:t>
            </w:r>
          </w:p>
        </w:tc>
        <w:tc>
          <w:tcPr>
            <w:tcW w:w="1116" w:type="dxa"/>
          </w:tcPr>
          <w:p w:rsidR="00FD48C4" w:rsidRPr="002D5C0E" w:rsidRDefault="00FD48C4" w:rsidP="00A67AF6">
            <w:pPr>
              <w:spacing w:before="64" w:line="266" w:lineRule="auto"/>
              <w:ind w:right="8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https://resh.edu.ru/subject/lesson/5745/main/223826/</w:t>
            </w:r>
          </w:p>
        </w:tc>
      </w:tr>
      <w:tr w:rsidR="00FD48C4" w:rsidRPr="00A67AF6" w:rsidTr="00A67AF6">
        <w:trPr>
          <w:trHeight w:val="2254"/>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4.5.</w:t>
            </w:r>
          </w:p>
        </w:tc>
        <w:tc>
          <w:tcPr>
            <w:tcW w:w="2929" w:type="dxa"/>
          </w:tcPr>
          <w:p w:rsidR="00FD48C4" w:rsidRPr="002D5C0E" w:rsidRDefault="00FD48C4" w:rsidP="00A67AF6">
            <w:pPr>
              <w:spacing w:before="64" w:line="266" w:lineRule="auto"/>
              <w:ind w:right="626"/>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spacing w:val="-1"/>
                <w:w w:val="105"/>
                <w:sz w:val="15"/>
                <w:lang w:val="ru-RU"/>
              </w:rPr>
              <w:t>"Гимнастика</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w w:val="105"/>
                <w:sz w:val="15"/>
                <w:lang w:val="ru-RU"/>
              </w:rPr>
              <w:t>с</w:t>
            </w:r>
            <w:r w:rsidRPr="002D5C0E">
              <w:rPr>
                <w:rFonts w:ascii="Times New Roman" w:eastAsia="Times New Roman" w:hAnsi="Times New Roman" w:cs="Times New Roman"/>
                <w:i/>
                <w:spacing w:val="-6"/>
                <w:w w:val="105"/>
                <w:sz w:val="15"/>
                <w:lang w:val="ru-RU"/>
              </w:rPr>
              <w:t xml:space="preserve"> </w:t>
            </w:r>
            <w:r w:rsidRPr="002D5C0E">
              <w:rPr>
                <w:rFonts w:ascii="Times New Roman" w:eastAsia="Times New Roman" w:hAnsi="Times New Roman" w:cs="Times New Roman"/>
                <w:i/>
                <w:w w:val="105"/>
                <w:sz w:val="15"/>
                <w:lang w:val="ru-RU"/>
              </w:rPr>
              <w:t>основами</w:t>
            </w:r>
            <w:r w:rsidRPr="002D5C0E">
              <w:rPr>
                <w:rFonts w:ascii="Times New Roman" w:eastAsia="Times New Roman" w:hAnsi="Times New Roman" w:cs="Times New Roman"/>
                <w:i/>
                <w:spacing w:val="-36"/>
                <w:w w:val="105"/>
                <w:sz w:val="15"/>
                <w:lang w:val="ru-RU"/>
              </w:rPr>
              <w:t xml:space="preserve"> </w:t>
            </w:r>
            <w:r w:rsidRPr="002D5C0E">
              <w:rPr>
                <w:rFonts w:ascii="Times New Roman" w:eastAsia="Times New Roman" w:hAnsi="Times New Roman" w:cs="Times New Roman"/>
                <w:i/>
                <w:w w:val="105"/>
                <w:sz w:val="15"/>
                <w:lang w:val="ru-RU"/>
              </w:rPr>
              <w:t xml:space="preserve">акробатики". </w:t>
            </w:r>
            <w:r w:rsidRPr="002D5C0E">
              <w:rPr>
                <w:rFonts w:ascii="Times New Roman" w:eastAsia="Times New Roman" w:hAnsi="Times New Roman" w:cs="Times New Roman"/>
                <w:b/>
                <w:w w:val="105"/>
                <w:sz w:val="15"/>
                <w:lang w:val="ru-RU"/>
              </w:rPr>
              <w:t>Акробатические</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упражнения</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6</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07.11.2022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18.11.2022</w:t>
            </w:r>
          </w:p>
        </w:tc>
        <w:tc>
          <w:tcPr>
            <w:tcW w:w="3914" w:type="dxa"/>
          </w:tcPr>
          <w:p w:rsidR="00FD48C4" w:rsidRPr="002D5C0E" w:rsidRDefault="00FD48C4" w:rsidP="00A67AF6">
            <w:pPr>
              <w:spacing w:before="6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наблюдают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анализируют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образцы</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техники</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учителя,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контролируют её выполнение другими учащимися,</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помогают</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им</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исправлять</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ошибки;</w:t>
            </w:r>
          </w:p>
          <w:p w:rsidR="00FD48C4" w:rsidRPr="002D5C0E" w:rsidRDefault="00FD48C4" w:rsidP="00A67AF6">
            <w:pPr>
              <w:spacing w:before="2"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подъёму</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туловища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из</w:t>
            </w:r>
            <w:r w:rsidRPr="002D5C0E">
              <w:rPr>
                <w:rFonts w:ascii="Times New Roman" w:eastAsia="Times New Roman" w:hAnsi="Times New Roman" w:cs="Times New Roman"/>
                <w:spacing w:val="-9"/>
                <w:w w:val="105"/>
                <w:sz w:val="15"/>
                <w:lang w:val="ru-RU"/>
              </w:rPr>
              <w:t xml:space="preserve"> </w:t>
            </w:r>
            <w:proofErr w:type="gramStart"/>
            <w:r w:rsidRPr="002D5C0E">
              <w:rPr>
                <w:rFonts w:ascii="Times New Roman" w:eastAsia="Times New Roman" w:hAnsi="Times New Roman" w:cs="Times New Roman"/>
                <w:w w:val="105"/>
                <w:sz w:val="15"/>
                <w:lang w:val="ru-RU"/>
              </w:rPr>
              <w:t>положения</w:t>
            </w:r>
            <w:proofErr w:type="gramEnd"/>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лёжа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спине</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животе;;</w:t>
            </w:r>
          </w:p>
          <w:p w:rsidR="00FD48C4" w:rsidRPr="002D5C0E" w:rsidRDefault="00FD48C4" w:rsidP="00A67AF6">
            <w:pPr>
              <w:spacing w:before="2"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подъёму</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ног</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из</w:t>
            </w:r>
            <w:r w:rsidRPr="002D5C0E">
              <w:rPr>
                <w:rFonts w:ascii="Times New Roman" w:eastAsia="Times New Roman" w:hAnsi="Times New Roman" w:cs="Times New Roman"/>
                <w:spacing w:val="-9"/>
                <w:w w:val="105"/>
                <w:sz w:val="15"/>
                <w:lang w:val="ru-RU"/>
              </w:rPr>
              <w:t xml:space="preserve"> </w:t>
            </w:r>
            <w:proofErr w:type="gramStart"/>
            <w:r w:rsidRPr="002D5C0E">
              <w:rPr>
                <w:rFonts w:ascii="Times New Roman" w:eastAsia="Times New Roman" w:hAnsi="Times New Roman" w:cs="Times New Roman"/>
                <w:w w:val="105"/>
                <w:sz w:val="15"/>
                <w:lang w:val="ru-RU"/>
              </w:rPr>
              <w:t>положения</w:t>
            </w:r>
            <w:proofErr w:type="gramEnd"/>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лёжа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животе;;</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обучаются сгибанию рук в положении упор лёжа;;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разучивают прыжки в группировке, толчком двумя</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ногами;;</w:t>
            </w:r>
          </w:p>
          <w:p w:rsidR="00FD48C4" w:rsidRPr="002D5C0E" w:rsidRDefault="00FD48C4" w:rsidP="00A67AF6">
            <w:pPr>
              <w:spacing w:before="2"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разучивают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прыжки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упоре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руках,</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толчком</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двумя</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ногами;</w:t>
            </w:r>
          </w:p>
        </w:tc>
        <w:tc>
          <w:tcPr>
            <w:tcW w:w="1116" w:type="dxa"/>
          </w:tcPr>
          <w:p w:rsidR="00FD48C4" w:rsidRPr="002D5C0E" w:rsidRDefault="00FD48C4" w:rsidP="00A67AF6">
            <w:pPr>
              <w:spacing w:before="64" w:line="266" w:lineRule="auto"/>
              <w:ind w:right="8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145"/>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https://resh.edu.ru/subject/lesson/4192/start/61590/</w:t>
            </w:r>
          </w:p>
        </w:tc>
      </w:tr>
    </w:tbl>
    <w:p w:rsidR="00FD48C4" w:rsidRPr="002D5C0E" w:rsidRDefault="00FD48C4" w:rsidP="00FD48C4">
      <w:pPr>
        <w:widowControl w:val="0"/>
        <w:autoSpaceDE w:val="0"/>
        <w:autoSpaceDN w:val="0"/>
        <w:spacing w:after="0" w:line="240" w:lineRule="auto"/>
        <w:jc w:val="center"/>
        <w:rPr>
          <w:rFonts w:ascii="Times New Roman" w:eastAsia="Times New Roman" w:hAnsi="Times New Roman" w:cs="Times New Roman"/>
          <w:sz w:val="15"/>
          <w:lang w:val="ru-RU"/>
        </w:rPr>
        <w:sectPr w:rsidR="00FD48C4" w:rsidRPr="002D5C0E">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2"/>
        <w:gridCol w:w="2929"/>
        <w:gridCol w:w="528"/>
        <w:gridCol w:w="1104"/>
        <w:gridCol w:w="1140"/>
        <w:gridCol w:w="864"/>
        <w:gridCol w:w="3914"/>
        <w:gridCol w:w="1116"/>
        <w:gridCol w:w="3469"/>
      </w:tblGrid>
      <w:tr w:rsidR="00FD48C4" w:rsidRPr="00A67AF6" w:rsidTr="00A67AF6">
        <w:trPr>
          <w:trHeight w:val="1101"/>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lastRenderedPageBreak/>
              <w:t>4.6.</w:t>
            </w:r>
          </w:p>
        </w:tc>
        <w:tc>
          <w:tcPr>
            <w:tcW w:w="2929" w:type="dxa"/>
          </w:tcPr>
          <w:p w:rsidR="00FD48C4" w:rsidRPr="002D5C0E" w:rsidRDefault="00FD48C4" w:rsidP="00A67AF6">
            <w:pPr>
              <w:spacing w:before="64" w:line="266" w:lineRule="auto"/>
              <w:ind w:right="77"/>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Модуль "</w:t>
            </w:r>
            <w:r w:rsidRPr="002D5C0E">
              <w:rPr>
                <w:rFonts w:ascii="Times New Roman" w:eastAsia="Times New Roman" w:hAnsi="Times New Roman" w:cs="Times New Roman"/>
                <w:i/>
                <w:spacing w:val="-1"/>
                <w:w w:val="105"/>
                <w:sz w:val="15"/>
                <w:lang w:val="ru-RU"/>
              </w:rPr>
              <w:t xml:space="preserve"> Подвижные</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и</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спортивные</w:t>
            </w:r>
            <w:r w:rsidRPr="002D5C0E">
              <w:rPr>
                <w:rFonts w:ascii="Times New Roman" w:eastAsia="Times New Roman" w:hAnsi="Times New Roman" w:cs="Times New Roman"/>
                <w:i/>
                <w:spacing w:val="-36"/>
                <w:w w:val="105"/>
                <w:sz w:val="15"/>
                <w:lang w:val="ru-RU"/>
              </w:rPr>
              <w:t xml:space="preserve"> </w:t>
            </w:r>
            <w:r w:rsidRPr="002D5C0E">
              <w:rPr>
                <w:rFonts w:ascii="Times New Roman" w:eastAsia="Times New Roman" w:hAnsi="Times New Roman" w:cs="Times New Roman"/>
                <w:i/>
                <w:w w:val="105"/>
                <w:sz w:val="15"/>
                <w:lang w:val="ru-RU"/>
              </w:rPr>
              <w:t>игры</w:t>
            </w:r>
            <w:r>
              <w:rPr>
                <w:rFonts w:ascii="Times New Roman" w:eastAsia="Times New Roman" w:hAnsi="Times New Roman" w:cs="Times New Roman"/>
                <w:i/>
                <w:w w:val="105"/>
                <w:sz w:val="15"/>
                <w:lang w:val="ru-RU"/>
              </w:rPr>
              <w:t>»</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21.11.2022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25.11.2022</w:t>
            </w:r>
          </w:p>
        </w:tc>
        <w:tc>
          <w:tcPr>
            <w:tcW w:w="3914" w:type="dxa"/>
          </w:tcPr>
          <w:p w:rsidR="00FD48C4" w:rsidRPr="002D5C0E" w:rsidRDefault="00FD48C4" w:rsidP="00A67AF6">
            <w:pPr>
              <w:spacing w:before="64" w:line="266" w:lineRule="auto"/>
              <w:ind w:right="306"/>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разучивают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игровые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действия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правила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 обучаются способам организации и подготовки</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игровых</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площадок</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83"/>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 xml:space="preserve">обучаются самостоятельной организации </w:t>
            </w:r>
            <w:r w:rsidRPr="002D5C0E">
              <w:rPr>
                <w:rFonts w:ascii="Times New Roman" w:eastAsia="Times New Roman" w:hAnsi="Times New Roman" w:cs="Times New Roman"/>
                <w:w w:val="105"/>
                <w:sz w:val="15"/>
                <w:lang w:val="ru-RU"/>
              </w:rPr>
              <w:t>и проведению</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игр</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учебным</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группам</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264"/>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играют</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в</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разученные</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подвижные</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игры;</w:t>
            </w:r>
          </w:p>
        </w:tc>
        <w:tc>
          <w:tcPr>
            <w:tcW w:w="1116" w:type="dxa"/>
          </w:tcPr>
          <w:p w:rsidR="00FD48C4" w:rsidRPr="002D5C0E" w:rsidRDefault="00FD48C4" w:rsidP="00A67AF6">
            <w:pPr>
              <w:spacing w:before="64" w:line="266" w:lineRule="auto"/>
              <w:ind w:right="369"/>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Устный</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опрос;</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2"/>
                <w:w w:val="105"/>
                <w:sz w:val="15"/>
                <w:lang w:val="ru-RU"/>
              </w:rPr>
              <w:t xml:space="preserve">Работа </w:t>
            </w:r>
            <w:r w:rsidRPr="002D5C0E">
              <w:rPr>
                <w:rFonts w:ascii="Times New Roman" w:eastAsia="Times New Roman" w:hAnsi="Times New Roman" w:cs="Times New Roman"/>
                <w:spacing w:val="-1"/>
                <w:w w:val="105"/>
                <w:sz w:val="15"/>
                <w:lang w:val="ru-RU"/>
              </w:rPr>
              <w:t>на</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https://resh.edu.ru/subject/lesson/5740/start/223641/</w:t>
            </w:r>
          </w:p>
        </w:tc>
      </w:tr>
      <w:tr w:rsidR="00FD48C4" w:rsidRPr="00A67AF6" w:rsidTr="00A67AF6">
        <w:trPr>
          <w:trHeight w:val="4091"/>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4.7.</w:t>
            </w:r>
          </w:p>
        </w:tc>
        <w:tc>
          <w:tcPr>
            <w:tcW w:w="2929"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Модуль</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w:t>
            </w:r>
            <w:r w:rsidRPr="002D5C0E">
              <w:rPr>
                <w:rFonts w:ascii="Times New Roman" w:eastAsia="Times New Roman" w:hAnsi="Times New Roman" w:cs="Times New Roman"/>
                <w:i/>
                <w:spacing w:val="-1"/>
                <w:w w:val="105"/>
                <w:sz w:val="15"/>
                <w:lang w:val="ru-RU"/>
              </w:rPr>
              <w:t xml:space="preserve"> Подвижные</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и</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спортивные</w:t>
            </w:r>
            <w:r w:rsidRPr="002D5C0E">
              <w:rPr>
                <w:rFonts w:ascii="Times New Roman" w:eastAsia="Times New Roman" w:hAnsi="Times New Roman" w:cs="Times New Roman"/>
                <w:i/>
                <w:spacing w:val="-36"/>
                <w:w w:val="105"/>
                <w:sz w:val="15"/>
                <w:lang w:val="ru-RU"/>
              </w:rPr>
              <w:t xml:space="preserve"> </w:t>
            </w:r>
            <w:r w:rsidRPr="002D5C0E">
              <w:rPr>
                <w:rFonts w:ascii="Times New Roman" w:eastAsia="Times New Roman" w:hAnsi="Times New Roman" w:cs="Times New Roman"/>
                <w:i/>
                <w:w w:val="105"/>
                <w:sz w:val="15"/>
                <w:lang w:val="ru-RU"/>
              </w:rPr>
              <w:t>игры</w:t>
            </w:r>
            <w:r>
              <w:rPr>
                <w:rFonts w:ascii="Times New Roman" w:eastAsia="Times New Roman" w:hAnsi="Times New Roman" w:cs="Times New Roman"/>
                <w:i/>
                <w:w w:val="105"/>
                <w:sz w:val="15"/>
                <w:lang w:val="ru-RU"/>
              </w:rPr>
              <w:t>»</w:t>
            </w:r>
          </w:p>
          <w:p w:rsidR="00FD48C4" w:rsidRPr="002D5C0E" w:rsidRDefault="00FD48C4" w:rsidP="00A67AF6">
            <w:pPr>
              <w:spacing w:before="20" w:line="266" w:lineRule="auto"/>
              <w:ind w:right="282"/>
              <w:rPr>
                <w:rFonts w:ascii="Times New Roman" w:eastAsia="Times New Roman" w:hAnsi="Times New Roman" w:cs="Times New Roman"/>
                <w:sz w:val="15"/>
                <w:lang w:val="ru-RU"/>
              </w:rPr>
            </w:pPr>
          </w:p>
        </w:tc>
        <w:tc>
          <w:tcPr>
            <w:tcW w:w="528" w:type="dxa"/>
          </w:tcPr>
          <w:p w:rsidR="00FD48C4" w:rsidRPr="002D5C0E" w:rsidRDefault="00443411" w:rsidP="00A67AF6">
            <w:pPr>
              <w:spacing w:before="64"/>
              <w:rPr>
                <w:rFonts w:ascii="Times New Roman" w:eastAsia="Times New Roman" w:hAnsi="Times New Roman" w:cs="Times New Roman"/>
                <w:sz w:val="15"/>
                <w:lang w:val="ru-RU"/>
              </w:rPr>
            </w:pPr>
            <w:r>
              <w:rPr>
                <w:rFonts w:ascii="Times New Roman" w:eastAsia="Times New Roman" w:hAnsi="Times New Roman" w:cs="Times New Roman"/>
                <w:w w:val="105"/>
                <w:sz w:val="15"/>
                <w:lang w:val="ru-RU"/>
              </w:rPr>
              <w:t>21</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17</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28.11.2022</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20.01.2023</w:t>
            </w:r>
          </w:p>
        </w:tc>
        <w:tc>
          <w:tcPr>
            <w:tcW w:w="3914" w:type="dxa"/>
          </w:tcPr>
          <w:p w:rsidR="00FD48C4" w:rsidRPr="002D5C0E" w:rsidRDefault="00FD48C4" w:rsidP="00A67AF6">
            <w:pPr>
              <w:spacing w:before="64" w:line="266" w:lineRule="auto"/>
              <w:ind w:right="306"/>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разучивают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игровые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действия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правила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 обучаются способам организации и подготовки</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игровых</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площадок</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83"/>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 xml:space="preserve">обучаются самостоятельной организации </w:t>
            </w:r>
            <w:r w:rsidRPr="002D5C0E">
              <w:rPr>
                <w:rFonts w:ascii="Times New Roman" w:eastAsia="Times New Roman" w:hAnsi="Times New Roman" w:cs="Times New Roman"/>
                <w:w w:val="105"/>
                <w:sz w:val="15"/>
                <w:lang w:val="ru-RU"/>
              </w:rPr>
              <w:t>и проведению</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игр</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учебным</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группам</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играют</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в</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разученные</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подвижные</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игры;</w:t>
            </w:r>
          </w:p>
        </w:tc>
        <w:tc>
          <w:tcPr>
            <w:tcW w:w="1116" w:type="dxa"/>
          </w:tcPr>
          <w:p w:rsidR="00FD48C4" w:rsidRPr="002D5C0E" w:rsidRDefault="00FD48C4" w:rsidP="00A67AF6">
            <w:pPr>
              <w:spacing w:before="64" w:line="266" w:lineRule="auto"/>
              <w:ind w:right="41"/>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Практическая</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Тестирование;</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https://resh.edu.ru/subject/lesson/5742/start/223801/</w:t>
            </w:r>
          </w:p>
        </w:tc>
      </w:tr>
      <w:tr w:rsidR="00FD48C4" w:rsidRPr="00A67AF6" w:rsidTr="00A67AF6">
        <w:trPr>
          <w:trHeight w:val="3214"/>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4.8.</w:t>
            </w:r>
          </w:p>
        </w:tc>
        <w:tc>
          <w:tcPr>
            <w:tcW w:w="2929" w:type="dxa"/>
          </w:tcPr>
          <w:p w:rsidR="00FD48C4" w:rsidRPr="002D5C0E" w:rsidRDefault="00FD48C4" w:rsidP="00A67AF6">
            <w:pPr>
              <w:spacing w:before="64"/>
              <w:rPr>
                <w:rFonts w:ascii="Times New Roman" w:eastAsia="Times New Roman" w:hAnsi="Times New Roman" w:cs="Times New Roman"/>
                <w:i/>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spacing w:val="-1"/>
                <w:w w:val="105"/>
                <w:sz w:val="15"/>
                <w:lang w:val="ru-RU"/>
              </w:rPr>
              <w:t>"</w:t>
            </w:r>
            <w:proofErr w:type="gramStart"/>
            <w:r w:rsidRPr="002D5C0E">
              <w:rPr>
                <w:rFonts w:ascii="Times New Roman" w:eastAsia="Times New Roman" w:hAnsi="Times New Roman" w:cs="Times New Roman"/>
                <w:i/>
                <w:spacing w:val="-1"/>
                <w:w w:val="105"/>
                <w:sz w:val="15"/>
                <w:lang w:val="ru-RU"/>
              </w:rPr>
              <w:t>Лёгкая</w:t>
            </w:r>
            <w:proofErr w:type="gramEnd"/>
          </w:p>
          <w:p w:rsidR="00FD48C4" w:rsidRPr="002D5C0E" w:rsidRDefault="00FD48C4" w:rsidP="00A67AF6">
            <w:pPr>
              <w:spacing w:before="20" w:line="266" w:lineRule="auto"/>
              <w:ind w:right="49"/>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 xml:space="preserve">атлетика". </w:t>
            </w:r>
            <w:r w:rsidRPr="002D5C0E">
              <w:rPr>
                <w:rFonts w:ascii="Times New Roman" w:eastAsia="Times New Roman" w:hAnsi="Times New Roman" w:cs="Times New Roman"/>
                <w:b/>
                <w:spacing w:val="-1"/>
                <w:w w:val="105"/>
                <w:sz w:val="15"/>
                <w:lang w:val="ru-RU"/>
              </w:rPr>
              <w:t>Равномерное передвижение</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ходьбе</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и</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беге</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23.01.2023</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20.02.2023</w:t>
            </w:r>
          </w:p>
        </w:tc>
        <w:tc>
          <w:tcPr>
            <w:tcW w:w="3914" w:type="dxa"/>
          </w:tcPr>
          <w:p w:rsidR="00FD48C4" w:rsidRPr="002D5C0E" w:rsidRDefault="00FD48C4" w:rsidP="00A67AF6">
            <w:pPr>
              <w:spacing w:before="64"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 равномерной ходьбе в колоне по одному с</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использованием лидера (передвижение учителя</w:t>
            </w:r>
            <w:proofErr w:type="gramStart"/>
            <w:r w:rsidRPr="002D5C0E">
              <w:rPr>
                <w:rFonts w:ascii="Times New Roman" w:eastAsia="Times New Roman" w:hAnsi="Times New Roman" w:cs="Times New Roman"/>
                <w:w w:val="105"/>
                <w:sz w:val="15"/>
                <w:lang w:val="ru-RU"/>
              </w:rPr>
              <w:t>);;</w:t>
            </w:r>
            <w:r w:rsidRPr="002D5C0E">
              <w:rPr>
                <w:rFonts w:ascii="Times New Roman" w:eastAsia="Times New Roman" w:hAnsi="Times New Roman" w:cs="Times New Roman"/>
                <w:spacing w:val="1"/>
                <w:w w:val="105"/>
                <w:sz w:val="15"/>
                <w:lang w:val="ru-RU"/>
              </w:rPr>
              <w:t xml:space="preserve"> </w:t>
            </w:r>
            <w:proofErr w:type="gramEnd"/>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равномерной</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ходьбе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колонне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изменением скорости передвижения (по команде);;</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обучаются равномерному бегу в колонне по одному с</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невысокой скоростью с использованием лидера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(передвижение</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учителя);;</w:t>
            </w:r>
          </w:p>
          <w:p w:rsidR="00FD48C4" w:rsidRPr="002D5C0E" w:rsidRDefault="00FD48C4" w:rsidP="00A67AF6">
            <w:pPr>
              <w:spacing w:before="5"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равномерному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бегу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колонне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невысокой</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скоростью</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1"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равномерному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бегу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колонне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разной скоростью передвижения с использованием</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лидера</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равномерному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бегу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колонне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разной скоростью передвижения (по команде</w:t>
            </w:r>
            <w:proofErr w:type="gramStart"/>
            <w:r w:rsidRPr="002D5C0E">
              <w:rPr>
                <w:rFonts w:ascii="Times New Roman" w:eastAsia="Times New Roman" w:hAnsi="Times New Roman" w:cs="Times New Roman"/>
                <w:w w:val="105"/>
                <w:sz w:val="15"/>
                <w:lang w:val="ru-RU"/>
              </w:rPr>
              <w:t>);;</w:t>
            </w:r>
            <w:r w:rsidRPr="002D5C0E">
              <w:rPr>
                <w:rFonts w:ascii="Times New Roman" w:eastAsia="Times New Roman" w:hAnsi="Times New Roman" w:cs="Times New Roman"/>
                <w:spacing w:val="1"/>
                <w:w w:val="105"/>
                <w:sz w:val="15"/>
                <w:lang w:val="ru-RU"/>
              </w:rPr>
              <w:t xml:space="preserve"> </w:t>
            </w:r>
            <w:proofErr w:type="gramEnd"/>
            <w:r w:rsidRPr="002D5C0E">
              <w:rPr>
                <w:rFonts w:ascii="Times New Roman" w:eastAsia="Times New Roman" w:hAnsi="Times New Roman" w:cs="Times New Roman"/>
                <w:w w:val="105"/>
                <w:sz w:val="15"/>
                <w:lang w:val="ru-RU"/>
              </w:rPr>
              <w:t>обучаются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равномерному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бегу</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колонне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одному</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чередовании</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равномерной</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ходьбой</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команде);</w:t>
            </w:r>
          </w:p>
        </w:tc>
        <w:tc>
          <w:tcPr>
            <w:tcW w:w="1116" w:type="dxa"/>
          </w:tcPr>
          <w:p w:rsidR="00FD48C4" w:rsidRPr="002D5C0E" w:rsidRDefault="00FD48C4" w:rsidP="00A67AF6">
            <w:pPr>
              <w:spacing w:before="64" w:line="266" w:lineRule="auto"/>
              <w:ind w:right="369"/>
              <w:rPr>
                <w:rFonts w:ascii="Times New Roman" w:eastAsia="Times New Roman" w:hAnsi="Times New Roman" w:cs="Times New Roman"/>
                <w:sz w:val="15"/>
                <w:lang w:val="ru-RU"/>
              </w:rPr>
            </w:pPr>
            <w:r w:rsidRPr="002D5C0E">
              <w:rPr>
                <w:rFonts w:ascii="Times New Roman" w:eastAsia="Times New Roman" w:hAnsi="Times New Roman" w:cs="Times New Roman"/>
                <w:spacing w:val="-2"/>
                <w:w w:val="105"/>
                <w:sz w:val="15"/>
                <w:lang w:val="ru-RU"/>
              </w:rPr>
              <w:t xml:space="preserve">Работа </w:t>
            </w:r>
            <w:r w:rsidRPr="002D5C0E">
              <w:rPr>
                <w:rFonts w:ascii="Times New Roman" w:eastAsia="Times New Roman" w:hAnsi="Times New Roman" w:cs="Times New Roman"/>
                <w:spacing w:val="-1"/>
                <w:w w:val="105"/>
                <w:sz w:val="15"/>
                <w:lang w:val="ru-RU"/>
              </w:rPr>
              <w:t>на</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https://resh.edu.ru/subject/lesson/5738/start/168896/</w:t>
            </w:r>
          </w:p>
        </w:tc>
      </w:tr>
      <w:tr w:rsidR="00FD48C4" w:rsidRPr="00A67AF6" w:rsidTr="00A67AF6">
        <w:trPr>
          <w:trHeight w:val="1677"/>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4.9.</w:t>
            </w:r>
          </w:p>
        </w:tc>
        <w:tc>
          <w:tcPr>
            <w:tcW w:w="2929" w:type="dxa"/>
          </w:tcPr>
          <w:p w:rsidR="00FD48C4" w:rsidRPr="002D5C0E" w:rsidRDefault="00FD48C4" w:rsidP="00A67AF6">
            <w:pPr>
              <w:spacing w:before="64" w:line="266" w:lineRule="auto"/>
              <w:ind w:right="189"/>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i/>
                <w:w w:val="105"/>
                <w:sz w:val="15"/>
                <w:lang w:val="ru-RU"/>
              </w:rPr>
              <w:t>"Лёгкая</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i/>
                <w:w w:val="105"/>
                <w:sz w:val="15"/>
                <w:lang w:val="ru-RU"/>
              </w:rPr>
              <w:t>атлетика".</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b/>
                <w:w w:val="105"/>
                <w:sz w:val="15"/>
                <w:lang w:val="ru-RU"/>
              </w:rPr>
              <w:t>Прыжок</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длину</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с</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места</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4</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1</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3</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22.02.2023</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01.03.2023</w:t>
            </w:r>
          </w:p>
        </w:tc>
        <w:tc>
          <w:tcPr>
            <w:tcW w:w="3914" w:type="dxa"/>
          </w:tcPr>
          <w:p w:rsidR="00FD48C4" w:rsidRPr="002D5C0E" w:rsidRDefault="00FD48C4" w:rsidP="00A67AF6">
            <w:pPr>
              <w:spacing w:before="64" w:line="266" w:lineRule="auto"/>
              <w:ind w:right="48"/>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знакомятся с образцом учителя и правилами его</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выполнения (расположение у стартовой линии,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принятие исходного положения перед прыжком;</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выполнение</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spacing w:val="-1"/>
                <w:w w:val="105"/>
                <w:sz w:val="15"/>
                <w:lang w:val="ru-RU"/>
              </w:rPr>
              <w:t>приземления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после</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фазы</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полёта;</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измерение</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результата</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после</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приземления</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4" w:line="266" w:lineRule="auto"/>
              <w:ind w:right="69"/>
              <w:rPr>
                <w:rFonts w:ascii="Times New Roman" w:eastAsia="Times New Roman" w:hAnsi="Times New Roman" w:cs="Times New Roman"/>
                <w:sz w:val="15"/>
                <w:lang w:val="ru-RU"/>
              </w:rPr>
            </w:pPr>
            <w:proofErr w:type="gramStart"/>
            <w:r w:rsidRPr="002D5C0E">
              <w:rPr>
                <w:rFonts w:ascii="Times New Roman" w:eastAsia="Times New Roman" w:hAnsi="Times New Roman" w:cs="Times New Roman"/>
                <w:spacing w:val="-1"/>
                <w:w w:val="105"/>
                <w:sz w:val="15"/>
                <w:lang w:val="ru-RU"/>
              </w:rPr>
              <w:t xml:space="preserve">разучивают одновременное отталкивание </w:t>
            </w:r>
            <w:r w:rsidRPr="002D5C0E">
              <w:rPr>
                <w:rFonts w:ascii="Times New Roman" w:eastAsia="Times New Roman" w:hAnsi="Times New Roman" w:cs="Times New Roman"/>
                <w:w w:val="105"/>
                <w:sz w:val="15"/>
                <w:lang w:val="ru-RU"/>
              </w:rPr>
              <w:t>двумя ногами</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(прыжки</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вверх</w:t>
            </w:r>
            <w:r w:rsidRPr="002D5C0E">
              <w:rPr>
                <w:rFonts w:ascii="Times New Roman" w:eastAsia="Times New Roman" w:hAnsi="Times New Roman" w:cs="Times New Roman"/>
                <w:spacing w:val="-5"/>
                <w:w w:val="105"/>
                <w:sz w:val="15"/>
                <w:lang w:val="ru-RU"/>
              </w:rPr>
              <w:t xml:space="preserve"> </w:t>
            </w:r>
            <w:r w:rsidRPr="002D5C0E">
              <w:rPr>
                <w:rFonts w:ascii="Times New Roman" w:eastAsia="Times New Roman" w:hAnsi="Times New Roman" w:cs="Times New Roman"/>
                <w:w w:val="105"/>
                <w:sz w:val="15"/>
                <w:lang w:val="ru-RU"/>
              </w:rPr>
              <w:t>из</w:t>
            </w:r>
            <w:r w:rsidRPr="002D5C0E">
              <w:rPr>
                <w:rFonts w:ascii="Times New Roman" w:eastAsia="Times New Roman" w:hAnsi="Times New Roman" w:cs="Times New Roman"/>
                <w:spacing w:val="-6"/>
                <w:w w:val="105"/>
                <w:sz w:val="15"/>
                <w:lang w:val="ru-RU"/>
              </w:rPr>
              <w:t xml:space="preserve"> </w:t>
            </w:r>
            <w:proofErr w:type="spellStart"/>
            <w:r w:rsidRPr="002D5C0E">
              <w:rPr>
                <w:rFonts w:ascii="Times New Roman" w:eastAsia="Times New Roman" w:hAnsi="Times New Roman" w:cs="Times New Roman"/>
                <w:w w:val="105"/>
                <w:sz w:val="15"/>
                <w:lang w:val="ru-RU"/>
              </w:rPr>
              <w:t>полуприседа</w:t>
            </w:r>
            <w:proofErr w:type="spellEnd"/>
            <w:r w:rsidRPr="002D5C0E">
              <w:rPr>
                <w:rFonts w:ascii="Times New Roman" w:eastAsia="Times New Roman" w:hAnsi="Times New Roman" w:cs="Times New Roman"/>
                <w:spacing w:val="-5"/>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месте;</w:t>
            </w:r>
            <w:r w:rsidRPr="002D5C0E">
              <w:rPr>
                <w:rFonts w:ascii="Times New Roman" w:eastAsia="Times New Roman" w:hAnsi="Times New Roman" w:cs="Times New Roman"/>
                <w:spacing w:val="-5"/>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поворотом</w:t>
            </w:r>
            <w:proofErr w:type="gramEnd"/>
          </w:p>
          <w:p w:rsidR="00FD48C4" w:rsidRPr="002D5C0E" w:rsidRDefault="00FD48C4" w:rsidP="00A67AF6">
            <w:pPr>
              <w:spacing w:before="1"/>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в</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правую</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левую</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сторону</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64" w:line="266" w:lineRule="auto"/>
              <w:ind w:right="41"/>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Тестирование;</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ind w:right="27"/>
              <w:jc w:val="center"/>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https://resh.edu.ru/subject/lesson/4078/start/169103/</w:t>
            </w:r>
          </w:p>
        </w:tc>
      </w:tr>
    </w:tbl>
    <w:p w:rsidR="00FD48C4" w:rsidRPr="002D5C0E" w:rsidRDefault="00FD48C4" w:rsidP="00FD48C4">
      <w:pPr>
        <w:widowControl w:val="0"/>
        <w:autoSpaceDE w:val="0"/>
        <w:autoSpaceDN w:val="0"/>
        <w:spacing w:after="0" w:line="240" w:lineRule="auto"/>
        <w:jc w:val="center"/>
        <w:rPr>
          <w:rFonts w:ascii="Times New Roman" w:eastAsia="Times New Roman" w:hAnsi="Times New Roman" w:cs="Times New Roman"/>
          <w:sz w:val="15"/>
          <w:lang w:val="ru-RU"/>
        </w:rPr>
        <w:sectPr w:rsidR="00FD48C4" w:rsidRPr="002D5C0E">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32"/>
        <w:gridCol w:w="2929"/>
        <w:gridCol w:w="528"/>
        <w:gridCol w:w="1104"/>
        <w:gridCol w:w="1140"/>
        <w:gridCol w:w="864"/>
        <w:gridCol w:w="3914"/>
        <w:gridCol w:w="1116"/>
        <w:gridCol w:w="3469"/>
      </w:tblGrid>
      <w:tr w:rsidR="00FD48C4" w:rsidRPr="00A67AF6" w:rsidTr="00A67AF6">
        <w:trPr>
          <w:trHeight w:val="2638"/>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lastRenderedPageBreak/>
              <w:t>4.10</w:t>
            </w:r>
          </w:p>
        </w:tc>
        <w:tc>
          <w:tcPr>
            <w:tcW w:w="2929" w:type="dxa"/>
          </w:tcPr>
          <w:p w:rsidR="00FD48C4" w:rsidRPr="002D5C0E" w:rsidRDefault="00FD48C4" w:rsidP="00A67AF6">
            <w:pPr>
              <w:spacing w:before="64" w:line="266" w:lineRule="auto"/>
              <w:ind w:right="189"/>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i/>
                <w:w w:val="105"/>
                <w:sz w:val="15"/>
                <w:lang w:val="ru-RU"/>
              </w:rPr>
              <w:t>"Лёгкая</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i/>
                <w:w w:val="105"/>
                <w:sz w:val="15"/>
                <w:lang w:val="ru-RU"/>
              </w:rPr>
              <w:t>атлетика".</w:t>
            </w:r>
            <w:r w:rsidRPr="002D5C0E">
              <w:rPr>
                <w:rFonts w:ascii="Times New Roman" w:eastAsia="Times New Roman" w:hAnsi="Times New Roman" w:cs="Times New Roman"/>
                <w:i/>
                <w:spacing w:val="-9"/>
                <w:w w:val="105"/>
                <w:sz w:val="15"/>
                <w:lang w:val="ru-RU"/>
              </w:rPr>
              <w:t xml:space="preserve"> </w:t>
            </w:r>
            <w:r w:rsidRPr="002D5C0E">
              <w:rPr>
                <w:rFonts w:ascii="Times New Roman" w:eastAsia="Times New Roman" w:hAnsi="Times New Roman" w:cs="Times New Roman"/>
                <w:b/>
                <w:w w:val="105"/>
                <w:sz w:val="15"/>
                <w:lang w:val="ru-RU"/>
              </w:rPr>
              <w:t>Прыжок</w:t>
            </w:r>
            <w:r w:rsidRPr="002D5C0E">
              <w:rPr>
                <w:rFonts w:ascii="Times New Roman" w:eastAsia="Times New Roman" w:hAnsi="Times New Roman" w:cs="Times New Roman"/>
                <w:b/>
                <w:spacing w:val="-9"/>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36"/>
                <w:w w:val="105"/>
                <w:sz w:val="15"/>
                <w:lang w:val="ru-RU"/>
              </w:rPr>
              <w:t xml:space="preserve"> </w:t>
            </w:r>
            <w:r w:rsidRPr="002D5C0E">
              <w:rPr>
                <w:rFonts w:ascii="Times New Roman" w:eastAsia="Times New Roman" w:hAnsi="Times New Roman" w:cs="Times New Roman"/>
                <w:b/>
                <w:w w:val="105"/>
                <w:sz w:val="15"/>
                <w:lang w:val="ru-RU"/>
              </w:rPr>
              <w:t>длину</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w w:val="105"/>
                <w:sz w:val="15"/>
                <w:lang w:val="ru-RU"/>
              </w:rPr>
              <w:t>и</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w w:val="105"/>
                <w:sz w:val="15"/>
                <w:lang w:val="ru-RU"/>
              </w:rPr>
              <w:t>в</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w w:val="105"/>
                <w:sz w:val="15"/>
                <w:lang w:val="ru-RU"/>
              </w:rPr>
              <w:t>высоту</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w w:val="105"/>
                <w:sz w:val="15"/>
                <w:lang w:val="ru-RU"/>
              </w:rPr>
              <w:t>с</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w w:val="105"/>
                <w:sz w:val="15"/>
                <w:lang w:val="ru-RU"/>
              </w:rPr>
              <w:t>прямого</w:t>
            </w:r>
            <w:r w:rsidRPr="002D5C0E">
              <w:rPr>
                <w:rFonts w:ascii="Times New Roman" w:eastAsia="Times New Roman" w:hAnsi="Times New Roman" w:cs="Times New Roman"/>
                <w:b/>
                <w:spacing w:val="-4"/>
                <w:w w:val="105"/>
                <w:sz w:val="15"/>
                <w:lang w:val="ru-RU"/>
              </w:rPr>
              <w:t xml:space="preserve"> </w:t>
            </w:r>
            <w:r w:rsidRPr="002D5C0E">
              <w:rPr>
                <w:rFonts w:ascii="Times New Roman" w:eastAsia="Times New Roman" w:hAnsi="Times New Roman" w:cs="Times New Roman"/>
                <w:b/>
                <w:w w:val="105"/>
                <w:sz w:val="15"/>
                <w:lang w:val="ru-RU"/>
              </w:rPr>
              <w:t>разбега</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6</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6</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03.03.2023</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15.03.2023</w:t>
            </w:r>
          </w:p>
        </w:tc>
        <w:tc>
          <w:tcPr>
            <w:tcW w:w="3914" w:type="dxa"/>
          </w:tcPr>
          <w:p w:rsidR="00FD48C4" w:rsidRPr="002D5C0E" w:rsidRDefault="00FD48C4" w:rsidP="00A67AF6">
            <w:pPr>
              <w:spacing w:before="64" w:line="266" w:lineRule="auto"/>
              <w:ind w:right="147"/>
              <w:rPr>
                <w:rFonts w:ascii="Times New Roman" w:eastAsia="Times New Roman" w:hAnsi="Times New Roman" w:cs="Times New Roman"/>
                <w:sz w:val="15"/>
                <w:lang w:val="ru-RU"/>
              </w:rPr>
            </w:pPr>
            <w:proofErr w:type="gramStart"/>
            <w:r w:rsidRPr="002D5C0E">
              <w:rPr>
                <w:rFonts w:ascii="Times New Roman" w:eastAsia="Times New Roman" w:hAnsi="Times New Roman" w:cs="Times New Roman"/>
                <w:w w:val="105"/>
                <w:sz w:val="15"/>
                <w:lang w:val="ru-RU"/>
              </w:rPr>
              <w:t>наблюдают выполнение образца техники прыжка в</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высоту с прямого разбега, анализируют основные его</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фазы (разбег, отталкивание, полёт, приземление);;</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разучивают фазу приземления (после прыжка вверх</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 xml:space="preserve">толчком двумя ногами; после прыжка </w:t>
            </w:r>
            <w:proofErr w:type="spellStart"/>
            <w:r w:rsidRPr="002D5C0E">
              <w:rPr>
                <w:rFonts w:ascii="Times New Roman" w:eastAsia="Times New Roman" w:hAnsi="Times New Roman" w:cs="Times New Roman"/>
                <w:w w:val="105"/>
                <w:sz w:val="15"/>
                <w:lang w:val="ru-RU"/>
              </w:rPr>
              <w:t>вверх-вперёд</w:t>
            </w:r>
            <w:proofErr w:type="spellEnd"/>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толчком двумя ногами с невысокой площадки);;</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разучивают</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фазу</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отталкивания</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(прыжки</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на</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одной</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ноге</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 xml:space="preserve">по разметкам, </w:t>
            </w:r>
            <w:proofErr w:type="spellStart"/>
            <w:r w:rsidRPr="002D5C0E">
              <w:rPr>
                <w:rFonts w:ascii="Times New Roman" w:eastAsia="Times New Roman" w:hAnsi="Times New Roman" w:cs="Times New Roman"/>
                <w:w w:val="105"/>
                <w:sz w:val="15"/>
                <w:lang w:val="ru-RU"/>
              </w:rPr>
              <w:t>многоскоки</w:t>
            </w:r>
            <w:proofErr w:type="spellEnd"/>
            <w:r w:rsidRPr="002D5C0E">
              <w:rPr>
                <w:rFonts w:ascii="Times New Roman" w:eastAsia="Times New Roman" w:hAnsi="Times New Roman" w:cs="Times New Roman"/>
                <w:w w:val="105"/>
                <w:sz w:val="15"/>
                <w:lang w:val="ru-RU"/>
              </w:rPr>
              <w:t>, прыжки толчком одной</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ногой вперёд-вверх с места и с разбега с</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приземлением);;</w:t>
            </w:r>
            <w:proofErr w:type="gramEnd"/>
          </w:p>
          <w:p w:rsidR="00FD48C4" w:rsidRPr="002D5C0E" w:rsidRDefault="00FD48C4" w:rsidP="00A67AF6">
            <w:pPr>
              <w:spacing w:before="7" w:line="266" w:lineRule="auto"/>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разучивают фазы разбега (бег по разметкам с</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ускорением;</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бег</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с</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ускорением</w:t>
            </w:r>
            <w:r w:rsidRPr="002D5C0E">
              <w:rPr>
                <w:rFonts w:ascii="Times New Roman" w:eastAsia="Times New Roman" w:hAnsi="Times New Roman" w:cs="Times New Roman"/>
                <w:spacing w:val="-10"/>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9"/>
                <w:w w:val="105"/>
                <w:sz w:val="15"/>
                <w:lang w:val="ru-RU"/>
              </w:rPr>
              <w:t xml:space="preserve"> </w:t>
            </w:r>
            <w:r w:rsidRPr="002D5C0E">
              <w:rPr>
                <w:rFonts w:ascii="Times New Roman" w:eastAsia="Times New Roman" w:hAnsi="Times New Roman" w:cs="Times New Roman"/>
                <w:w w:val="105"/>
                <w:sz w:val="15"/>
                <w:lang w:val="ru-RU"/>
              </w:rPr>
              <w:t>последующим</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отталкиванием</w:t>
            </w:r>
            <w:proofErr w:type="gramStart"/>
            <w:r w:rsidRPr="002D5C0E">
              <w:rPr>
                <w:rFonts w:ascii="Times New Roman" w:eastAsia="Times New Roman" w:hAnsi="Times New Roman" w:cs="Times New Roman"/>
                <w:w w:val="105"/>
                <w:sz w:val="15"/>
                <w:lang w:val="ru-RU"/>
              </w:rPr>
              <w:t>);;</w:t>
            </w:r>
            <w:proofErr w:type="gramEnd"/>
          </w:p>
        </w:tc>
        <w:tc>
          <w:tcPr>
            <w:tcW w:w="1116" w:type="dxa"/>
          </w:tcPr>
          <w:p w:rsidR="00FD48C4" w:rsidRPr="002D5C0E" w:rsidRDefault="00FD48C4" w:rsidP="00A67AF6">
            <w:pPr>
              <w:spacing w:before="64" w:line="266" w:lineRule="auto"/>
              <w:ind w:right="369"/>
              <w:rPr>
                <w:rFonts w:ascii="Times New Roman" w:eastAsia="Times New Roman" w:hAnsi="Times New Roman" w:cs="Times New Roman"/>
                <w:sz w:val="15"/>
                <w:lang w:val="ru-RU"/>
              </w:rPr>
            </w:pPr>
            <w:r w:rsidRPr="002D5C0E">
              <w:rPr>
                <w:rFonts w:ascii="Times New Roman" w:eastAsia="Times New Roman" w:hAnsi="Times New Roman" w:cs="Times New Roman"/>
                <w:spacing w:val="-2"/>
                <w:w w:val="105"/>
                <w:sz w:val="15"/>
                <w:lang w:val="ru-RU"/>
              </w:rPr>
              <w:t xml:space="preserve">Работа </w:t>
            </w:r>
            <w:r w:rsidRPr="002D5C0E">
              <w:rPr>
                <w:rFonts w:ascii="Times New Roman" w:eastAsia="Times New Roman" w:hAnsi="Times New Roman" w:cs="Times New Roman"/>
                <w:spacing w:val="-1"/>
                <w:w w:val="105"/>
                <w:sz w:val="15"/>
                <w:lang w:val="ru-RU"/>
              </w:rPr>
              <w:t>на</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w:t>
            </w:r>
            <w:hyperlink r:id="rId8">
              <w:r w:rsidRPr="002D5C0E">
                <w:rPr>
                  <w:rFonts w:ascii="Times New Roman" w:eastAsia="Times New Roman" w:hAnsi="Times New Roman" w:cs="Times New Roman"/>
                  <w:w w:val="105"/>
                  <w:sz w:val="15"/>
                  <w:lang w:val="ru-RU"/>
                </w:rPr>
                <w:t>www.youtube.com/watch?v=PInqAWv62jA</w:t>
              </w:r>
            </w:hyperlink>
          </w:p>
        </w:tc>
      </w:tr>
      <w:tr w:rsidR="00FD48C4" w:rsidRPr="00A67AF6" w:rsidTr="00A67AF6">
        <w:trPr>
          <w:trHeight w:val="1293"/>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4.11</w:t>
            </w:r>
          </w:p>
        </w:tc>
        <w:tc>
          <w:tcPr>
            <w:tcW w:w="2929" w:type="dxa"/>
          </w:tcPr>
          <w:p w:rsidR="00FD48C4" w:rsidRPr="002D5C0E" w:rsidRDefault="00FD48C4" w:rsidP="00A67AF6">
            <w:pPr>
              <w:spacing w:before="64" w:line="266" w:lineRule="auto"/>
              <w:ind w:right="449"/>
              <w:rPr>
                <w:rFonts w:ascii="Times New Roman" w:eastAsia="Times New Roman" w:hAnsi="Times New Roman" w:cs="Times New Roman"/>
                <w:b/>
                <w:sz w:val="15"/>
                <w:lang w:val="ru-RU"/>
              </w:rPr>
            </w:pPr>
            <w:r w:rsidRPr="002D5C0E">
              <w:rPr>
                <w:rFonts w:ascii="Times New Roman" w:eastAsia="Times New Roman" w:hAnsi="Times New Roman" w:cs="Times New Roman"/>
                <w:i/>
                <w:spacing w:val="-1"/>
                <w:w w:val="105"/>
                <w:sz w:val="15"/>
                <w:lang w:val="ru-RU"/>
              </w:rPr>
              <w:t>Модуль</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spacing w:val="-1"/>
                <w:w w:val="105"/>
                <w:sz w:val="15"/>
                <w:lang w:val="ru-RU"/>
              </w:rPr>
              <w:t>"Подвижные</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и</w:t>
            </w:r>
            <w:r w:rsidRPr="002D5C0E">
              <w:rPr>
                <w:rFonts w:ascii="Times New Roman" w:eastAsia="Times New Roman" w:hAnsi="Times New Roman" w:cs="Times New Roman"/>
                <w:i/>
                <w:spacing w:val="-7"/>
                <w:w w:val="105"/>
                <w:sz w:val="15"/>
                <w:lang w:val="ru-RU"/>
              </w:rPr>
              <w:t xml:space="preserve"> </w:t>
            </w:r>
            <w:r w:rsidRPr="002D5C0E">
              <w:rPr>
                <w:rFonts w:ascii="Times New Roman" w:eastAsia="Times New Roman" w:hAnsi="Times New Roman" w:cs="Times New Roman"/>
                <w:i/>
                <w:w w:val="105"/>
                <w:sz w:val="15"/>
                <w:lang w:val="ru-RU"/>
              </w:rPr>
              <w:t>спортивные</w:t>
            </w:r>
            <w:r w:rsidRPr="002D5C0E">
              <w:rPr>
                <w:rFonts w:ascii="Times New Roman" w:eastAsia="Times New Roman" w:hAnsi="Times New Roman" w:cs="Times New Roman"/>
                <w:i/>
                <w:spacing w:val="-36"/>
                <w:w w:val="105"/>
                <w:sz w:val="15"/>
                <w:lang w:val="ru-RU"/>
              </w:rPr>
              <w:t xml:space="preserve"> </w:t>
            </w:r>
            <w:r w:rsidRPr="002D5C0E">
              <w:rPr>
                <w:rFonts w:ascii="Times New Roman" w:eastAsia="Times New Roman" w:hAnsi="Times New Roman" w:cs="Times New Roman"/>
                <w:i/>
                <w:w w:val="105"/>
                <w:sz w:val="15"/>
                <w:lang w:val="ru-RU"/>
              </w:rPr>
              <w:t>игры".</w:t>
            </w:r>
            <w:r w:rsidRPr="002D5C0E">
              <w:rPr>
                <w:rFonts w:ascii="Times New Roman" w:eastAsia="Times New Roman" w:hAnsi="Times New Roman" w:cs="Times New Roman"/>
                <w:i/>
                <w:spacing w:val="-1"/>
                <w:w w:val="105"/>
                <w:sz w:val="15"/>
                <w:lang w:val="ru-RU"/>
              </w:rPr>
              <w:t xml:space="preserve"> </w:t>
            </w:r>
            <w:r w:rsidRPr="002D5C0E">
              <w:rPr>
                <w:rFonts w:ascii="Times New Roman" w:eastAsia="Times New Roman" w:hAnsi="Times New Roman" w:cs="Times New Roman"/>
                <w:b/>
                <w:w w:val="105"/>
                <w:sz w:val="15"/>
                <w:lang w:val="ru-RU"/>
              </w:rPr>
              <w:t>Подвижные</w:t>
            </w:r>
            <w:r w:rsidRPr="002D5C0E">
              <w:rPr>
                <w:rFonts w:ascii="Times New Roman" w:eastAsia="Times New Roman" w:hAnsi="Times New Roman" w:cs="Times New Roman"/>
                <w:b/>
                <w:spacing w:val="-2"/>
                <w:w w:val="105"/>
                <w:sz w:val="15"/>
                <w:lang w:val="ru-RU"/>
              </w:rPr>
              <w:t xml:space="preserve"> </w:t>
            </w:r>
            <w:r w:rsidRPr="002D5C0E">
              <w:rPr>
                <w:rFonts w:ascii="Times New Roman" w:eastAsia="Times New Roman" w:hAnsi="Times New Roman" w:cs="Times New Roman"/>
                <w:b/>
                <w:w w:val="105"/>
                <w:sz w:val="15"/>
                <w:lang w:val="ru-RU"/>
              </w:rPr>
              <w:t>игры</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20</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0</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20</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17.03.2023</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08.05.2023</w:t>
            </w:r>
          </w:p>
        </w:tc>
        <w:tc>
          <w:tcPr>
            <w:tcW w:w="3914" w:type="dxa"/>
          </w:tcPr>
          <w:p w:rsidR="00FD48C4" w:rsidRPr="002D5C0E" w:rsidRDefault="00FD48C4" w:rsidP="00A67AF6">
            <w:pPr>
              <w:spacing w:before="64" w:line="266" w:lineRule="auto"/>
              <w:ind w:right="306"/>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разучивают</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игровые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действия</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и</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правила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 обучаются способам организации и подготовки</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игровых</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площадок</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line="266" w:lineRule="auto"/>
              <w:ind w:right="83"/>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 xml:space="preserve">обучаются самостоятельной организации </w:t>
            </w:r>
            <w:r w:rsidRPr="002D5C0E">
              <w:rPr>
                <w:rFonts w:ascii="Times New Roman" w:eastAsia="Times New Roman" w:hAnsi="Times New Roman" w:cs="Times New Roman"/>
                <w:w w:val="105"/>
                <w:sz w:val="15"/>
                <w:lang w:val="ru-RU"/>
              </w:rPr>
              <w:t>и проведению</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подвижных</w:t>
            </w:r>
            <w:r w:rsidRPr="002D5C0E">
              <w:rPr>
                <w:rFonts w:ascii="Times New Roman" w:eastAsia="Times New Roman" w:hAnsi="Times New Roman" w:cs="Times New Roman"/>
                <w:spacing w:val="-3"/>
                <w:w w:val="105"/>
                <w:sz w:val="15"/>
                <w:lang w:val="ru-RU"/>
              </w:rPr>
              <w:t xml:space="preserve"> </w:t>
            </w:r>
            <w:r w:rsidRPr="002D5C0E">
              <w:rPr>
                <w:rFonts w:ascii="Times New Roman" w:eastAsia="Times New Roman" w:hAnsi="Times New Roman" w:cs="Times New Roman"/>
                <w:w w:val="105"/>
                <w:sz w:val="15"/>
                <w:lang w:val="ru-RU"/>
              </w:rPr>
              <w:t>игр</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учебным</w:t>
            </w:r>
            <w:r w:rsidRPr="002D5C0E">
              <w:rPr>
                <w:rFonts w:ascii="Times New Roman" w:eastAsia="Times New Roman" w:hAnsi="Times New Roman" w:cs="Times New Roman"/>
                <w:spacing w:val="-2"/>
                <w:w w:val="105"/>
                <w:sz w:val="15"/>
                <w:lang w:val="ru-RU"/>
              </w:rPr>
              <w:t xml:space="preserve"> </w:t>
            </w:r>
            <w:r w:rsidRPr="002D5C0E">
              <w:rPr>
                <w:rFonts w:ascii="Times New Roman" w:eastAsia="Times New Roman" w:hAnsi="Times New Roman" w:cs="Times New Roman"/>
                <w:w w:val="105"/>
                <w:sz w:val="15"/>
                <w:lang w:val="ru-RU"/>
              </w:rPr>
              <w:t>группам</w:t>
            </w:r>
            <w:proofErr w:type="gramStart"/>
            <w:r w:rsidRPr="002D5C0E">
              <w:rPr>
                <w:rFonts w:ascii="Times New Roman" w:eastAsia="Times New Roman" w:hAnsi="Times New Roman" w:cs="Times New Roman"/>
                <w:w w:val="105"/>
                <w:sz w:val="15"/>
                <w:lang w:val="ru-RU"/>
              </w:rPr>
              <w:t>);;</w:t>
            </w:r>
            <w:proofErr w:type="gramEnd"/>
          </w:p>
          <w:p w:rsidR="00FD48C4" w:rsidRPr="002D5C0E" w:rsidRDefault="00FD48C4" w:rsidP="00A67AF6">
            <w:pPr>
              <w:spacing w:before="2"/>
              <w:jc w:val="both"/>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играют</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в</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spacing w:val="-1"/>
                <w:w w:val="105"/>
                <w:sz w:val="15"/>
                <w:lang w:val="ru-RU"/>
              </w:rPr>
              <w:t>разученные</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подвижные</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w w:val="105"/>
                <w:sz w:val="15"/>
                <w:lang w:val="ru-RU"/>
              </w:rPr>
              <w:t>игры;</w:t>
            </w:r>
          </w:p>
        </w:tc>
        <w:tc>
          <w:tcPr>
            <w:tcW w:w="1116" w:type="dxa"/>
          </w:tcPr>
          <w:p w:rsidR="00FD48C4" w:rsidRPr="002D5C0E" w:rsidRDefault="00FD48C4" w:rsidP="00A67AF6">
            <w:pPr>
              <w:spacing w:before="64" w:line="266" w:lineRule="auto"/>
              <w:ind w:right="369"/>
              <w:rPr>
                <w:rFonts w:ascii="Times New Roman" w:eastAsia="Times New Roman" w:hAnsi="Times New Roman" w:cs="Times New Roman"/>
                <w:sz w:val="15"/>
                <w:lang w:val="ru-RU"/>
              </w:rPr>
            </w:pPr>
            <w:r w:rsidRPr="002D5C0E">
              <w:rPr>
                <w:rFonts w:ascii="Times New Roman" w:eastAsia="Times New Roman" w:hAnsi="Times New Roman" w:cs="Times New Roman"/>
                <w:spacing w:val="-2"/>
                <w:w w:val="105"/>
                <w:sz w:val="15"/>
                <w:lang w:val="ru-RU"/>
              </w:rPr>
              <w:t xml:space="preserve">Работа </w:t>
            </w:r>
            <w:r w:rsidRPr="002D5C0E">
              <w:rPr>
                <w:rFonts w:ascii="Times New Roman" w:eastAsia="Times New Roman" w:hAnsi="Times New Roman" w:cs="Times New Roman"/>
                <w:spacing w:val="-1"/>
                <w:w w:val="105"/>
                <w:sz w:val="15"/>
                <w:lang w:val="ru-RU"/>
              </w:rPr>
              <w:t>на</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https://resh.edu.ru/subject/lesson/4144/start/189765/</w:t>
            </w:r>
          </w:p>
        </w:tc>
      </w:tr>
      <w:tr w:rsidR="00FD48C4" w:rsidRPr="002D5C0E" w:rsidTr="00A67AF6">
        <w:trPr>
          <w:trHeight w:val="333"/>
        </w:trPr>
        <w:tc>
          <w:tcPr>
            <w:tcW w:w="3361" w:type="dxa"/>
            <w:gridSpan w:val="2"/>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Итого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разделу</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82</w:t>
            </w:r>
          </w:p>
        </w:tc>
        <w:tc>
          <w:tcPr>
            <w:tcW w:w="11607" w:type="dxa"/>
            <w:gridSpan w:val="6"/>
          </w:tcPr>
          <w:p w:rsidR="00FD48C4" w:rsidRPr="002D5C0E" w:rsidRDefault="00FD48C4" w:rsidP="00A67AF6">
            <w:pPr>
              <w:rPr>
                <w:rFonts w:ascii="Times New Roman" w:eastAsia="Times New Roman" w:hAnsi="Times New Roman" w:cs="Times New Roman"/>
                <w:sz w:val="14"/>
                <w:lang w:val="ru-RU"/>
              </w:rPr>
            </w:pPr>
          </w:p>
        </w:tc>
      </w:tr>
      <w:tr w:rsidR="00FD48C4" w:rsidRPr="00A67AF6" w:rsidTr="00A67AF6">
        <w:trPr>
          <w:trHeight w:val="333"/>
        </w:trPr>
        <w:tc>
          <w:tcPr>
            <w:tcW w:w="15496" w:type="dxa"/>
            <w:gridSpan w:val="9"/>
          </w:tcPr>
          <w:p w:rsidR="00FD48C4" w:rsidRPr="002D5C0E" w:rsidRDefault="00FD48C4" w:rsidP="00A67AF6">
            <w:pPr>
              <w:spacing w:before="64"/>
              <w:rPr>
                <w:rFonts w:ascii="Times New Roman" w:eastAsia="Times New Roman" w:hAnsi="Times New Roman" w:cs="Times New Roman"/>
                <w:b/>
                <w:sz w:val="15"/>
                <w:lang w:val="ru-RU"/>
              </w:rPr>
            </w:pPr>
            <w:r w:rsidRPr="002D5C0E">
              <w:rPr>
                <w:rFonts w:ascii="Times New Roman" w:eastAsia="Times New Roman" w:hAnsi="Times New Roman" w:cs="Times New Roman"/>
                <w:spacing w:val="-1"/>
                <w:w w:val="105"/>
                <w:sz w:val="15"/>
                <w:lang w:val="ru-RU"/>
              </w:rPr>
              <w:t>Раздел</w:t>
            </w:r>
            <w:r w:rsidRPr="002D5C0E">
              <w:rPr>
                <w:rFonts w:ascii="Times New Roman" w:eastAsia="Times New Roman" w:hAnsi="Times New Roman" w:cs="Times New Roman"/>
                <w:spacing w:val="-6"/>
                <w:w w:val="105"/>
                <w:sz w:val="15"/>
                <w:lang w:val="ru-RU"/>
              </w:rPr>
              <w:t xml:space="preserve"> </w:t>
            </w:r>
            <w:r w:rsidRPr="002D5C0E">
              <w:rPr>
                <w:rFonts w:ascii="Times New Roman" w:eastAsia="Times New Roman" w:hAnsi="Times New Roman" w:cs="Times New Roman"/>
                <w:spacing w:val="-1"/>
                <w:w w:val="105"/>
                <w:sz w:val="15"/>
                <w:lang w:val="ru-RU"/>
              </w:rPr>
              <w:t>5.</w:t>
            </w:r>
            <w:r w:rsidRPr="002D5C0E">
              <w:rPr>
                <w:rFonts w:ascii="Times New Roman" w:eastAsia="Times New Roman" w:hAnsi="Times New Roman" w:cs="Times New Roman"/>
                <w:spacing w:val="-8"/>
                <w:w w:val="105"/>
                <w:sz w:val="15"/>
                <w:lang w:val="ru-RU"/>
              </w:rPr>
              <w:t xml:space="preserve"> </w:t>
            </w:r>
            <w:proofErr w:type="spellStart"/>
            <w:r w:rsidRPr="002D5C0E">
              <w:rPr>
                <w:rFonts w:ascii="Times New Roman" w:eastAsia="Times New Roman" w:hAnsi="Times New Roman" w:cs="Times New Roman"/>
                <w:b/>
                <w:spacing w:val="-1"/>
                <w:w w:val="105"/>
                <w:sz w:val="15"/>
                <w:lang w:val="ru-RU"/>
              </w:rPr>
              <w:t>Прикладно-ориентированная</w:t>
            </w:r>
            <w:proofErr w:type="spellEnd"/>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spacing w:val="-1"/>
                <w:w w:val="105"/>
                <w:sz w:val="15"/>
                <w:lang w:val="ru-RU"/>
              </w:rPr>
              <w:t>физическая</w:t>
            </w:r>
            <w:r w:rsidRPr="002D5C0E">
              <w:rPr>
                <w:rFonts w:ascii="Times New Roman" w:eastAsia="Times New Roman" w:hAnsi="Times New Roman" w:cs="Times New Roman"/>
                <w:b/>
                <w:spacing w:val="-5"/>
                <w:w w:val="105"/>
                <w:sz w:val="15"/>
                <w:lang w:val="ru-RU"/>
              </w:rPr>
              <w:t xml:space="preserve"> </w:t>
            </w:r>
            <w:r w:rsidRPr="002D5C0E">
              <w:rPr>
                <w:rFonts w:ascii="Times New Roman" w:eastAsia="Times New Roman" w:hAnsi="Times New Roman" w:cs="Times New Roman"/>
                <w:b/>
                <w:spacing w:val="-1"/>
                <w:w w:val="105"/>
                <w:sz w:val="15"/>
                <w:lang w:val="ru-RU"/>
              </w:rPr>
              <w:t>культура</w:t>
            </w:r>
          </w:p>
        </w:tc>
      </w:tr>
      <w:tr w:rsidR="00FD48C4" w:rsidRPr="002D5C0E" w:rsidTr="00A67AF6">
        <w:trPr>
          <w:trHeight w:val="909"/>
        </w:trPr>
        <w:tc>
          <w:tcPr>
            <w:tcW w:w="432"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5.1.</w:t>
            </w:r>
          </w:p>
        </w:tc>
        <w:tc>
          <w:tcPr>
            <w:tcW w:w="2929" w:type="dxa"/>
          </w:tcPr>
          <w:p w:rsidR="00FD48C4" w:rsidRPr="002D5C0E" w:rsidRDefault="00FD48C4" w:rsidP="00A67AF6">
            <w:pPr>
              <w:spacing w:before="64" w:line="266" w:lineRule="auto"/>
              <w:ind w:right="59"/>
              <w:rPr>
                <w:rFonts w:ascii="Times New Roman" w:eastAsia="Times New Roman" w:hAnsi="Times New Roman" w:cs="Times New Roman"/>
                <w:b/>
                <w:sz w:val="15"/>
                <w:lang w:val="ru-RU"/>
              </w:rPr>
            </w:pPr>
            <w:r w:rsidRPr="002D5C0E">
              <w:rPr>
                <w:rFonts w:ascii="Times New Roman" w:eastAsia="Times New Roman" w:hAnsi="Times New Roman" w:cs="Times New Roman"/>
                <w:b/>
                <w:w w:val="105"/>
                <w:sz w:val="15"/>
                <w:lang w:val="ru-RU"/>
              </w:rPr>
              <w:t>Рефлексия: демонстрация прироста</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w w:val="105"/>
                <w:sz w:val="15"/>
                <w:lang w:val="ru-RU"/>
              </w:rPr>
              <w:t>показателей физических качеств к</w:t>
            </w:r>
            <w:r w:rsidRPr="002D5C0E">
              <w:rPr>
                <w:rFonts w:ascii="Times New Roman" w:eastAsia="Times New Roman" w:hAnsi="Times New Roman" w:cs="Times New Roman"/>
                <w:b/>
                <w:spacing w:val="1"/>
                <w:w w:val="105"/>
                <w:sz w:val="15"/>
                <w:lang w:val="ru-RU"/>
              </w:rPr>
              <w:t xml:space="preserve"> </w:t>
            </w:r>
            <w:r w:rsidRPr="002D5C0E">
              <w:rPr>
                <w:rFonts w:ascii="Times New Roman" w:eastAsia="Times New Roman" w:hAnsi="Times New Roman" w:cs="Times New Roman"/>
                <w:b/>
                <w:spacing w:val="-1"/>
                <w:w w:val="105"/>
                <w:sz w:val="15"/>
                <w:lang w:val="ru-RU"/>
              </w:rPr>
              <w:t>нормативным требованиям комплекса</w:t>
            </w:r>
            <w:r w:rsidRPr="002D5C0E">
              <w:rPr>
                <w:rFonts w:ascii="Times New Roman" w:eastAsia="Times New Roman" w:hAnsi="Times New Roman" w:cs="Times New Roman"/>
                <w:b/>
                <w:spacing w:val="-37"/>
                <w:w w:val="105"/>
                <w:sz w:val="15"/>
                <w:lang w:val="ru-RU"/>
              </w:rPr>
              <w:t xml:space="preserve"> </w:t>
            </w:r>
            <w:r w:rsidRPr="002D5C0E">
              <w:rPr>
                <w:rFonts w:ascii="Times New Roman" w:eastAsia="Times New Roman" w:hAnsi="Times New Roman" w:cs="Times New Roman"/>
                <w:b/>
                <w:w w:val="105"/>
                <w:sz w:val="15"/>
                <w:lang w:val="ru-RU"/>
              </w:rPr>
              <w:t>ГТО</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1140"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4"/>
                <w:sz w:val="15"/>
                <w:lang w:val="ru-RU"/>
              </w:rPr>
              <w:t>5</w:t>
            </w:r>
          </w:p>
        </w:tc>
        <w:tc>
          <w:tcPr>
            <w:tcW w:w="86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10.05.2023</w:t>
            </w:r>
          </w:p>
          <w:p w:rsidR="00FD48C4" w:rsidRPr="002D5C0E" w:rsidRDefault="00FD48C4" w:rsidP="00A67AF6">
            <w:pPr>
              <w:spacing w:before="20"/>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31.05.2023</w:t>
            </w:r>
          </w:p>
        </w:tc>
        <w:tc>
          <w:tcPr>
            <w:tcW w:w="3914" w:type="dxa"/>
          </w:tcPr>
          <w:p w:rsidR="00FD48C4" w:rsidRPr="002D5C0E" w:rsidRDefault="00FD48C4" w:rsidP="00A67AF6">
            <w:pPr>
              <w:spacing w:before="64" w:line="266" w:lineRule="auto"/>
              <w:ind w:right="147"/>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демонстрация прироста показателей физических</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spacing w:val="-1"/>
                <w:w w:val="105"/>
                <w:sz w:val="15"/>
                <w:lang w:val="ru-RU"/>
              </w:rPr>
              <w:t>качеств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к</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нормативным</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требованиям</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комплекса</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ГТО;</w:t>
            </w:r>
          </w:p>
        </w:tc>
        <w:tc>
          <w:tcPr>
            <w:tcW w:w="1116" w:type="dxa"/>
          </w:tcPr>
          <w:p w:rsidR="00FD48C4" w:rsidRPr="002D5C0E" w:rsidRDefault="00FD48C4" w:rsidP="00A67AF6">
            <w:pPr>
              <w:spacing w:before="64" w:line="266" w:lineRule="auto"/>
              <w:ind w:right="41"/>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Тестирование;</w:t>
            </w:r>
            <w:r w:rsidRPr="002D5C0E">
              <w:rPr>
                <w:rFonts w:ascii="Times New Roman" w:eastAsia="Times New Roman" w:hAnsi="Times New Roman" w:cs="Times New Roman"/>
                <w:spacing w:val="-37"/>
                <w:w w:val="105"/>
                <w:sz w:val="15"/>
                <w:lang w:val="ru-RU"/>
              </w:rPr>
              <w:t xml:space="preserve"> </w:t>
            </w:r>
            <w:r w:rsidRPr="002D5C0E">
              <w:rPr>
                <w:rFonts w:ascii="Times New Roman" w:eastAsia="Times New Roman" w:hAnsi="Times New Roman" w:cs="Times New Roman"/>
                <w:w w:val="105"/>
                <w:sz w:val="15"/>
                <w:lang w:val="ru-RU"/>
              </w:rPr>
              <w:t>Работа на</w:t>
            </w:r>
            <w:r w:rsidRPr="002D5C0E">
              <w:rPr>
                <w:rFonts w:ascii="Times New Roman" w:eastAsia="Times New Roman" w:hAnsi="Times New Roman" w:cs="Times New Roman"/>
                <w:spacing w:val="1"/>
                <w:w w:val="105"/>
                <w:sz w:val="15"/>
                <w:lang w:val="ru-RU"/>
              </w:rPr>
              <w:t xml:space="preserve"> </w:t>
            </w:r>
            <w:r w:rsidRPr="002D5C0E">
              <w:rPr>
                <w:rFonts w:ascii="Times New Roman" w:eastAsia="Times New Roman" w:hAnsi="Times New Roman" w:cs="Times New Roman"/>
                <w:w w:val="105"/>
                <w:sz w:val="15"/>
                <w:lang w:val="ru-RU"/>
              </w:rPr>
              <w:t>уроке;</w:t>
            </w:r>
          </w:p>
        </w:tc>
        <w:tc>
          <w:tcPr>
            <w:tcW w:w="3469"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https://</w:t>
            </w:r>
            <w:hyperlink r:id="rId9">
              <w:r w:rsidRPr="002D5C0E">
                <w:rPr>
                  <w:rFonts w:ascii="Times New Roman" w:eastAsia="Times New Roman" w:hAnsi="Times New Roman" w:cs="Times New Roman"/>
                  <w:w w:val="105"/>
                  <w:sz w:val="15"/>
                  <w:lang w:val="ru-RU"/>
                </w:rPr>
                <w:t>www.gto.ru/</w:t>
              </w:r>
            </w:hyperlink>
          </w:p>
        </w:tc>
      </w:tr>
      <w:tr w:rsidR="00FD48C4" w:rsidRPr="002D5C0E" w:rsidTr="00A67AF6">
        <w:trPr>
          <w:trHeight w:val="333"/>
        </w:trPr>
        <w:tc>
          <w:tcPr>
            <w:tcW w:w="3361" w:type="dxa"/>
            <w:gridSpan w:val="2"/>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Итого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7"/>
                <w:w w:val="105"/>
                <w:sz w:val="15"/>
                <w:lang w:val="ru-RU"/>
              </w:rPr>
              <w:t xml:space="preserve"> </w:t>
            </w:r>
            <w:r w:rsidRPr="002D5C0E">
              <w:rPr>
                <w:rFonts w:ascii="Times New Roman" w:eastAsia="Times New Roman" w:hAnsi="Times New Roman" w:cs="Times New Roman"/>
                <w:w w:val="105"/>
                <w:sz w:val="15"/>
                <w:lang w:val="ru-RU"/>
              </w:rPr>
              <w:t>разделу</w:t>
            </w:r>
          </w:p>
        </w:tc>
        <w:tc>
          <w:tcPr>
            <w:tcW w:w="528"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w:t>
            </w:r>
          </w:p>
        </w:tc>
        <w:tc>
          <w:tcPr>
            <w:tcW w:w="11607" w:type="dxa"/>
            <w:gridSpan w:val="6"/>
          </w:tcPr>
          <w:p w:rsidR="00FD48C4" w:rsidRPr="002D5C0E" w:rsidRDefault="00FD48C4" w:rsidP="00A67AF6">
            <w:pPr>
              <w:rPr>
                <w:rFonts w:ascii="Times New Roman" w:eastAsia="Times New Roman" w:hAnsi="Times New Roman" w:cs="Times New Roman"/>
                <w:sz w:val="14"/>
                <w:lang w:val="ru-RU"/>
              </w:rPr>
            </w:pPr>
          </w:p>
        </w:tc>
      </w:tr>
      <w:tr w:rsidR="00FD48C4" w:rsidRPr="002D5C0E" w:rsidTr="00A67AF6">
        <w:trPr>
          <w:trHeight w:val="525"/>
        </w:trPr>
        <w:tc>
          <w:tcPr>
            <w:tcW w:w="3361" w:type="dxa"/>
            <w:gridSpan w:val="2"/>
          </w:tcPr>
          <w:p w:rsidR="00FD48C4" w:rsidRPr="002D5C0E" w:rsidRDefault="00FD48C4" w:rsidP="00A67AF6">
            <w:pPr>
              <w:spacing w:before="64" w:line="266" w:lineRule="auto"/>
              <w:ind w:right="790"/>
              <w:rPr>
                <w:rFonts w:ascii="Times New Roman" w:eastAsia="Times New Roman" w:hAnsi="Times New Roman" w:cs="Times New Roman"/>
                <w:sz w:val="15"/>
                <w:lang w:val="ru-RU"/>
              </w:rPr>
            </w:pPr>
            <w:r w:rsidRPr="002D5C0E">
              <w:rPr>
                <w:rFonts w:ascii="Times New Roman" w:eastAsia="Times New Roman" w:hAnsi="Times New Roman" w:cs="Times New Roman"/>
                <w:spacing w:val="-1"/>
                <w:w w:val="105"/>
                <w:sz w:val="15"/>
                <w:lang w:val="ru-RU"/>
              </w:rPr>
              <w:t>ОБЩЕЕ</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spacing w:val="-1"/>
                <w:w w:val="105"/>
                <w:sz w:val="15"/>
                <w:lang w:val="ru-RU"/>
              </w:rPr>
              <w:t>КОЛИЧЕСТВО</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ЧАСОВ</w:t>
            </w:r>
            <w:r w:rsidRPr="002D5C0E">
              <w:rPr>
                <w:rFonts w:ascii="Times New Roman" w:eastAsia="Times New Roman" w:hAnsi="Times New Roman" w:cs="Times New Roman"/>
                <w:spacing w:val="-8"/>
                <w:w w:val="105"/>
                <w:sz w:val="15"/>
                <w:lang w:val="ru-RU"/>
              </w:rPr>
              <w:t xml:space="preserve"> </w:t>
            </w:r>
            <w:r w:rsidRPr="002D5C0E">
              <w:rPr>
                <w:rFonts w:ascii="Times New Roman" w:eastAsia="Times New Roman" w:hAnsi="Times New Roman" w:cs="Times New Roman"/>
                <w:w w:val="105"/>
                <w:sz w:val="15"/>
                <w:lang w:val="ru-RU"/>
              </w:rPr>
              <w:t>ПО</w:t>
            </w:r>
            <w:r w:rsidRPr="002D5C0E">
              <w:rPr>
                <w:rFonts w:ascii="Times New Roman" w:eastAsia="Times New Roman" w:hAnsi="Times New Roman" w:cs="Times New Roman"/>
                <w:spacing w:val="-36"/>
                <w:w w:val="105"/>
                <w:sz w:val="15"/>
                <w:lang w:val="ru-RU"/>
              </w:rPr>
              <w:t xml:space="preserve"> </w:t>
            </w:r>
            <w:r w:rsidRPr="002D5C0E">
              <w:rPr>
                <w:rFonts w:ascii="Times New Roman" w:eastAsia="Times New Roman" w:hAnsi="Times New Roman" w:cs="Times New Roman"/>
                <w:w w:val="105"/>
                <w:sz w:val="15"/>
                <w:lang w:val="ru-RU"/>
              </w:rPr>
              <w:t>ПРОГРАММЕ</w:t>
            </w:r>
          </w:p>
        </w:tc>
        <w:tc>
          <w:tcPr>
            <w:tcW w:w="528" w:type="dxa"/>
          </w:tcPr>
          <w:p w:rsidR="00FD48C4" w:rsidRPr="002D5C0E" w:rsidRDefault="00443411" w:rsidP="00A67AF6">
            <w:pPr>
              <w:spacing w:before="64"/>
              <w:rPr>
                <w:rFonts w:ascii="Times New Roman" w:eastAsia="Times New Roman" w:hAnsi="Times New Roman" w:cs="Times New Roman"/>
                <w:sz w:val="15"/>
                <w:lang w:val="ru-RU"/>
              </w:rPr>
            </w:pPr>
            <w:r>
              <w:rPr>
                <w:rFonts w:ascii="Times New Roman" w:eastAsia="Times New Roman" w:hAnsi="Times New Roman" w:cs="Times New Roman"/>
                <w:w w:val="105"/>
                <w:sz w:val="15"/>
                <w:lang w:val="ru-RU"/>
              </w:rPr>
              <w:t>102</w:t>
            </w:r>
          </w:p>
        </w:tc>
        <w:tc>
          <w:tcPr>
            <w:tcW w:w="1104" w:type="dxa"/>
          </w:tcPr>
          <w:p w:rsidR="00FD48C4" w:rsidRPr="002D5C0E" w:rsidRDefault="00FD48C4" w:rsidP="00A67AF6">
            <w:pPr>
              <w:spacing w:before="64"/>
              <w:rPr>
                <w:rFonts w:ascii="Times New Roman" w:eastAsia="Times New Roman" w:hAnsi="Times New Roman" w:cs="Times New Roman"/>
                <w:sz w:val="15"/>
                <w:lang w:val="ru-RU"/>
              </w:rPr>
            </w:pPr>
            <w:r w:rsidRPr="002D5C0E">
              <w:rPr>
                <w:rFonts w:ascii="Times New Roman" w:eastAsia="Times New Roman" w:hAnsi="Times New Roman" w:cs="Times New Roman"/>
                <w:w w:val="105"/>
                <w:sz w:val="15"/>
                <w:lang w:val="ru-RU"/>
              </w:rPr>
              <w:t>10</w:t>
            </w:r>
          </w:p>
        </w:tc>
        <w:tc>
          <w:tcPr>
            <w:tcW w:w="1140" w:type="dxa"/>
          </w:tcPr>
          <w:p w:rsidR="00FD48C4" w:rsidRPr="002D5C0E" w:rsidRDefault="00443411" w:rsidP="00A67AF6">
            <w:pPr>
              <w:spacing w:before="64"/>
              <w:rPr>
                <w:rFonts w:ascii="Times New Roman" w:eastAsia="Times New Roman" w:hAnsi="Times New Roman" w:cs="Times New Roman"/>
                <w:sz w:val="15"/>
                <w:lang w:val="ru-RU"/>
              </w:rPr>
            </w:pPr>
            <w:r>
              <w:rPr>
                <w:rFonts w:ascii="Times New Roman" w:eastAsia="Times New Roman" w:hAnsi="Times New Roman" w:cs="Times New Roman"/>
                <w:w w:val="105"/>
                <w:sz w:val="15"/>
                <w:lang w:val="ru-RU"/>
              </w:rPr>
              <w:t>92</w:t>
            </w:r>
          </w:p>
        </w:tc>
        <w:tc>
          <w:tcPr>
            <w:tcW w:w="9363" w:type="dxa"/>
            <w:gridSpan w:val="4"/>
          </w:tcPr>
          <w:p w:rsidR="00FD48C4" w:rsidRPr="002D5C0E" w:rsidRDefault="00FD48C4" w:rsidP="00A67AF6">
            <w:pPr>
              <w:rPr>
                <w:rFonts w:ascii="Times New Roman" w:eastAsia="Times New Roman" w:hAnsi="Times New Roman" w:cs="Times New Roman"/>
                <w:sz w:val="14"/>
                <w:lang w:val="ru-RU"/>
              </w:rPr>
            </w:pPr>
          </w:p>
        </w:tc>
      </w:tr>
    </w:tbl>
    <w:p w:rsidR="00FD48C4" w:rsidRPr="002D5C0E" w:rsidRDefault="00FD48C4" w:rsidP="00FD48C4">
      <w:pPr>
        <w:widowControl w:val="0"/>
        <w:autoSpaceDE w:val="0"/>
        <w:autoSpaceDN w:val="0"/>
        <w:spacing w:after="0" w:line="240" w:lineRule="auto"/>
        <w:rPr>
          <w:rFonts w:ascii="Times New Roman" w:eastAsia="Times New Roman" w:hAnsi="Times New Roman" w:cs="Times New Roman"/>
          <w:sz w:val="14"/>
          <w:lang w:val="ru-RU"/>
        </w:rPr>
        <w:sectPr w:rsidR="00FD48C4" w:rsidRPr="002D5C0E">
          <w:pgSz w:w="16840" w:h="11900" w:orient="landscape"/>
          <w:pgMar w:top="580" w:right="540" w:bottom="280" w:left="560" w:header="720" w:footer="720" w:gutter="0"/>
          <w:cols w:space="720"/>
        </w:sectPr>
      </w:pPr>
    </w:p>
    <w:p w:rsidR="00FD48C4" w:rsidRPr="002D5C0E" w:rsidRDefault="00552486" w:rsidP="00FD48C4">
      <w:pPr>
        <w:widowControl w:val="0"/>
        <w:autoSpaceDE w:val="0"/>
        <w:autoSpaceDN w:val="0"/>
        <w:spacing w:before="66" w:after="0" w:line="240" w:lineRule="auto"/>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noProof/>
          <w:sz w:val="24"/>
          <w:szCs w:val="24"/>
          <w:lang w:val="ru-RU"/>
        </w:rPr>
        <w:lastRenderedPageBreak/>
        <w:pict>
          <v:rect id="Прямоугольник 4" o:spid="_x0000_s1029" style="position:absolute;margin-left:33.3pt;margin-top:22.9pt;width:528.15pt;height:.6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" fillcolor="black" stroked="f">
            <w10:wrap type="topAndBottom" anchorx="page"/>
          </v:rect>
        </w:pict>
      </w:r>
      <w:bookmarkStart w:id="1" w:name="ПОУРОЧНОЕ_ПЛАНИРОВАНИЕ"/>
      <w:bookmarkEnd w:id="1"/>
      <w:r w:rsidR="00FD48C4" w:rsidRPr="002D5C0E">
        <w:rPr>
          <w:rFonts w:ascii="Times New Roman" w:eastAsia="Times New Roman" w:hAnsi="Times New Roman" w:cs="Times New Roman"/>
          <w:b/>
          <w:bCs/>
          <w:spacing w:val="-1"/>
          <w:sz w:val="24"/>
          <w:szCs w:val="24"/>
          <w:lang w:val="ru-RU"/>
        </w:rPr>
        <w:t>ПОУРОЧНОЕ</w:t>
      </w:r>
      <w:r w:rsidR="00FD48C4" w:rsidRPr="002D5C0E">
        <w:rPr>
          <w:rFonts w:ascii="Times New Roman" w:eastAsia="Times New Roman" w:hAnsi="Times New Roman" w:cs="Times New Roman"/>
          <w:b/>
          <w:bCs/>
          <w:spacing w:val="-11"/>
          <w:sz w:val="24"/>
          <w:szCs w:val="24"/>
          <w:lang w:val="ru-RU"/>
        </w:rPr>
        <w:t xml:space="preserve"> </w:t>
      </w:r>
      <w:r w:rsidR="00FD48C4" w:rsidRPr="002D5C0E">
        <w:rPr>
          <w:rFonts w:ascii="Times New Roman" w:eastAsia="Times New Roman" w:hAnsi="Times New Roman" w:cs="Times New Roman"/>
          <w:b/>
          <w:bCs/>
          <w:sz w:val="24"/>
          <w:szCs w:val="24"/>
          <w:lang w:val="ru-RU"/>
        </w:rPr>
        <w:t>ПЛАНИРОВАНИЕ</w:t>
      </w:r>
    </w:p>
    <w:p w:rsidR="00FD48C4" w:rsidRPr="002D5C0E" w:rsidRDefault="00FD48C4" w:rsidP="00FD48C4">
      <w:pPr>
        <w:widowControl w:val="0"/>
        <w:autoSpaceDE w:val="0"/>
        <w:autoSpaceDN w:val="0"/>
        <w:spacing w:before="2" w:after="0" w:line="240" w:lineRule="auto"/>
        <w:rPr>
          <w:rFonts w:ascii="Times New Roman" w:eastAsia="Times New Roman" w:hAnsi="Times New Roman" w:cs="Times New Roman"/>
          <w:b/>
          <w:sz w:val="14"/>
          <w:szCs w:val="24"/>
          <w:lang w:val="ru-RU"/>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477"/>
        </w:trPr>
        <w:tc>
          <w:tcPr>
            <w:tcW w:w="504" w:type="dxa"/>
            <w:vMerge w:val="restart"/>
          </w:tcPr>
          <w:p w:rsidR="00FD48C4" w:rsidRPr="002D5C0E" w:rsidRDefault="00FD48C4" w:rsidP="00A67AF6">
            <w:pPr>
              <w:spacing w:before="86" w:line="292" w:lineRule="auto"/>
              <w:ind w:right="49"/>
              <w:rPr>
                <w:rFonts w:ascii="Times New Roman" w:eastAsia="Times New Roman" w:hAnsi="Times New Roman" w:cs="Times New Roman"/>
                <w:b/>
                <w:sz w:val="24"/>
                <w:lang w:val="ru-RU"/>
              </w:rPr>
            </w:pPr>
            <w:r w:rsidRPr="002D5C0E">
              <w:rPr>
                <w:rFonts w:ascii="Times New Roman" w:eastAsia="Times New Roman" w:hAnsi="Times New Roman" w:cs="Times New Roman"/>
                <w:b/>
                <w:sz w:val="24"/>
                <w:lang w:val="ru-RU"/>
              </w:rPr>
              <w:t>№</w:t>
            </w:r>
            <w:r w:rsidRPr="002D5C0E">
              <w:rPr>
                <w:rFonts w:ascii="Times New Roman" w:eastAsia="Times New Roman" w:hAnsi="Times New Roman" w:cs="Times New Roman"/>
                <w:b/>
                <w:spacing w:val="1"/>
                <w:sz w:val="24"/>
                <w:lang w:val="ru-RU"/>
              </w:rPr>
              <w:t xml:space="preserve"> </w:t>
            </w:r>
            <w:proofErr w:type="spellStart"/>
            <w:proofErr w:type="gramStart"/>
            <w:r w:rsidRPr="002D5C0E">
              <w:rPr>
                <w:rFonts w:ascii="Times New Roman" w:eastAsia="Times New Roman" w:hAnsi="Times New Roman" w:cs="Times New Roman"/>
                <w:b/>
                <w:sz w:val="24"/>
                <w:lang w:val="ru-RU"/>
              </w:rPr>
              <w:t>п</w:t>
            </w:r>
            <w:proofErr w:type="spellEnd"/>
            <w:proofErr w:type="gramEnd"/>
            <w:r w:rsidRPr="002D5C0E">
              <w:rPr>
                <w:rFonts w:ascii="Times New Roman" w:eastAsia="Times New Roman" w:hAnsi="Times New Roman" w:cs="Times New Roman"/>
                <w:b/>
                <w:sz w:val="24"/>
                <w:lang w:val="ru-RU"/>
              </w:rPr>
              <w:t>/</w:t>
            </w:r>
            <w:proofErr w:type="spellStart"/>
            <w:r w:rsidRPr="002D5C0E">
              <w:rPr>
                <w:rFonts w:ascii="Times New Roman" w:eastAsia="Times New Roman" w:hAnsi="Times New Roman" w:cs="Times New Roman"/>
                <w:b/>
                <w:sz w:val="24"/>
                <w:lang w:val="ru-RU"/>
              </w:rPr>
              <w:t>п</w:t>
            </w:r>
            <w:proofErr w:type="spellEnd"/>
          </w:p>
        </w:tc>
        <w:tc>
          <w:tcPr>
            <w:tcW w:w="3145" w:type="dxa"/>
            <w:vMerge w:val="restart"/>
          </w:tcPr>
          <w:p w:rsidR="00FD48C4" w:rsidRPr="002D5C0E" w:rsidRDefault="00FD48C4" w:rsidP="00A67AF6">
            <w:pPr>
              <w:spacing w:before="86"/>
              <w:rPr>
                <w:rFonts w:ascii="Times New Roman" w:eastAsia="Times New Roman" w:hAnsi="Times New Roman" w:cs="Times New Roman"/>
                <w:b/>
                <w:sz w:val="24"/>
                <w:lang w:val="ru-RU"/>
              </w:rPr>
            </w:pPr>
            <w:r w:rsidRPr="002D5C0E">
              <w:rPr>
                <w:rFonts w:ascii="Times New Roman" w:eastAsia="Times New Roman" w:hAnsi="Times New Roman" w:cs="Times New Roman"/>
                <w:b/>
                <w:sz w:val="24"/>
                <w:lang w:val="ru-RU"/>
              </w:rPr>
              <w:t>Тема</w:t>
            </w:r>
            <w:r w:rsidRPr="002D5C0E">
              <w:rPr>
                <w:rFonts w:ascii="Times New Roman" w:eastAsia="Times New Roman" w:hAnsi="Times New Roman" w:cs="Times New Roman"/>
                <w:b/>
                <w:spacing w:val="-3"/>
                <w:sz w:val="24"/>
                <w:lang w:val="ru-RU"/>
              </w:rPr>
              <w:t xml:space="preserve"> </w:t>
            </w:r>
            <w:r w:rsidRPr="002D5C0E">
              <w:rPr>
                <w:rFonts w:ascii="Times New Roman" w:eastAsia="Times New Roman" w:hAnsi="Times New Roman" w:cs="Times New Roman"/>
                <w:b/>
                <w:sz w:val="24"/>
                <w:lang w:val="ru-RU"/>
              </w:rPr>
              <w:t>урока</w:t>
            </w:r>
          </w:p>
        </w:tc>
        <w:tc>
          <w:tcPr>
            <w:tcW w:w="4020" w:type="dxa"/>
            <w:gridSpan w:val="3"/>
          </w:tcPr>
          <w:p w:rsidR="00FD48C4" w:rsidRPr="002D5C0E" w:rsidRDefault="00FD48C4" w:rsidP="00A67AF6">
            <w:pPr>
              <w:spacing w:before="86"/>
              <w:rPr>
                <w:rFonts w:ascii="Times New Roman" w:eastAsia="Times New Roman" w:hAnsi="Times New Roman" w:cs="Times New Roman"/>
                <w:b/>
                <w:sz w:val="24"/>
                <w:lang w:val="ru-RU"/>
              </w:rPr>
            </w:pPr>
            <w:r w:rsidRPr="002D5C0E">
              <w:rPr>
                <w:rFonts w:ascii="Times New Roman" w:eastAsia="Times New Roman" w:hAnsi="Times New Roman" w:cs="Times New Roman"/>
                <w:b/>
                <w:sz w:val="24"/>
                <w:lang w:val="ru-RU"/>
              </w:rPr>
              <w:t>Количество</w:t>
            </w:r>
            <w:r w:rsidRPr="002D5C0E">
              <w:rPr>
                <w:rFonts w:ascii="Times New Roman" w:eastAsia="Times New Roman" w:hAnsi="Times New Roman" w:cs="Times New Roman"/>
                <w:b/>
                <w:spacing w:val="-5"/>
                <w:sz w:val="24"/>
                <w:lang w:val="ru-RU"/>
              </w:rPr>
              <w:t xml:space="preserve"> </w:t>
            </w:r>
            <w:r w:rsidRPr="002D5C0E">
              <w:rPr>
                <w:rFonts w:ascii="Times New Roman" w:eastAsia="Times New Roman" w:hAnsi="Times New Roman" w:cs="Times New Roman"/>
                <w:b/>
                <w:sz w:val="24"/>
                <w:lang w:val="ru-RU"/>
              </w:rPr>
              <w:t>часов</w:t>
            </w:r>
          </w:p>
        </w:tc>
        <w:tc>
          <w:tcPr>
            <w:tcW w:w="1236" w:type="dxa"/>
            <w:vMerge w:val="restart"/>
          </w:tcPr>
          <w:p w:rsidR="00FD48C4" w:rsidRPr="002D5C0E" w:rsidRDefault="00FD48C4" w:rsidP="00A67AF6">
            <w:pPr>
              <w:spacing w:before="86" w:line="292" w:lineRule="auto"/>
              <w:ind w:right="129"/>
              <w:rPr>
                <w:rFonts w:ascii="Times New Roman" w:eastAsia="Times New Roman" w:hAnsi="Times New Roman" w:cs="Times New Roman"/>
                <w:b/>
                <w:sz w:val="24"/>
                <w:lang w:val="ru-RU"/>
              </w:rPr>
            </w:pPr>
          </w:p>
        </w:tc>
        <w:tc>
          <w:tcPr>
            <w:tcW w:w="1644" w:type="dxa"/>
            <w:vMerge w:val="restart"/>
          </w:tcPr>
          <w:p w:rsidR="00FD48C4" w:rsidRPr="002D5C0E" w:rsidRDefault="00FD48C4" w:rsidP="00A67AF6">
            <w:pPr>
              <w:spacing w:before="86" w:line="292" w:lineRule="auto"/>
              <w:ind w:right="498"/>
              <w:rPr>
                <w:rFonts w:ascii="Times New Roman" w:eastAsia="Times New Roman" w:hAnsi="Times New Roman" w:cs="Times New Roman"/>
                <w:b/>
                <w:sz w:val="24"/>
                <w:lang w:val="ru-RU"/>
              </w:rPr>
            </w:pPr>
            <w:r w:rsidRPr="002D5C0E">
              <w:rPr>
                <w:rFonts w:ascii="Times New Roman" w:eastAsia="Times New Roman" w:hAnsi="Times New Roman" w:cs="Times New Roman"/>
                <w:b/>
                <w:sz w:val="24"/>
                <w:lang w:val="ru-RU"/>
              </w:rPr>
              <w:t>Виды,</w:t>
            </w:r>
            <w:r w:rsidRPr="002D5C0E">
              <w:rPr>
                <w:rFonts w:ascii="Times New Roman" w:eastAsia="Times New Roman" w:hAnsi="Times New Roman" w:cs="Times New Roman"/>
                <w:b/>
                <w:spacing w:val="1"/>
                <w:sz w:val="24"/>
                <w:lang w:val="ru-RU"/>
              </w:rPr>
              <w:t xml:space="preserve"> </w:t>
            </w:r>
            <w:r w:rsidRPr="002D5C0E">
              <w:rPr>
                <w:rFonts w:ascii="Times New Roman" w:eastAsia="Times New Roman" w:hAnsi="Times New Roman" w:cs="Times New Roman"/>
                <w:b/>
                <w:sz w:val="24"/>
                <w:lang w:val="ru-RU"/>
              </w:rPr>
              <w:t>формы</w:t>
            </w:r>
            <w:r w:rsidRPr="002D5C0E">
              <w:rPr>
                <w:rFonts w:ascii="Times New Roman" w:eastAsia="Times New Roman" w:hAnsi="Times New Roman" w:cs="Times New Roman"/>
                <w:b/>
                <w:spacing w:val="1"/>
                <w:sz w:val="24"/>
                <w:lang w:val="ru-RU"/>
              </w:rPr>
              <w:t xml:space="preserve"> </w:t>
            </w:r>
            <w:r w:rsidRPr="002D5C0E">
              <w:rPr>
                <w:rFonts w:ascii="Times New Roman" w:eastAsia="Times New Roman" w:hAnsi="Times New Roman" w:cs="Times New Roman"/>
                <w:b/>
                <w:sz w:val="24"/>
                <w:lang w:val="ru-RU"/>
              </w:rPr>
              <w:t>контроля</w:t>
            </w:r>
          </w:p>
        </w:tc>
      </w:tr>
      <w:tr w:rsidR="00FD48C4" w:rsidRPr="002D5C0E" w:rsidTr="00A67AF6">
        <w:trPr>
          <w:trHeight w:val="813"/>
        </w:trPr>
        <w:tc>
          <w:tcPr>
            <w:tcW w:w="504"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3145"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732" w:type="dxa"/>
          </w:tcPr>
          <w:p w:rsidR="00FD48C4" w:rsidRPr="002D5C0E" w:rsidRDefault="00FD48C4" w:rsidP="00A67AF6">
            <w:pPr>
              <w:spacing w:before="86"/>
              <w:rPr>
                <w:rFonts w:ascii="Times New Roman" w:eastAsia="Times New Roman" w:hAnsi="Times New Roman" w:cs="Times New Roman"/>
                <w:b/>
                <w:sz w:val="24"/>
                <w:lang w:val="ru-RU"/>
              </w:rPr>
            </w:pPr>
            <w:r w:rsidRPr="002D5C0E">
              <w:rPr>
                <w:rFonts w:ascii="Times New Roman" w:eastAsia="Times New Roman" w:hAnsi="Times New Roman" w:cs="Times New Roman"/>
                <w:b/>
                <w:sz w:val="24"/>
                <w:lang w:val="ru-RU"/>
              </w:rPr>
              <w:t>всего</w:t>
            </w:r>
          </w:p>
        </w:tc>
        <w:tc>
          <w:tcPr>
            <w:tcW w:w="1620" w:type="dxa"/>
          </w:tcPr>
          <w:p w:rsidR="00FD48C4" w:rsidRPr="002D5C0E" w:rsidRDefault="00FD48C4" w:rsidP="00A67AF6">
            <w:pPr>
              <w:spacing w:before="86" w:line="292" w:lineRule="auto"/>
              <w:ind w:right="58"/>
              <w:rPr>
                <w:rFonts w:ascii="Times New Roman" w:eastAsia="Times New Roman" w:hAnsi="Times New Roman" w:cs="Times New Roman"/>
                <w:b/>
                <w:sz w:val="24"/>
                <w:lang w:val="ru-RU"/>
              </w:rPr>
            </w:pPr>
            <w:r w:rsidRPr="002D5C0E">
              <w:rPr>
                <w:rFonts w:ascii="Times New Roman" w:eastAsia="Times New Roman" w:hAnsi="Times New Roman" w:cs="Times New Roman"/>
                <w:b/>
                <w:spacing w:val="-1"/>
                <w:sz w:val="24"/>
                <w:lang w:val="ru-RU"/>
              </w:rPr>
              <w:t>контрольные</w:t>
            </w:r>
            <w:r w:rsidRPr="002D5C0E">
              <w:rPr>
                <w:rFonts w:ascii="Times New Roman" w:eastAsia="Times New Roman" w:hAnsi="Times New Roman" w:cs="Times New Roman"/>
                <w:b/>
                <w:spacing w:val="-57"/>
                <w:sz w:val="24"/>
                <w:lang w:val="ru-RU"/>
              </w:rPr>
              <w:t xml:space="preserve"> </w:t>
            </w:r>
            <w:r w:rsidRPr="002D5C0E">
              <w:rPr>
                <w:rFonts w:ascii="Times New Roman" w:eastAsia="Times New Roman" w:hAnsi="Times New Roman" w:cs="Times New Roman"/>
                <w:b/>
                <w:sz w:val="24"/>
                <w:lang w:val="ru-RU"/>
              </w:rPr>
              <w:t>работы</w:t>
            </w:r>
          </w:p>
        </w:tc>
        <w:tc>
          <w:tcPr>
            <w:tcW w:w="1668" w:type="dxa"/>
          </w:tcPr>
          <w:p w:rsidR="00FD48C4" w:rsidRPr="002D5C0E" w:rsidRDefault="00FD48C4" w:rsidP="00A67AF6">
            <w:pPr>
              <w:spacing w:before="86" w:line="292" w:lineRule="auto"/>
              <w:ind w:right="50"/>
              <w:rPr>
                <w:rFonts w:ascii="Times New Roman" w:eastAsia="Times New Roman" w:hAnsi="Times New Roman" w:cs="Times New Roman"/>
                <w:b/>
                <w:sz w:val="24"/>
                <w:lang w:val="ru-RU"/>
              </w:rPr>
            </w:pPr>
            <w:r w:rsidRPr="002D5C0E">
              <w:rPr>
                <w:rFonts w:ascii="Times New Roman" w:eastAsia="Times New Roman" w:hAnsi="Times New Roman" w:cs="Times New Roman"/>
                <w:b/>
                <w:spacing w:val="-1"/>
                <w:sz w:val="24"/>
                <w:lang w:val="ru-RU"/>
              </w:rPr>
              <w:t>практические</w:t>
            </w:r>
            <w:r w:rsidRPr="002D5C0E">
              <w:rPr>
                <w:rFonts w:ascii="Times New Roman" w:eastAsia="Times New Roman" w:hAnsi="Times New Roman" w:cs="Times New Roman"/>
                <w:b/>
                <w:spacing w:val="-57"/>
                <w:sz w:val="24"/>
                <w:lang w:val="ru-RU"/>
              </w:rPr>
              <w:t xml:space="preserve"> </w:t>
            </w:r>
            <w:r w:rsidRPr="002D5C0E">
              <w:rPr>
                <w:rFonts w:ascii="Times New Roman" w:eastAsia="Times New Roman" w:hAnsi="Times New Roman" w:cs="Times New Roman"/>
                <w:b/>
                <w:sz w:val="24"/>
                <w:lang w:val="ru-RU"/>
              </w:rPr>
              <w:t>работы</w:t>
            </w:r>
          </w:p>
        </w:tc>
        <w:tc>
          <w:tcPr>
            <w:tcW w:w="1236"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c>
          <w:tcPr>
            <w:tcW w:w="1644" w:type="dxa"/>
            <w:vMerge/>
            <w:tcBorders>
              <w:top w:val="nil"/>
            </w:tcBorders>
          </w:tcPr>
          <w:p w:rsidR="00FD48C4" w:rsidRPr="002D5C0E" w:rsidRDefault="00FD48C4" w:rsidP="00A67AF6">
            <w:pPr>
              <w:rPr>
                <w:rFonts w:ascii="Times New Roman" w:eastAsia="Times New Roman" w:hAnsi="Times New Roman" w:cs="Times New Roman"/>
                <w:sz w:val="2"/>
                <w:szCs w:val="2"/>
                <w:lang w:val="ru-RU"/>
              </w:rPr>
            </w:pP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3145" w:type="dxa"/>
          </w:tcPr>
          <w:p w:rsidR="00FD48C4" w:rsidRPr="002D5C0E" w:rsidRDefault="00FD48C4" w:rsidP="00A67AF6">
            <w:pPr>
              <w:spacing w:before="86" w:line="292" w:lineRule="auto"/>
              <w:ind w:right="4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Урок</w:t>
            </w:r>
            <w:r w:rsidRPr="002D5C0E">
              <w:rPr>
                <w:rFonts w:ascii="Times New Roman" w:eastAsia="Times New Roman" w:hAnsi="Times New Roman" w:cs="Times New Roman"/>
                <w:spacing w:val="-5"/>
                <w:sz w:val="24"/>
                <w:lang w:val="ru-RU"/>
              </w:rPr>
              <w:t xml:space="preserve"> </w:t>
            </w:r>
            <w:r w:rsidRPr="002D5C0E">
              <w:rPr>
                <w:rFonts w:ascii="Times New Roman" w:eastAsia="Times New Roman" w:hAnsi="Times New Roman" w:cs="Times New Roman"/>
                <w:sz w:val="24"/>
                <w:lang w:val="ru-RU"/>
              </w:rPr>
              <w:t>физической</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культуры</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школе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w:t>
            </w:r>
          </w:p>
        </w:tc>
        <w:tc>
          <w:tcPr>
            <w:tcW w:w="3145" w:type="dxa"/>
          </w:tcPr>
          <w:p w:rsidR="00FD48C4" w:rsidRPr="002D5C0E" w:rsidRDefault="00FD48C4" w:rsidP="00A67AF6">
            <w:pPr>
              <w:spacing w:before="86" w:line="292" w:lineRule="auto"/>
              <w:ind w:right="10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Правила поведения на уроке</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физической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культуры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Режим</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дня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w:t>
            </w:r>
          </w:p>
        </w:tc>
        <w:tc>
          <w:tcPr>
            <w:tcW w:w="3145" w:type="dxa"/>
          </w:tcPr>
          <w:p w:rsidR="00FD48C4" w:rsidRPr="002D5C0E" w:rsidRDefault="00FD48C4" w:rsidP="00A67AF6">
            <w:pPr>
              <w:spacing w:before="86" w:line="292" w:lineRule="auto"/>
              <w:ind w:right="65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Самостоятельное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составление комплекса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упражнений утренней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гимнастики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214"/>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Контрольная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A67AF6"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w:t>
            </w:r>
          </w:p>
        </w:tc>
        <w:tc>
          <w:tcPr>
            <w:tcW w:w="3145" w:type="dxa"/>
          </w:tcPr>
          <w:p w:rsidR="00FD48C4" w:rsidRPr="002D5C0E" w:rsidRDefault="00FD48C4" w:rsidP="00A67AF6">
            <w:pPr>
              <w:spacing w:before="86" w:line="292" w:lineRule="auto"/>
              <w:ind w:right="30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Основные правила личной</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гигиены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54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опрос;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Работа на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уроке;</w:t>
            </w:r>
          </w:p>
        </w:tc>
      </w:tr>
      <w:tr w:rsidR="00FD48C4" w:rsidRPr="00A67AF6"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w:t>
            </w:r>
          </w:p>
        </w:tc>
        <w:tc>
          <w:tcPr>
            <w:tcW w:w="3145" w:type="dxa"/>
          </w:tcPr>
          <w:p w:rsidR="00FD48C4" w:rsidRPr="002D5C0E" w:rsidRDefault="00FD48C4" w:rsidP="00A67AF6">
            <w:pPr>
              <w:spacing w:before="86" w:line="292" w:lineRule="auto"/>
              <w:ind w:right="61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Комплекс упражнений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утренней гимнастики: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гимнастической</w:t>
            </w:r>
            <w:r w:rsidRPr="002D5C0E">
              <w:rPr>
                <w:rFonts w:ascii="Times New Roman" w:eastAsia="Times New Roman" w:hAnsi="Times New Roman" w:cs="Times New Roman"/>
                <w:spacing w:val="-9"/>
                <w:sz w:val="24"/>
                <w:lang w:val="ru-RU"/>
              </w:rPr>
              <w:t xml:space="preserve"> </w:t>
            </w:r>
            <w:r w:rsidRPr="002D5C0E">
              <w:rPr>
                <w:rFonts w:ascii="Times New Roman" w:eastAsia="Times New Roman" w:hAnsi="Times New Roman" w:cs="Times New Roman"/>
                <w:sz w:val="24"/>
                <w:lang w:val="ru-RU"/>
              </w:rPr>
              <w:t>палкой</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54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опрос;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Работа на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уроке;</w:t>
            </w:r>
          </w:p>
        </w:tc>
      </w:tr>
      <w:tr w:rsidR="00FD48C4" w:rsidRPr="00A67AF6"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w:t>
            </w:r>
          </w:p>
        </w:tc>
        <w:tc>
          <w:tcPr>
            <w:tcW w:w="3145" w:type="dxa"/>
          </w:tcPr>
          <w:p w:rsidR="00FD48C4" w:rsidRPr="002D5C0E" w:rsidRDefault="00FD48C4" w:rsidP="00A67AF6">
            <w:pPr>
              <w:spacing w:before="86" w:line="292" w:lineRule="auto"/>
              <w:ind w:right="70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Комплекс упражнений</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утренней</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гимнастики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54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опрос;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Работа на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уроке;</w:t>
            </w:r>
          </w:p>
        </w:tc>
      </w:tr>
      <w:tr w:rsidR="00FD48C4" w:rsidRPr="002D5C0E" w:rsidTr="00A67AF6">
        <w:trPr>
          <w:trHeight w:val="249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w:t>
            </w:r>
          </w:p>
        </w:tc>
        <w:tc>
          <w:tcPr>
            <w:tcW w:w="3145" w:type="dxa"/>
          </w:tcPr>
          <w:p w:rsidR="00FD48C4" w:rsidRPr="002D5C0E" w:rsidRDefault="00FD48C4" w:rsidP="00A67AF6">
            <w:pPr>
              <w:spacing w:before="86" w:line="292" w:lineRule="auto"/>
              <w:ind w:right="16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Место для занятий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физическими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упражнениями. Спортивное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оборудование и инвентарь.</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Одежда для занятий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физическими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упражнениями.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w:t>
            </w:r>
          </w:p>
        </w:tc>
        <w:tc>
          <w:tcPr>
            <w:tcW w:w="3145" w:type="dxa"/>
          </w:tcPr>
          <w:p w:rsidR="00FD48C4" w:rsidRPr="002D5C0E" w:rsidRDefault="00FD48C4" w:rsidP="00A67AF6">
            <w:pPr>
              <w:spacing w:before="86" w:line="292" w:lineRule="auto"/>
              <w:ind w:right="4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Техника безопасности при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выполнении физических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упражнений, проведении игр</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спортивных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эстафет</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2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A67AF6"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10.</w:t>
            </w:r>
          </w:p>
        </w:tc>
        <w:tc>
          <w:tcPr>
            <w:tcW w:w="3145" w:type="dxa"/>
          </w:tcPr>
          <w:p w:rsidR="00FD48C4" w:rsidRPr="002D5C0E" w:rsidRDefault="00FD48C4" w:rsidP="00A67AF6">
            <w:pPr>
              <w:spacing w:before="86" w:line="292" w:lineRule="auto"/>
              <w:ind w:right="43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Физические упражнения: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исходные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положения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54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опрос;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Работа на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уроке;</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11.</w:t>
            </w:r>
          </w:p>
        </w:tc>
        <w:tc>
          <w:tcPr>
            <w:tcW w:w="3145" w:type="dxa"/>
          </w:tcPr>
          <w:p w:rsidR="00FD48C4" w:rsidRPr="002D5C0E" w:rsidRDefault="00FD48C4" w:rsidP="00A67AF6">
            <w:pPr>
              <w:spacing w:before="86" w:line="292" w:lineRule="auto"/>
              <w:ind w:right="7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Общие принципы</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гимнастических</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упражнений</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249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12.</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Организующие</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команды:</w:t>
            </w:r>
          </w:p>
          <w:p w:rsidR="00FD48C4" w:rsidRPr="002D5C0E" w:rsidRDefault="00FD48C4" w:rsidP="00A67AF6">
            <w:pPr>
              <w:spacing w:before="60" w:line="292" w:lineRule="auto"/>
              <w:ind w:right="2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«Стройся», «Смирно», «На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первый, второй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рассчитайсь»,</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«Вольно»,</w:t>
            </w:r>
          </w:p>
          <w:p w:rsidR="00FD48C4" w:rsidRPr="002D5C0E" w:rsidRDefault="00FD48C4" w:rsidP="00A67AF6">
            <w:pPr>
              <w:spacing w:line="292" w:lineRule="auto"/>
              <w:ind w:right="20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«Шагом марш», «На месте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стой,</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раз,</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два»,</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«Равняйсь»,</w:t>
            </w:r>
          </w:p>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54"/>
                <w:sz w:val="24"/>
                <w:lang w:val="ru-RU"/>
              </w:rPr>
              <w:t xml:space="preserve"> </w:t>
            </w:r>
            <w:r w:rsidRPr="002D5C0E">
              <w:rPr>
                <w:rFonts w:ascii="Times New Roman" w:eastAsia="Times New Roman" w:hAnsi="Times New Roman" w:cs="Times New Roman"/>
                <w:sz w:val="24"/>
                <w:lang w:val="ru-RU"/>
              </w:rPr>
              <w:t>две</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шеренги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становись»</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316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13.</w:t>
            </w:r>
          </w:p>
        </w:tc>
        <w:tc>
          <w:tcPr>
            <w:tcW w:w="3145" w:type="dxa"/>
          </w:tcPr>
          <w:p w:rsidR="00FD48C4" w:rsidRPr="002D5C0E" w:rsidRDefault="00FD48C4" w:rsidP="00A67AF6">
            <w:pPr>
              <w:spacing w:before="86" w:line="292" w:lineRule="auto"/>
              <w:ind w:right="19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 xml:space="preserve">Отработка </w:t>
            </w:r>
            <w:proofErr w:type="spellStart"/>
            <w:r w:rsidRPr="002D5C0E">
              <w:rPr>
                <w:rFonts w:ascii="Times New Roman" w:eastAsia="Times New Roman" w:hAnsi="Times New Roman" w:cs="Times New Roman"/>
                <w:sz w:val="24"/>
                <w:lang w:val="ru-RU"/>
              </w:rPr>
              <w:t>наыков</w:t>
            </w:r>
            <w:proofErr w:type="spellEnd"/>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организующих</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команд:</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«Стройся»,</w:t>
            </w:r>
          </w:p>
          <w:p w:rsidR="00FD48C4" w:rsidRPr="002D5C0E" w:rsidRDefault="00FD48C4" w:rsidP="00A67AF6">
            <w:pPr>
              <w:spacing w:line="292" w:lineRule="auto"/>
              <w:ind w:right="58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«Смирно», «На первый,</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второй</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рассчитайсь»,</w:t>
            </w:r>
          </w:p>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«Вольно»,</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«Шагом</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марш»,</w:t>
            </w:r>
          </w:p>
          <w:p w:rsidR="00FD48C4" w:rsidRPr="002D5C0E" w:rsidRDefault="00FD48C4" w:rsidP="00A67AF6">
            <w:pPr>
              <w:spacing w:before="5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«На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месте</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стой,</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раз,</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два»,</w:t>
            </w:r>
          </w:p>
          <w:p w:rsidR="00FD48C4" w:rsidRPr="002D5C0E" w:rsidRDefault="00FD48C4" w:rsidP="00A67AF6">
            <w:pPr>
              <w:spacing w:before="60" w:line="292" w:lineRule="auto"/>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«Равняйсь», «В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две шеренги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становись»</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14.</w:t>
            </w:r>
          </w:p>
        </w:tc>
        <w:tc>
          <w:tcPr>
            <w:tcW w:w="3145" w:type="dxa"/>
          </w:tcPr>
          <w:p w:rsidR="00FD48C4" w:rsidRPr="002D5C0E" w:rsidRDefault="00FD48C4" w:rsidP="00A67AF6">
            <w:pPr>
              <w:spacing w:before="86" w:line="292" w:lineRule="auto"/>
              <w:ind w:right="46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Освоение техники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упражнений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общей разминки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контролем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дыхания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опрос;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15.</w:t>
            </w:r>
          </w:p>
        </w:tc>
        <w:tc>
          <w:tcPr>
            <w:tcW w:w="3145" w:type="dxa"/>
          </w:tcPr>
          <w:p w:rsidR="00FD48C4" w:rsidRPr="002D5C0E" w:rsidRDefault="00FD48C4" w:rsidP="00A67AF6">
            <w:pPr>
              <w:spacing w:before="86" w:line="292" w:lineRule="auto"/>
              <w:ind w:right="14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общей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разминки: приставные шаги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вперёд на полной стопе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(гимнастический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шаг)</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821"/>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16.</w:t>
            </w:r>
          </w:p>
        </w:tc>
        <w:tc>
          <w:tcPr>
            <w:tcW w:w="3145" w:type="dxa"/>
          </w:tcPr>
          <w:p w:rsidR="00FD48C4" w:rsidRPr="002D5C0E" w:rsidRDefault="00FD48C4" w:rsidP="00A67AF6">
            <w:pPr>
              <w:spacing w:before="86" w:line="292" w:lineRule="auto"/>
              <w:ind w:right="46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общей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разминки: шаги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продвижением вперёд на</w:t>
            </w:r>
            <w:r w:rsidRPr="002D5C0E">
              <w:rPr>
                <w:rFonts w:ascii="Times New Roman" w:eastAsia="Times New Roman" w:hAnsi="Times New Roman" w:cs="Times New Roman"/>
                <w:spacing w:val="-57"/>
                <w:sz w:val="24"/>
                <w:lang w:val="ru-RU"/>
              </w:rPr>
              <w:t xml:space="preserve"> </w:t>
            </w:r>
            <w:proofErr w:type="spellStart"/>
            <w:r w:rsidRPr="002D5C0E">
              <w:rPr>
                <w:rFonts w:ascii="Times New Roman" w:eastAsia="Times New Roman" w:hAnsi="Times New Roman" w:cs="Times New Roman"/>
                <w:sz w:val="24"/>
                <w:lang w:val="ru-RU"/>
              </w:rPr>
              <w:t>полупальцах</w:t>
            </w:r>
            <w:proofErr w:type="spellEnd"/>
            <w:r w:rsidRPr="002D5C0E">
              <w:rPr>
                <w:rFonts w:ascii="Times New Roman" w:eastAsia="Times New Roman" w:hAnsi="Times New Roman" w:cs="Times New Roman"/>
                <w:sz w:val="24"/>
                <w:lang w:val="ru-RU"/>
              </w:rPr>
              <w:t xml:space="preserve"> и пятках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(«казачок»)</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215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17.</w:t>
            </w:r>
          </w:p>
        </w:tc>
        <w:tc>
          <w:tcPr>
            <w:tcW w:w="3145" w:type="dxa"/>
          </w:tcPr>
          <w:p w:rsidR="00FD48C4" w:rsidRPr="002D5C0E" w:rsidRDefault="00FD48C4" w:rsidP="00A67AF6">
            <w:pPr>
              <w:spacing w:before="86" w:line="292" w:lineRule="auto"/>
              <w:ind w:right="9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общей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разминки: шаги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продвижением вперёд на</w:t>
            </w:r>
            <w:r w:rsidRPr="002D5C0E">
              <w:rPr>
                <w:rFonts w:ascii="Times New Roman" w:eastAsia="Times New Roman" w:hAnsi="Times New Roman" w:cs="Times New Roman"/>
                <w:spacing w:val="1"/>
                <w:sz w:val="24"/>
                <w:lang w:val="ru-RU"/>
              </w:rPr>
              <w:t xml:space="preserve"> </w:t>
            </w:r>
            <w:proofErr w:type="spellStart"/>
            <w:r w:rsidRPr="002D5C0E">
              <w:rPr>
                <w:rFonts w:ascii="Times New Roman" w:eastAsia="Times New Roman" w:hAnsi="Times New Roman" w:cs="Times New Roman"/>
                <w:sz w:val="24"/>
                <w:lang w:val="ru-RU"/>
              </w:rPr>
              <w:t>полупальцах</w:t>
            </w:r>
            <w:proofErr w:type="spellEnd"/>
            <w:r w:rsidRPr="002D5C0E">
              <w:rPr>
                <w:rFonts w:ascii="Times New Roman" w:eastAsia="Times New Roman" w:hAnsi="Times New Roman" w:cs="Times New Roman"/>
                <w:sz w:val="24"/>
                <w:lang w:val="ru-RU"/>
              </w:rPr>
              <w:t xml:space="preserve">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выпрямленными коленями 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3"/>
                <w:sz w:val="24"/>
                <w:lang w:val="ru-RU"/>
              </w:rPr>
              <w:t xml:space="preserve"> </w:t>
            </w:r>
            <w:proofErr w:type="spellStart"/>
            <w:r w:rsidRPr="002D5C0E">
              <w:rPr>
                <w:rFonts w:ascii="Times New Roman" w:eastAsia="Times New Roman" w:hAnsi="Times New Roman" w:cs="Times New Roman"/>
                <w:sz w:val="24"/>
                <w:lang w:val="ru-RU"/>
              </w:rPr>
              <w:t>полуприседе</w:t>
            </w:r>
            <w:proofErr w:type="spellEnd"/>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(«жираф»)</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249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18.</w:t>
            </w:r>
          </w:p>
        </w:tc>
        <w:tc>
          <w:tcPr>
            <w:tcW w:w="3145" w:type="dxa"/>
          </w:tcPr>
          <w:p w:rsidR="00FD48C4" w:rsidRPr="002D5C0E" w:rsidRDefault="00FD48C4" w:rsidP="00A67AF6">
            <w:pPr>
              <w:spacing w:before="86" w:line="292" w:lineRule="auto"/>
              <w:ind w:right="42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общей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разминки: шаги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продвижением вперёд,</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сочетаемые с отведением</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рук назад на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горизонтальном уровне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(«конькобежец»)</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215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19.</w:t>
            </w:r>
          </w:p>
        </w:tc>
        <w:tc>
          <w:tcPr>
            <w:tcW w:w="3145" w:type="dxa"/>
          </w:tcPr>
          <w:p w:rsidR="00FD48C4" w:rsidRPr="002D5C0E" w:rsidRDefault="00FD48C4" w:rsidP="00A67AF6">
            <w:pPr>
              <w:spacing w:before="86" w:line="292" w:lineRule="auto"/>
              <w:ind w:right="9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Партерная разминка: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 для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формирования и укрепления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мышц стопы, развития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гибкости и подвижности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суставов</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("лягушонок")</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215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20.</w:t>
            </w:r>
          </w:p>
        </w:tc>
        <w:tc>
          <w:tcPr>
            <w:tcW w:w="3145" w:type="dxa"/>
          </w:tcPr>
          <w:p w:rsidR="00FD48C4" w:rsidRPr="002D5C0E" w:rsidRDefault="00FD48C4" w:rsidP="00A67AF6">
            <w:pPr>
              <w:spacing w:before="86" w:line="292" w:lineRule="auto"/>
              <w:ind w:right="30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Партерная разминка: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 для растяжки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задней поверхности мышц</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бедра и формирования</w:t>
            </w:r>
            <w:r w:rsidRPr="002D5C0E">
              <w:rPr>
                <w:rFonts w:ascii="Times New Roman" w:eastAsia="Times New Roman" w:hAnsi="Times New Roman" w:cs="Times New Roman"/>
                <w:spacing w:val="1"/>
                <w:sz w:val="24"/>
                <w:lang w:val="ru-RU"/>
              </w:rPr>
              <w:t xml:space="preserve"> </w:t>
            </w:r>
            <w:proofErr w:type="spellStart"/>
            <w:r w:rsidRPr="002D5C0E">
              <w:rPr>
                <w:rFonts w:ascii="Times New Roman" w:eastAsia="Times New Roman" w:hAnsi="Times New Roman" w:cs="Times New Roman"/>
                <w:sz w:val="24"/>
                <w:lang w:val="ru-RU"/>
              </w:rPr>
              <w:t>выворотности</w:t>
            </w:r>
            <w:proofErr w:type="spellEnd"/>
            <w:r w:rsidRPr="002D5C0E">
              <w:rPr>
                <w:rFonts w:ascii="Times New Roman" w:eastAsia="Times New Roman" w:hAnsi="Times New Roman" w:cs="Times New Roman"/>
                <w:sz w:val="24"/>
                <w:lang w:val="ru-RU"/>
              </w:rPr>
              <w:t xml:space="preserve"> стоп</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(«крестик»);</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249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21.</w:t>
            </w:r>
          </w:p>
        </w:tc>
        <w:tc>
          <w:tcPr>
            <w:tcW w:w="3145" w:type="dxa"/>
          </w:tcPr>
          <w:p w:rsidR="00FD48C4" w:rsidRPr="002D5C0E" w:rsidRDefault="00FD48C4" w:rsidP="00A67AF6">
            <w:pPr>
              <w:spacing w:before="86" w:line="292" w:lineRule="auto"/>
              <w:ind w:right="18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Партерная</w:t>
            </w:r>
            <w:r w:rsidRPr="002D5C0E">
              <w:rPr>
                <w:rFonts w:ascii="Times New Roman" w:eastAsia="Times New Roman" w:hAnsi="Times New Roman" w:cs="Times New Roman"/>
                <w:spacing w:val="1"/>
                <w:sz w:val="24"/>
                <w:lang w:val="ru-RU"/>
              </w:rPr>
              <w:t xml:space="preserve"> </w:t>
            </w:r>
            <w:proofErr w:type="spellStart"/>
            <w:r w:rsidRPr="002D5C0E">
              <w:rPr>
                <w:rFonts w:ascii="Times New Roman" w:eastAsia="Times New Roman" w:hAnsi="Times New Roman" w:cs="Times New Roman"/>
                <w:sz w:val="24"/>
                <w:lang w:val="ru-RU"/>
              </w:rPr>
              <w:t>разминка</w:t>
            </w:r>
            <w:proofErr w:type="gramStart"/>
            <w:r w:rsidRPr="002D5C0E">
              <w:rPr>
                <w:rFonts w:ascii="Times New Roman" w:eastAsia="Times New Roman" w:hAnsi="Times New Roman" w:cs="Times New Roman"/>
                <w:sz w:val="24"/>
                <w:lang w:val="ru-RU"/>
              </w:rPr>
              <w:t>:у</w:t>
            </w:r>
            <w:proofErr w:type="gramEnd"/>
            <w:r w:rsidRPr="002D5C0E">
              <w:rPr>
                <w:rFonts w:ascii="Times New Roman" w:eastAsia="Times New Roman" w:hAnsi="Times New Roman" w:cs="Times New Roman"/>
                <w:sz w:val="24"/>
                <w:lang w:val="ru-RU"/>
              </w:rPr>
              <w:t>пражнения</w:t>
            </w:r>
            <w:proofErr w:type="spellEnd"/>
            <w:r w:rsidRPr="002D5C0E">
              <w:rPr>
                <w:rFonts w:ascii="Times New Roman" w:eastAsia="Times New Roman" w:hAnsi="Times New Roman" w:cs="Times New Roman"/>
                <w:sz w:val="24"/>
                <w:lang w:val="ru-RU"/>
              </w:rPr>
              <w:t xml:space="preserve"> для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укрепления мышц ног,</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увеличения подвижности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тазобедренных, коленных и</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голеностопных суставов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(«велосипед»)</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22.</w:t>
            </w:r>
          </w:p>
        </w:tc>
        <w:tc>
          <w:tcPr>
            <w:tcW w:w="3145" w:type="dxa"/>
          </w:tcPr>
          <w:p w:rsidR="00FD48C4" w:rsidRPr="002D5C0E" w:rsidRDefault="00FD48C4" w:rsidP="00A67AF6">
            <w:pPr>
              <w:spacing w:before="86" w:line="292" w:lineRule="auto"/>
              <w:ind w:right="44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Закрепление выполнения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упражнений общей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разминки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214"/>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Контрольная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215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23.</w:t>
            </w:r>
          </w:p>
        </w:tc>
        <w:tc>
          <w:tcPr>
            <w:tcW w:w="3145" w:type="dxa"/>
          </w:tcPr>
          <w:p w:rsidR="00FD48C4" w:rsidRPr="002D5C0E" w:rsidRDefault="00FD48C4" w:rsidP="00A67AF6">
            <w:pPr>
              <w:spacing w:before="86" w:line="292" w:lineRule="auto"/>
              <w:ind w:right="8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для укрепления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мышц тела и развития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гибкости позвоночника,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упражнения для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разогревания (скручивания)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мышц</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спины</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(«верёвочка»)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24.</w:t>
            </w:r>
          </w:p>
        </w:tc>
        <w:tc>
          <w:tcPr>
            <w:tcW w:w="3145" w:type="dxa"/>
          </w:tcPr>
          <w:p w:rsidR="00FD48C4" w:rsidRPr="002D5C0E" w:rsidRDefault="00FD48C4" w:rsidP="00A67AF6">
            <w:pPr>
              <w:spacing w:before="86" w:line="292" w:lineRule="auto"/>
              <w:ind w:right="4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w:t>
            </w:r>
            <w:r w:rsidRPr="002D5C0E">
              <w:rPr>
                <w:rFonts w:ascii="Times New Roman" w:eastAsia="Times New Roman" w:hAnsi="Times New Roman" w:cs="Times New Roman"/>
                <w:spacing w:val="60"/>
                <w:sz w:val="24"/>
                <w:lang w:val="ru-RU"/>
              </w:rPr>
              <w:t xml:space="preserve"> </w:t>
            </w:r>
            <w:proofErr w:type="spellStart"/>
            <w:r w:rsidRPr="002D5C0E">
              <w:rPr>
                <w:rFonts w:ascii="Times New Roman" w:eastAsia="Times New Roman" w:hAnsi="Times New Roman" w:cs="Times New Roman"/>
                <w:sz w:val="24"/>
                <w:lang w:val="ru-RU"/>
              </w:rPr>
              <w:t>упражнения</w:t>
            </w:r>
            <w:proofErr w:type="spellEnd"/>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для укрепления мышц спины</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 увеличения их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эластичности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(«рыбка»)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4"/>
        </w:trPr>
        <w:tc>
          <w:tcPr>
            <w:tcW w:w="504" w:type="dxa"/>
            <w:tcBorders>
              <w:bottom w:val="single" w:sz="2" w:space="0" w:color="000000"/>
            </w:tcBorders>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25.</w:t>
            </w:r>
          </w:p>
        </w:tc>
        <w:tc>
          <w:tcPr>
            <w:tcW w:w="3145" w:type="dxa"/>
            <w:tcBorders>
              <w:bottom w:val="single" w:sz="2" w:space="0" w:color="000000"/>
            </w:tcBorders>
          </w:tcPr>
          <w:p w:rsidR="00FD48C4" w:rsidRPr="002D5C0E" w:rsidRDefault="00FD48C4" w:rsidP="00A67AF6">
            <w:pPr>
              <w:spacing w:before="86" w:line="292" w:lineRule="auto"/>
              <w:ind w:right="14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для развития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гибкости позвоночника 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плечевого пояса («мост») из</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положения</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лёжа</w:t>
            </w:r>
          </w:p>
        </w:tc>
        <w:tc>
          <w:tcPr>
            <w:tcW w:w="732" w:type="dxa"/>
            <w:tcBorders>
              <w:bottom w:val="single" w:sz="2" w:space="0" w:color="000000"/>
            </w:tcBorders>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Borders>
              <w:bottom w:val="single" w:sz="2" w:space="0" w:color="000000"/>
            </w:tcBorders>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Borders>
              <w:bottom w:val="single" w:sz="2" w:space="0" w:color="000000"/>
            </w:tcBorders>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Borders>
              <w:bottom w:val="single" w:sz="2" w:space="0" w:color="000000"/>
            </w:tcBorders>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Borders>
              <w:bottom w:val="single" w:sz="2" w:space="0" w:color="000000"/>
            </w:tcBorders>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p w:rsidR="00FD48C4" w:rsidRPr="002D5C0E" w:rsidRDefault="00552486" w:rsidP="00FD48C4">
      <w:pPr>
        <w:widowControl w:val="0"/>
        <w:autoSpaceDE w:val="0"/>
        <w:autoSpaceDN w:val="0"/>
        <w:spacing w:after="0" w:line="20" w:lineRule="exact"/>
        <w:rPr>
          <w:rFonts w:ascii="Times New Roman" w:eastAsia="Times New Roman" w:hAnsi="Times New Roman" w:cs="Times New Roman"/>
          <w:sz w:val="2"/>
          <w:szCs w:val="24"/>
          <w:lang w:val="ru-RU"/>
        </w:rPr>
      </w:pPr>
      <w:r>
        <w:rPr>
          <w:rFonts w:ascii="Times New Roman" w:eastAsia="Times New Roman" w:hAnsi="Times New Roman" w:cs="Times New Roman"/>
          <w:noProof/>
          <w:sz w:val="2"/>
          <w:szCs w:val="24"/>
          <w:lang w:val="ru-RU"/>
        </w:rPr>
      </w:r>
      <w:r>
        <w:rPr>
          <w:rFonts w:ascii="Times New Roman" w:eastAsia="Times New Roman" w:hAnsi="Times New Roman" w:cs="Times New Roman"/>
          <w:noProof/>
          <w:sz w:val="2"/>
          <w:szCs w:val="24"/>
          <w:lang w:val="ru-RU"/>
        </w:rPr>
        <w:pict>
          <v:group id="Группа 2" o:spid="_x0000_s1028" style="width:528.15pt;height:.6pt;mso-position-horizontal-relative:char;mso-position-vertical-relative:line" coordsize="10563,12">
            <v:shape id="Freeform 4" o:spid="_x0000_s1027" style="position:absolute;width:10563;height:13;visibility:visible;mso-wrap-style:square;v-text-anchor:top" coordsize="105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" path="m10563,r,l,,,12r12,l504,12r10059,l10563,xe" fillcolor="black" stroked="f">
              <v:path arrowok="t" o:connecttype="custom" o:connectlocs="10563,0;10563,0;0,0;0,12;12,12;504,12;10563,12;10563,0" o:connectangles="0,0,0,0,0,0,0,0"/>
            </v:shape>
            <w10:wrap type="none"/>
            <w10:anchorlock/>
          </v:group>
        </w:pict>
      </w: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26.</w:t>
            </w:r>
          </w:p>
        </w:tc>
        <w:tc>
          <w:tcPr>
            <w:tcW w:w="3145" w:type="dxa"/>
          </w:tcPr>
          <w:p w:rsidR="00FD48C4" w:rsidRPr="002D5C0E" w:rsidRDefault="00FD48C4" w:rsidP="00A67AF6">
            <w:pPr>
              <w:spacing w:before="86" w:line="292" w:lineRule="auto"/>
              <w:ind w:right="53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Группировка, кувырок в</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сторону</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27.</w:t>
            </w:r>
          </w:p>
        </w:tc>
        <w:tc>
          <w:tcPr>
            <w:tcW w:w="3145" w:type="dxa"/>
          </w:tcPr>
          <w:p w:rsidR="00FD48C4" w:rsidRPr="002D5C0E" w:rsidRDefault="00FD48C4" w:rsidP="00A67AF6">
            <w:pPr>
              <w:spacing w:before="86" w:line="292" w:lineRule="auto"/>
              <w:ind w:right="22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Освоение подводящих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упражнений к выполнению</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продольных и поперечных</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шпагатов</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(«ящерка»)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28.</w:t>
            </w:r>
          </w:p>
        </w:tc>
        <w:tc>
          <w:tcPr>
            <w:tcW w:w="3145" w:type="dxa"/>
          </w:tcPr>
          <w:p w:rsidR="00FD48C4" w:rsidRPr="002D5C0E" w:rsidRDefault="00FD48C4" w:rsidP="00A67AF6">
            <w:pPr>
              <w:spacing w:before="86" w:line="292" w:lineRule="auto"/>
              <w:ind w:right="45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Закрепление техники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подводящих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упражнений</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29.</w:t>
            </w:r>
          </w:p>
        </w:tc>
        <w:tc>
          <w:tcPr>
            <w:tcW w:w="3145" w:type="dxa"/>
          </w:tcPr>
          <w:p w:rsidR="00FD48C4" w:rsidRPr="002D5C0E" w:rsidRDefault="00FD48C4" w:rsidP="00A67AF6">
            <w:pPr>
              <w:spacing w:before="86" w:line="292" w:lineRule="auto"/>
              <w:ind w:right="9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Волейбол. Упражнения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мячом.</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«Кто</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точнее?»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73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Устный</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опрос;</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30.</w:t>
            </w:r>
          </w:p>
        </w:tc>
        <w:tc>
          <w:tcPr>
            <w:tcW w:w="3145" w:type="dxa"/>
          </w:tcPr>
          <w:p w:rsidR="00FD48C4" w:rsidRPr="002D5C0E" w:rsidRDefault="00FD48C4" w:rsidP="00A67AF6">
            <w:pPr>
              <w:spacing w:before="86" w:line="292" w:lineRule="auto"/>
              <w:ind w:right="7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 Ведение мяча.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«Белочки</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собачки»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31.</w:t>
            </w:r>
          </w:p>
        </w:tc>
        <w:tc>
          <w:tcPr>
            <w:tcW w:w="3145" w:type="dxa"/>
          </w:tcPr>
          <w:p w:rsidR="00FD48C4" w:rsidRPr="002D5C0E" w:rsidRDefault="00FD48C4" w:rsidP="00A67AF6">
            <w:pPr>
              <w:spacing w:before="86" w:line="292" w:lineRule="auto"/>
              <w:ind w:right="7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Специальные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передвижения без 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Ведение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32.</w:t>
            </w:r>
          </w:p>
        </w:tc>
        <w:tc>
          <w:tcPr>
            <w:tcW w:w="3145" w:type="dxa"/>
          </w:tcPr>
          <w:p w:rsidR="00FD48C4" w:rsidRPr="002D5C0E" w:rsidRDefault="00FD48C4" w:rsidP="00A67AF6">
            <w:pPr>
              <w:spacing w:before="86" w:line="292" w:lineRule="auto"/>
              <w:ind w:right="15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Подвижная игра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"Космонавты"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33.</w:t>
            </w:r>
          </w:p>
        </w:tc>
        <w:tc>
          <w:tcPr>
            <w:tcW w:w="3145" w:type="dxa"/>
          </w:tcPr>
          <w:p w:rsidR="00FD48C4" w:rsidRPr="002D5C0E" w:rsidRDefault="00FD48C4" w:rsidP="00A67AF6">
            <w:pPr>
              <w:spacing w:before="86" w:line="292" w:lineRule="auto"/>
              <w:ind w:right="30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34.</w:t>
            </w:r>
          </w:p>
        </w:tc>
        <w:tc>
          <w:tcPr>
            <w:tcW w:w="3145" w:type="dxa"/>
          </w:tcPr>
          <w:p w:rsidR="00FD48C4" w:rsidRPr="002D5C0E" w:rsidRDefault="00FD48C4" w:rsidP="00A67AF6">
            <w:pPr>
              <w:spacing w:before="86" w:line="292" w:lineRule="auto"/>
              <w:ind w:right="28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на основе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баскетбола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35.</w:t>
            </w:r>
          </w:p>
        </w:tc>
        <w:tc>
          <w:tcPr>
            <w:tcW w:w="3145" w:type="dxa"/>
          </w:tcPr>
          <w:p w:rsidR="00FD48C4" w:rsidRPr="002D5C0E" w:rsidRDefault="00FD48C4" w:rsidP="00A67AF6">
            <w:pPr>
              <w:spacing w:before="86" w:line="292" w:lineRule="auto"/>
              <w:ind w:right="33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Броски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корзину.</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36.</w:t>
            </w:r>
          </w:p>
        </w:tc>
        <w:tc>
          <w:tcPr>
            <w:tcW w:w="3145" w:type="dxa"/>
          </w:tcPr>
          <w:p w:rsidR="00FD48C4" w:rsidRPr="002D5C0E" w:rsidRDefault="00FD48C4" w:rsidP="00A67AF6">
            <w:pPr>
              <w:spacing w:before="86" w:line="292" w:lineRule="auto"/>
              <w:ind w:right="31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Разновидности приема 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передачи мяча. Подвижная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«Лиса и зайцы»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37.</w:t>
            </w:r>
          </w:p>
        </w:tc>
        <w:tc>
          <w:tcPr>
            <w:tcW w:w="3145" w:type="dxa"/>
          </w:tcPr>
          <w:p w:rsidR="00FD48C4" w:rsidRPr="002D5C0E" w:rsidRDefault="00FD48C4" w:rsidP="00A67AF6">
            <w:pPr>
              <w:spacing w:before="86" w:line="292" w:lineRule="auto"/>
              <w:ind w:right="14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Эстафета с баскетбольным</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мячом.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38.</w:t>
            </w:r>
          </w:p>
        </w:tc>
        <w:tc>
          <w:tcPr>
            <w:tcW w:w="3145" w:type="dxa"/>
          </w:tcPr>
          <w:p w:rsidR="00FD48C4" w:rsidRPr="002D5C0E" w:rsidRDefault="00FD48C4" w:rsidP="00A67AF6">
            <w:pPr>
              <w:spacing w:before="86" w:line="292" w:lineRule="auto"/>
              <w:ind w:right="4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«День</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ночь»</w:t>
            </w:r>
          </w:p>
          <w:p w:rsidR="00FD48C4" w:rsidRPr="002D5C0E" w:rsidRDefault="00FD48C4" w:rsidP="00A67AF6">
            <w:pPr>
              <w:spacing w:before="86" w:line="292" w:lineRule="auto"/>
              <w:ind w:right="11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«Салки-догонялки»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39.</w:t>
            </w:r>
          </w:p>
        </w:tc>
        <w:tc>
          <w:tcPr>
            <w:tcW w:w="3145" w:type="dxa"/>
          </w:tcPr>
          <w:p w:rsidR="00FD48C4" w:rsidRPr="002D5C0E" w:rsidRDefault="00FD48C4" w:rsidP="00A67AF6">
            <w:pPr>
              <w:spacing w:before="86" w:line="292" w:lineRule="auto"/>
              <w:ind w:right="4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«День</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ночь»</w:t>
            </w:r>
          </w:p>
          <w:p w:rsidR="00FD48C4" w:rsidRPr="002D5C0E" w:rsidRDefault="00FD48C4" w:rsidP="00A67AF6">
            <w:pPr>
              <w:spacing w:before="86" w:line="292" w:lineRule="auto"/>
              <w:ind w:right="33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«Салки-догонялки»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40.</w:t>
            </w:r>
          </w:p>
        </w:tc>
        <w:tc>
          <w:tcPr>
            <w:tcW w:w="3145" w:type="dxa"/>
          </w:tcPr>
          <w:p w:rsidR="00FD48C4" w:rsidRPr="002D5C0E" w:rsidRDefault="00FD48C4" w:rsidP="00A67AF6">
            <w:pPr>
              <w:spacing w:before="86" w:line="292" w:lineRule="auto"/>
              <w:ind w:right="31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Волейбол. Упражнения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мячом.</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«Кто</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точнее?»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41.</w:t>
            </w:r>
          </w:p>
        </w:tc>
        <w:tc>
          <w:tcPr>
            <w:tcW w:w="3145" w:type="dxa"/>
          </w:tcPr>
          <w:p w:rsidR="00FD48C4" w:rsidRPr="002D5C0E" w:rsidRDefault="00FD48C4" w:rsidP="00A67AF6">
            <w:pPr>
              <w:spacing w:before="86" w:line="292" w:lineRule="auto"/>
              <w:ind w:right="11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 Ведение мяча.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«Белочки</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собачки»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42.</w:t>
            </w:r>
          </w:p>
        </w:tc>
        <w:tc>
          <w:tcPr>
            <w:tcW w:w="3145" w:type="dxa"/>
          </w:tcPr>
          <w:p w:rsidR="00FD48C4" w:rsidRPr="002D5C0E" w:rsidRDefault="00FD48C4" w:rsidP="00A67AF6">
            <w:pPr>
              <w:spacing w:before="86" w:line="292" w:lineRule="auto"/>
              <w:ind w:right="350"/>
              <w:jc w:val="both"/>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Специальные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передвижения без 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Ведение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43.</w:t>
            </w:r>
          </w:p>
        </w:tc>
        <w:tc>
          <w:tcPr>
            <w:tcW w:w="3145" w:type="dxa"/>
          </w:tcPr>
          <w:p w:rsidR="00FD48C4" w:rsidRPr="002D5C0E" w:rsidRDefault="00FD48C4" w:rsidP="00A67AF6">
            <w:pPr>
              <w:spacing w:before="86" w:line="292" w:lineRule="auto"/>
              <w:ind w:right="333"/>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Подвижная игра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"Космонавты"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44.</w:t>
            </w:r>
          </w:p>
        </w:tc>
        <w:tc>
          <w:tcPr>
            <w:tcW w:w="3145" w:type="dxa"/>
          </w:tcPr>
          <w:p w:rsidR="00FD48C4" w:rsidRPr="002D5C0E" w:rsidRDefault="00FD48C4" w:rsidP="00A67AF6">
            <w:pPr>
              <w:spacing w:before="6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45.</w:t>
            </w:r>
          </w:p>
        </w:tc>
        <w:tc>
          <w:tcPr>
            <w:tcW w:w="3145" w:type="dxa"/>
          </w:tcPr>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на основе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баскетбола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46.</w:t>
            </w:r>
          </w:p>
        </w:tc>
        <w:tc>
          <w:tcPr>
            <w:tcW w:w="3145" w:type="dxa"/>
          </w:tcPr>
          <w:p w:rsidR="00FD48C4" w:rsidRPr="002D5C0E" w:rsidRDefault="00FD48C4" w:rsidP="00A67AF6">
            <w:pPr>
              <w:spacing w:before="86" w:line="292" w:lineRule="auto"/>
              <w:ind w:right="33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Броски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корзину.</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821"/>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47.</w:t>
            </w:r>
          </w:p>
        </w:tc>
        <w:tc>
          <w:tcPr>
            <w:tcW w:w="3145" w:type="dxa"/>
          </w:tcPr>
          <w:p w:rsidR="00FD48C4" w:rsidRPr="002D5C0E" w:rsidRDefault="00FD48C4" w:rsidP="00A67AF6">
            <w:pPr>
              <w:spacing w:before="86" w:line="292" w:lineRule="auto"/>
              <w:ind w:right="21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Разновидности приема 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передачи мяча. Подвижная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«Лиса и зайцы»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48.</w:t>
            </w:r>
          </w:p>
        </w:tc>
        <w:tc>
          <w:tcPr>
            <w:tcW w:w="3145" w:type="dxa"/>
          </w:tcPr>
          <w:p w:rsidR="00FD48C4" w:rsidRPr="002D5C0E" w:rsidRDefault="00FD48C4" w:rsidP="00A67AF6">
            <w:pPr>
              <w:spacing w:before="86" w:line="292" w:lineRule="auto"/>
              <w:ind w:right="5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Эстафета с баскетбольным</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мячом.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49.</w:t>
            </w:r>
          </w:p>
        </w:tc>
        <w:tc>
          <w:tcPr>
            <w:tcW w:w="3145" w:type="dxa"/>
          </w:tcPr>
          <w:p w:rsidR="00FD48C4" w:rsidRPr="002D5C0E" w:rsidRDefault="00FD48C4" w:rsidP="00A67AF6">
            <w:pPr>
              <w:spacing w:before="86" w:line="292" w:lineRule="auto"/>
              <w:ind w:right="4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«День</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ночь»</w:t>
            </w:r>
          </w:p>
          <w:p w:rsidR="00FD48C4" w:rsidRPr="002D5C0E" w:rsidRDefault="00FD48C4" w:rsidP="00A67AF6">
            <w:pPr>
              <w:spacing w:before="86" w:line="292" w:lineRule="auto"/>
              <w:ind w:right="48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«Салки-догонялки»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50.</w:t>
            </w:r>
          </w:p>
        </w:tc>
        <w:tc>
          <w:tcPr>
            <w:tcW w:w="3145" w:type="dxa"/>
          </w:tcPr>
          <w:p w:rsidR="00FD48C4" w:rsidRPr="002D5C0E" w:rsidRDefault="00FD48C4" w:rsidP="00A67AF6">
            <w:pPr>
              <w:spacing w:before="86" w:line="292" w:lineRule="auto"/>
              <w:ind w:right="10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История Олимпийских игр.</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Олимпийские</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игры</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России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51.</w:t>
            </w:r>
          </w:p>
        </w:tc>
        <w:tc>
          <w:tcPr>
            <w:tcW w:w="3145" w:type="dxa"/>
          </w:tcPr>
          <w:p w:rsidR="00FD48C4" w:rsidRPr="002D5C0E" w:rsidRDefault="00FD48C4" w:rsidP="00A67AF6">
            <w:pPr>
              <w:spacing w:before="86" w:line="292" w:lineRule="auto"/>
              <w:ind w:right="37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Правила безопасности на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уроке</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легкой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атлетики.</w:t>
            </w:r>
          </w:p>
          <w:p w:rsidR="00FD48C4" w:rsidRPr="002D5C0E" w:rsidRDefault="00FD48C4" w:rsidP="00A67AF6">
            <w:pPr>
              <w:spacing w:line="292" w:lineRule="auto"/>
              <w:ind w:right="27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Техника челночного бега с</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высокого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старта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52.</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Лёгкая</w:t>
            </w:r>
          </w:p>
          <w:p w:rsidR="00FD48C4" w:rsidRPr="002D5C0E" w:rsidRDefault="00FD48C4" w:rsidP="00A67AF6">
            <w:pPr>
              <w:spacing w:before="60" w:line="292" w:lineRule="auto"/>
              <w:ind w:right="45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атлетика. Равномерное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передвижение в ходьбе и</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беге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53.</w:t>
            </w:r>
          </w:p>
        </w:tc>
        <w:tc>
          <w:tcPr>
            <w:tcW w:w="3145" w:type="dxa"/>
          </w:tcPr>
          <w:p w:rsidR="00FD48C4" w:rsidRPr="002D5C0E" w:rsidRDefault="00FD48C4" w:rsidP="00A67AF6">
            <w:pPr>
              <w:spacing w:before="86" w:line="292" w:lineRule="auto"/>
              <w:ind w:right="48"/>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Музыкально-сценическая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"Танцуем</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вместе".</w:t>
            </w:r>
          </w:p>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Способы</w:t>
            </w:r>
            <w:r w:rsidRPr="002D5C0E">
              <w:rPr>
                <w:rFonts w:ascii="Times New Roman" w:eastAsia="Times New Roman" w:hAnsi="Times New Roman" w:cs="Times New Roman"/>
                <w:spacing w:val="-9"/>
                <w:sz w:val="24"/>
                <w:lang w:val="ru-RU"/>
              </w:rPr>
              <w:t xml:space="preserve"> </w:t>
            </w:r>
            <w:r w:rsidRPr="002D5C0E">
              <w:rPr>
                <w:rFonts w:ascii="Times New Roman" w:eastAsia="Times New Roman" w:hAnsi="Times New Roman" w:cs="Times New Roman"/>
                <w:sz w:val="24"/>
                <w:lang w:val="ru-RU"/>
              </w:rPr>
              <w:t>передвижения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54.</w:t>
            </w:r>
          </w:p>
        </w:tc>
        <w:tc>
          <w:tcPr>
            <w:tcW w:w="3145" w:type="dxa"/>
          </w:tcPr>
          <w:p w:rsidR="00FD48C4" w:rsidRPr="002D5C0E" w:rsidRDefault="00FD48C4" w:rsidP="00A67AF6">
            <w:pPr>
              <w:spacing w:before="86" w:line="292" w:lineRule="auto"/>
              <w:ind w:right="48"/>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Музыкально-сценическая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 "Музыкальный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паровозик": способы</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передвижения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55.</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Танцевальные</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шаги:</w:t>
            </w:r>
          </w:p>
          <w:p w:rsidR="00FD48C4" w:rsidRPr="002D5C0E" w:rsidRDefault="00FD48C4" w:rsidP="00A67AF6">
            <w:pPr>
              <w:spacing w:before="6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w:t>
            </w:r>
            <w:proofErr w:type="spellStart"/>
            <w:r w:rsidRPr="002D5C0E">
              <w:rPr>
                <w:rFonts w:ascii="Times New Roman" w:eastAsia="Times New Roman" w:hAnsi="Times New Roman" w:cs="Times New Roman"/>
                <w:sz w:val="24"/>
                <w:lang w:val="ru-RU"/>
              </w:rPr>
              <w:t>полечка</w:t>
            </w:r>
            <w:proofErr w:type="spellEnd"/>
            <w:r w:rsidRPr="002D5C0E">
              <w:rPr>
                <w:rFonts w:ascii="Times New Roman" w:eastAsia="Times New Roman" w:hAnsi="Times New Roman" w:cs="Times New Roman"/>
                <w:sz w:val="24"/>
                <w:lang w:val="ru-RU"/>
              </w:rPr>
              <w:t>»</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56.</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Танцевальные</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шаги:</w:t>
            </w:r>
          </w:p>
          <w:p w:rsidR="00FD48C4" w:rsidRPr="002D5C0E" w:rsidRDefault="00FD48C4" w:rsidP="00A67AF6">
            <w:pPr>
              <w:spacing w:before="6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w:t>
            </w:r>
            <w:proofErr w:type="spellStart"/>
            <w:r w:rsidRPr="002D5C0E">
              <w:rPr>
                <w:rFonts w:ascii="Times New Roman" w:eastAsia="Times New Roman" w:hAnsi="Times New Roman" w:cs="Times New Roman"/>
                <w:sz w:val="24"/>
                <w:lang w:val="ru-RU"/>
              </w:rPr>
              <w:t>ковырялочка</w:t>
            </w:r>
            <w:proofErr w:type="spellEnd"/>
            <w:r w:rsidRPr="002D5C0E">
              <w:rPr>
                <w:rFonts w:ascii="Times New Roman" w:eastAsia="Times New Roman" w:hAnsi="Times New Roman" w:cs="Times New Roman"/>
                <w:sz w:val="24"/>
                <w:lang w:val="ru-RU"/>
              </w:rPr>
              <w:t>»</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57.</w:t>
            </w:r>
          </w:p>
        </w:tc>
        <w:tc>
          <w:tcPr>
            <w:tcW w:w="3145" w:type="dxa"/>
          </w:tcPr>
          <w:p w:rsidR="00FD48C4" w:rsidRPr="002D5C0E" w:rsidRDefault="00FD48C4" w:rsidP="00A67AF6">
            <w:pPr>
              <w:spacing w:before="86" w:line="292" w:lineRule="auto"/>
              <w:ind w:right="10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Музыкально-сценическая</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игра "Маленькие мышки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прячутся от кошки: способы</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передвижения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58.</w:t>
            </w:r>
          </w:p>
        </w:tc>
        <w:tc>
          <w:tcPr>
            <w:tcW w:w="3145" w:type="dxa"/>
          </w:tcPr>
          <w:p w:rsidR="00FD48C4" w:rsidRPr="002D5C0E" w:rsidRDefault="00FD48C4" w:rsidP="00A67AF6">
            <w:pPr>
              <w:spacing w:before="86" w:line="292" w:lineRule="auto"/>
              <w:ind w:right="48"/>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Музыкально-сценическая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"Весёлый</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круг".</w:t>
            </w:r>
          </w:p>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Способы</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передвижения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59.</w:t>
            </w:r>
          </w:p>
        </w:tc>
        <w:tc>
          <w:tcPr>
            <w:tcW w:w="3145" w:type="dxa"/>
          </w:tcPr>
          <w:p w:rsidR="00FD48C4" w:rsidRPr="002D5C0E" w:rsidRDefault="00FD48C4" w:rsidP="00A67AF6">
            <w:pPr>
              <w:spacing w:before="86" w:line="292" w:lineRule="auto"/>
              <w:ind w:right="56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Бег, сочетаемый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круговыми движениями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руками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(«стрекоза»)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60.</w:t>
            </w:r>
          </w:p>
        </w:tc>
        <w:tc>
          <w:tcPr>
            <w:tcW w:w="3145" w:type="dxa"/>
          </w:tcPr>
          <w:p w:rsidR="00FD48C4" w:rsidRPr="002D5C0E" w:rsidRDefault="00FD48C4" w:rsidP="00A67AF6">
            <w:pPr>
              <w:spacing w:before="86" w:line="292" w:lineRule="auto"/>
              <w:ind w:right="22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Лёгкая атлетика. Прыжок в</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длину</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 места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61.</w:t>
            </w:r>
          </w:p>
        </w:tc>
        <w:tc>
          <w:tcPr>
            <w:tcW w:w="3145" w:type="dxa"/>
          </w:tcPr>
          <w:p w:rsidR="00FD48C4" w:rsidRPr="002D5C0E" w:rsidRDefault="00FD48C4" w:rsidP="00A67AF6">
            <w:pPr>
              <w:spacing w:before="86" w:line="292" w:lineRule="auto"/>
              <w:ind w:right="14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Прыжки толчком с двух ног</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вперёд, назад, с поворотом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45°</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и 90°</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обе стороны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821"/>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62.</w:t>
            </w:r>
          </w:p>
        </w:tc>
        <w:tc>
          <w:tcPr>
            <w:tcW w:w="3145" w:type="dxa"/>
          </w:tcPr>
          <w:p w:rsidR="00FD48C4" w:rsidRPr="002D5C0E" w:rsidRDefault="00FD48C4" w:rsidP="00A67AF6">
            <w:pPr>
              <w:spacing w:before="86" w:line="292" w:lineRule="auto"/>
              <w:ind w:right="21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Отработка навыков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прыжков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толчком с двух ног вперёд,</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назад, с поворотом на 45° и</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90°</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обе стороны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63.</w:t>
            </w:r>
          </w:p>
        </w:tc>
        <w:tc>
          <w:tcPr>
            <w:tcW w:w="3145" w:type="dxa"/>
          </w:tcPr>
          <w:p w:rsidR="00FD48C4" w:rsidRPr="002D5C0E" w:rsidRDefault="00FD48C4" w:rsidP="00A67AF6">
            <w:pPr>
              <w:spacing w:before="86" w:line="292" w:lineRule="auto"/>
              <w:ind w:right="36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Упражнения для развития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силы. Прыжок в длину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места. Игра «Быстро по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местам».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bl>
    <w:p w:rsidR="00FD48C4" w:rsidRPr="002D5C0E" w:rsidRDefault="00FD48C4" w:rsidP="00FD48C4">
      <w:pPr>
        <w:widowControl w:val="0"/>
        <w:autoSpaceDE w:val="0"/>
        <w:autoSpaceDN w:val="0"/>
        <w:spacing w:after="0" w:line="240"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64.</w:t>
            </w:r>
          </w:p>
        </w:tc>
        <w:tc>
          <w:tcPr>
            <w:tcW w:w="3145" w:type="dxa"/>
          </w:tcPr>
          <w:p w:rsidR="00FD48C4" w:rsidRPr="002D5C0E" w:rsidRDefault="00FD48C4" w:rsidP="00A67AF6">
            <w:pPr>
              <w:spacing w:before="86" w:line="292" w:lineRule="auto"/>
              <w:ind w:right="208"/>
              <w:jc w:val="both"/>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Лёгкая атлетика. Прыжок в</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длину и в высоту с прямого</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разбега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65.</w:t>
            </w:r>
          </w:p>
        </w:tc>
        <w:tc>
          <w:tcPr>
            <w:tcW w:w="3145" w:type="dxa"/>
          </w:tcPr>
          <w:p w:rsidR="00FD48C4" w:rsidRPr="002D5C0E" w:rsidRDefault="00FD48C4" w:rsidP="00A67AF6">
            <w:pPr>
              <w:spacing w:before="86" w:line="292" w:lineRule="auto"/>
              <w:ind w:right="45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Подскоки через скакалку</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вперёд,</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назад</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66.</w:t>
            </w:r>
          </w:p>
        </w:tc>
        <w:tc>
          <w:tcPr>
            <w:tcW w:w="3145" w:type="dxa"/>
          </w:tcPr>
          <w:p w:rsidR="00FD48C4" w:rsidRPr="002D5C0E" w:rsidRDefault="00FD48C4" w:rsidP="00A67AF6">
            <w:pPr>
              <w:spacing w:before="86" w:line="292" w:lineRule="auto"/>
              <w:ind w:right="5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Отработка навыков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подскоков через</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скакалку</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вперёд,</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назад</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67.</w:t>
            </w:r>
          </w:p>
        </w:tc>
        <w:tc>
          <w:tcPr>
            <w:tcW w:w="3145" w:type="dxa"/>
          </w:tcPr>
          <w:p w:rsidR="00FD48C4" w:rsidRPr="002D5C0E" w:rsidRDefault="00FD48C4" w:rsidP="00A67AF6">
            <w:pPr>
              <w:spacing w:before="86" w:line="292" w:lineRule="auto"/>
              <w:ind w:right="59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Прыжки через скакалку</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вперёд,</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назад.</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68.</w:t>
            </w:r>
          </w:p>
        </w:tc>
        <w:tc>
          <w:tcPr>
            <w:tcW w:w="3145" w:type="dxa"/>
          </w:tcPr>
          <w:p w:rsidR="00FD48C4" w:rsidRPr="002D5C0E" w:rsidRDefault="00FD48C4" w:rsidP="00A67AF6">
            <w:pPr>
              <w:spacing w:before="86" w:line="292" w:lineRule="auto"/>
              <w:ind w:right="19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Отработка навыков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прыжков через</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скакалку</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вперёд,</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назад.</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69.</w:t>
            </w:r>
          </w:p>
        </w:tc>
        <w:tc>
          <w:tcPr>
            <w:tcW w:w="3145" w:type="dxa"/>
          </w:tcPr>
          <w:p w:rsidR="00FD48C4" w:rsidRPr="002D5C0E" w:rsidRDefault="00FD48C4" w:rsidP="00A67AF6">
            <w:pPr>
              <w:spacing w:before="86" w:line="292" w:lineRule="auto"/>
              <w:ind w:right="7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Закрепление техники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прыжка в длину и в высоту с</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прямого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разбега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70.</w:t>
            </w:r>
          </w:p>
        </w:tc>
        <w:tc>
          <w:tcPr>
            <w:tcW w:w="3145" w:type="dxa"/>
          </w:tcPr>
          <w:p w:rsidR="00FD48C4" w:rsidRPr="002D5C0E" w:rsidRDefault="00FD48C4" w:rsidP="00A67AF6">
            <w:pPr>
              <w:spacing w:before="86" w:line="292" w:lineRule="auto"/>
              <w:ind w:right="34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 спортивные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игры.</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Т.Б.</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71.</w:t>
            </w:r>
          </w:p>
        </w:tc>
        <w:tc>
          <w:tcPr>
            <w:tcW w:w="3145" w:type="dxa"/>
          </w:tcPr>
          <w:p w:rsidR="00FD48C4" w:rsidRPr="002D5C0E" w:rsidRDefault="00FD48C4" w:rsidP="00A67AF6">
            <w:pPr>
              <w:spacing w:before="86" w:line="292" w:lineRule="auto"/>
              <w:ind w:right="87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Бросок и ловля мяча.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Баскетбол</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72.</w:t>
            </w:r>
          </w:p>
        </w:tc>
        <w:tc>
          <w:tcPr>
            <w:tcW w:w="3145" w:type="dxa"/>
          </w:tcPr>
          <w:p w:rsidR="00FD48C4" w:rsidRPr="002D5C0E" w:rsidRDefault="00FD48C4" w:rsidP="00A67AF6">
            <w:pPr>
              <w:spacing w:before="86" w:line="292" w:lineRule="auto"/>
              <w:ind w:right="9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Отработка навыков броска и</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ловли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73.</w:t>
            </w:r>
          </w:p>
        </w:tc>
        <w:tc>
          <w:tcPr>
            <w:tcW w:w="3145" w:type="dxa"/>
          </w:tcPr>
          <w:p w:rsidR="00FD48C4" w:rsidRPr="002D5C0E" w:rsidRDefault="00FD48C4" w:rsidP="00A67AF6">
            <w:pPr>
              <w:spacing w:before="86" w:line="292" w:lineRule="auto"/>
              <w:ind w:right="33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Одиночный отбив мяча от</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пола.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74.</w:t>
            </w:r>
          </w:p>
        </w:tc>
        <w:tc>
          <w:tcPr>
            <w:tcW w:w="3145" w:type="dxa"/>
          </w:tcPr>
          <w:p w:rsidR="00FD48C4" w:rsidRPr="002D5C0E" w:rsidRDefault="00FD48C4" w:rsidP="00A67AF6">
            <w:pPr>
              <w:spacing w:before="86" w:line="292" w:lineRule="auto"/>
              <w:ind w:right="237"/>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Отработка навыков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одиночного отбива мяча от</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пола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75.</w:t>
            </w:r>
          </w:p>
        </w:tc>
        <w:tc>
          <w:tcPr>
            <w:tcW w:w="3145" w:type="dxa"/>
          </w:tcPr>
          <w:p w:rsidR="00FD48C4" w:rsidRPr="002D5C0E" w:rsidRDefault="00FD48C4" w:rsidP="00A67AF6">
            <w:pPr>
              <w:spacing w:before="86" w:line="292" w:lineRule="auto"/>
              <w:ind w:right="30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Закрепление навыков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выполнения упражнений с</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мячом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76.</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Игровые</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задания</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с</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мячом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77.</w:t>
            </w:r>
          </w:p>
        </w:tc>
        <w:tc>
          <w:tcPr>
            <w:tcW w:w="3145" w:type="dxa"/>
          </w:tcPr>
          <w:p w:rsidR="00FD48C4" w:rsidRPr="002D5C0E" w:rsidRDefault="00FD48C4" w:rsidP="00A67AF6">
            <w:pPr>
              <w:spacing w:before="86" w:line="292" w:lineRule="auto"/>
              <w:ind w:right="7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Музыкально-сценические 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подвижные игры: "Бабочка".</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Способы</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передвижения</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78.</w:t>
            </w:r>
          </w:p>
        </w:tc>
        <w:tc>
          <w:tcPr>
            <w:tcW w:w="3145" w:type="dxa"/>
          </w:tcPr>
          <w:p w:rsidR="00FD48C4" w:rsidRPr="002D5C0E" w:rsidRDefault="00FD48C4" w:rsidP="00A67AF6">
            <w:pPr>
              <w:spacing w:before="86" w:line="292" w:lineRule="auto"/>
              <w:ind w:right="30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Волейбол. Подбрасывание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мяча.</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«Волк</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во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рву»</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79.</w:t>
            </w:r>
          </w:p>
        </w:tc>
        <w:tc>
          <w:tcPr>
            <w:tcW w:w="3145" w:type="dxa"/>
          </w:tcPr>
          <w:p w:rsidR="00FD48C4" w:rsidRPr="002D5C0E" w:rsidRDefault="00FD48C4" w:rsidP="00A67AF6">
            <w:pPr>
              <w:spacing w:before="86" w:line="292" w:lineRule="auto"/>
              <w:ind w:right="578"/>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Прием и передача мяча.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«Гонка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мячей»</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bl>
    <w:p w:rsidR="00FD48C4" w:rsidRPr="002D5C0E" w:rsidRDefault="00FD48C4" w:rsidP="00FD48C4">
      <w:pPr>
        <w:widowControl w:val="0"/>
        <w:autoSpaceDE w:val="0"/>
        <w:autoSpaceDN w:val="0"/>
        <w:spacing w:after="0" w:line="292" w:lineRule="auto"/>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80.</w:t>
            </w:r>
          </w:p>
        </w:tc>
        <w:tc>
          <w:tcPr>
            <w:tcW w:w="3145" w:type="dxa"/>
          </w:tcPr>
          <w:p w:rsidR="00FD48C4" w:rsidRPr="002D5C0E" w:rsidRDefault="00FD48C4" w:rsidP="00A67AF6">
            <w:pPr>
              <w:spacing w:before="86" w:line="292" w:lineRule="auto"/>
              <w:ind w:right="23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Волейбол. Упражнения с</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мячом.</w:t>
            </w:r>
            <w:r w:rsidRPr="002D5C0E">
              <w:rPr>
                <w:rFonts w:ascii="Times New Roman" w:eastAsia="Times New Roman" w:hAnsi="Times New Roman" w:cs="Times New Roman"/>
                <w:spacing w:val="-4"/>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«Кто</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точнее?»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81.</w:t>
            </w:r>
          </w:p>
        </w:tc>
        <w:tc>
          <w:tcPr>
            <w:tcW w:w="3145" w:type="dxa"/>
          </w:tcPr>
          <w:p w:rsidR="00FD48C4" w:rsidRPr="002D5C0E" w:rsidRDefault="00FD48C4" w:rsidP="00A67AF6">
            <w:pPr>
              <w:spacing w:before="86" w:line="292" w:lineRule="auto"/>
              <w:ind w:right="40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 Ведение мяча.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«Белочки</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собачки»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82.</w:t>
            </w:r>
          </w:p>
        </w:tc>
        <w:tc>
          <w:tcPr>
            <w:tcW w:w="3145" w:type="dxa"/>
          </w:tcPr>
          <w:p w:rsidR="00FD48C4" w:rsidRPr="002D5C0E" w:rsidRDefault="00FD48C4" w:rsidP="00A67AF6">
            <w:pPr>
              <w:spacing w:before="86" w:line="292" w:lineRule="auto"/>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Баскетбол.</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Специальные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передвижения без 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Ведение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мяча.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83.</w:t>
            </w:r>
          </w:p>
        </w:tc>
        <w:tc>
          <w:tcPr>
            <w:tcW w:w="3145" w:type="dxa"/>
          </w:tcPr>
          <w:p w:rsidR="00FD48C4" w:rsidRPr="002D5C0E" w:rsidRDefault="00FD48C4" w:rsidP="00A67AF6">
            <w:pPr>
              <w:spacing w:before="86" w:line="292" w:lineRule="auto"/>
              <w:ind w:right="135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Подвижная игра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"Космонавты"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84.</w:t>
            </w:r>
          </w:p>
        </w:tc>
        <w:tc>
          <w:tcPr>
            <w:tcW w:w="3145" w:type="dxa"/>
          </w:tcPr>
          <w:p w:rsidR="00FD48C4" w:rsidRPr="002D5C0E" w:rsidRDefault="00FD48C4" w:rsidP="00A67AF6">
            <w:pPr>
              <w:spacing w:before="86" w:line="292" w:lineRule="auto"/>
              <w:ind w:right="4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85.</w:t>
            </w:r>
          </w:p>
        </w:tc>
        <w:tc>
          <w:tcPr>
            <w:tcW w:w="3145" w:type="dxa"/>
          </w:tcPr>
          <w:p w:rsidR="00FD48C4" w:rsidRPr="002D5C0E" w:rsidRDefault="00FD48C4" w:rsidP="00A67AF6">
            <w:pPr>
              <w:spacing w:before="86" w:line="292" w:lineRule="auto"/>
              <w:ind w:right="19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на основе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баскетбола</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86.</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Броски</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мяча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в</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корзину.</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87.</w:t>
            </w:r>
          </w:p>
        </w:tc>
        <w:tc>
          <w:tcPr>
            <w:tcW w:w="3145" w:type="dxa"/>
          </w:tcPr>
          <w:p w:rsidR="00FD48C4" w:rsidRPr="002D5C0E" w:rsidRDefault="00FD48C4" w:rsidP="00A67AF6">
            <w:pPr>
              <w:spacing w:before="86" w:line="292" w:lineRule="auto"/>
              <w:ind w:right="25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Разновидности приема и</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передачи мяча. Подвижная</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игра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«Лиса и зайцы»</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88.</w:t>
            </w:r>
          </w:p>
        </w:tc>
        <w:tc>
          <w:tcPr>
            <w:tcW w:w="3145" w:type="dxa"/>
          </w:tcPr>
          <w:p w:rsidR="00FD48C4" w:rsidRPr="002D5C0E" w:rsidRDefault="00FD48C4" w:rsidP="00A67AF6">
            <w:pPr>
              <w:spacing w:before="86" w:line="292" w:lineRule="auto"/>
              <w:ind w:right="281"/>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Эстафета с баскетбольным</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мячом.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89.</w:t>
            </w:r>
          </w:p>
        </w:tc>
        <w:tc>
          <w:tcPr>
            <w:tcW w:w="3145" w:type="dxa"/>
          </w:tcPr>
          <w:p w:rsidR="00FD48C4" w:rsidRPr="002D5C0E" w:rsidRDefault="00FD48C4" w:rsidP="00A67AF6">
            <w:pPr>
              <w:spacing w:before="86" w:line="292" w:lineRule="auto"/>
              <w:ind w:right="455"/>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Подвижные игры разных</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народов.</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«День</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ночь»</w:t>
            </w:r>
          </w:p>
          <w:p w:rsidR="00FD48C4" w:rsidRPr="002D5C0E" w:rsidRDefault="00FD48C4" w:rsidP="00A67AF6">
            <w:pPr>
              <w:spacing w:line="275" w:lineRule="exact"/>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«Салки-догонялки»</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821"/>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90.</w:t>
            </w:r>
          </w:p>
        </w:tc>
        <w:tc>
          <w:tcPr>
            <w:tcW w:w="3145" w:type="dxa"/>
          </w:tcPr>
          <w:p w:rsidR="00FD48C4" w:rsidRPr="002D5C0E" w:rsidRDefault="00FD48C4" w:rsidP="00A67AF6">
            <w:pPr>
              <w:spacing w:before="86" w:line="292" w:lineRule="auto"/>
              <w:ind w:right="52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Демонстрация прироста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показателей физических</w:t>
            </w:r>
            <w:r w:rsidRPr="002D5C0E">
              <w:rPr>
                <w:rFonts w:ascii="Times New Roman" w:eastAsia="Times New Roman" w:hAnsi="Times New Roman" w:cs="Times New Roman"/>
                <w:spacing w:val="-58"/>
                <w:sz w:val="24"/>
                <w:lang w:val="ru-RU"/>
              </w:rPr>
              <w:t xml:space="preserve"> </w:t>
            </w:r>
            <w:r w:rsidRPr="002D5C0E">
              <w:rPr>
                <w:rFonts w:ascii="Times New Roman" w:eastAsia="Times New Roman" w:hAnsi="Times New Roman" w:cs="Times New Roman"/>
                <w:sz w:val="24"/>
                <w:lang w:val="ru-RU"/>
              </w:rPr>
              <w:t>качеств к нормативным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требованиям комплекса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ГТО.</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47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91.</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Бег</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30 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ind w:right="48"/>
              <w:jc w:val="center"/>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FD48C4" w:rsidRPr="002D5C0E" w:rsidTr="00A67AF6">
        <w:trPr>
          <w:trHeight w:val="813"/>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92.</w:t>
            </w:r>
          </w:p>
        </w:tc>
        <w:tc>
          <w:tcPr>
            <w:tcW w:w="3145" w:type="dxa"/>
          </w:tcPr>
          <w:p w:rsidR="00FD48C4" w:rsidRPr="002D5C0E" w:rsidRDefault="00FD48C4" w:rsidP="00A67AF6">
            <w:pPr>
              <w:spacing w:before="86" w:line="292" w:lineRule="auto"/>
              <w:ind w:right="31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Смешанное передвижение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на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1000 м (</w:t>
            </w:r>
            <w:proofErr w:type="spellStart"/>
            <w:r w:rsidRPr="002D5C0E">
              <w:rPr>
                <w:rFonts w:ascii="Times New Roman" w:eastAsia="Times New Roman" w:hAnsi="Times New Roman" w:cs="Times New Roman"/>
                <w:sz w:val="24"/>
                <w:lang w:val="ru-RU"/>
              </w:rPr>
              <w:t>мин</w:t>
            </w:r>
            <w:proofErr w:type="gramStart"/>
            <w:r w:rsidRPr="002D5C0E">
              <w:rPr>
                <w:rFonts w:ascii="Times New Roman" w:eastAsia="Times New Roman" w:hAnsi="Times New Roman" w:cs="Times New Roman"/>
                <w:sz w:val="24"/>
                <w:lang w:val="ru-RU"/>
              </w:rPr>
              <w:t>,с</w:t>
            </w:r>
            <w:proofErr w:type="spellEnd"/>
            <w:proofErr w:type="gramEnd"/>
            <w:r w:rsidRPr="002D5C0E">
              <w:rPr>
                <w:rFonts w:ascii="Times New Roman" w:eastAsia="Times New Roman" w:hAnsi="Times New Roman" w:cs="Times New Roman"/>
                <w:sz w:val="24"/>
                <w:lang w:val="ru-RU"/>
              </w:rPr>
              <w:t>)</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477"/>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93.</w:t>
            </w:r>
          </w:p>
        </w:tc>
        <w:tc>
          <w:tcPr>
            <w:tcW w:w="3145"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Челночный</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бег</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3х10</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(с)</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ind w:right="48"/>
              <w:jc w:val="center"/>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94.</w:t>
            </w:r>
          </w:p>
        </w:tc>
        <w:tc>
          <w:tcPr>
            <w:tcW w:w="3145" w:type="dxa"/>
          </w:tcPr>
          <w:p w:rsidR="00FD48C4" w:rsidRPr="002D5C0E" w:rsidRDefault="00FD48C4" w:rsidP="00A67AF6">
            <w:pPr>
              <w:spacing w:before="86" w:line="292" w:lineRule="auto"/>
              <w:ind w:right="500"/>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Подтягивание из виса на</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высокой перекладине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A67AF6">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95.</w:t>
            </w:r>
          </w:p>
        </w:tc>
        <w:tc>
          <w:tcPr>
            <w:tcW w:w="3145" w:type="dxa"/>
          </w:tcPr>
          <w:p w:rsidR="00FD48C4" w:rsidRPr="002D5C0E" w:rsidRDefault="00FD48C4" w:rsidP="00A67AF6">
            <w:pPr>
              <w:spacing w:before="86" w:line="292" w:lineRule="auto"/>
              <w:ind w:right="54"/>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Подтягивание из виса лежа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на низкой перекладине 90 см</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ind w:right="48"/>
              <w:jc w:val="center"/>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bl>
    <w:p w:rsidR="00FD48C4" w:rsidRPr="002D5C0E" w:rsidRDefault="00FD48C4" w:rsidP="00FD48C4">
      <w:pPr>
        <w:widowControl w:val="0"/>
        <w:autoSpaceDE w:val="0"/>
        <w:autoSpaceDN w:val="0"/>
        <w:spacing w:after="0" w:line="240" w:lineRule="auto"/>
        <w:jc w:val="center"/>
        <w:rPr>
          <w:rFonts w:ascii="Times New Roman" w:eastAsia="Times New Roman" w:hAnsi="Times New Roman" w:cs="Times New Roman"/>
          <w:sz w:val="24"/>
          <w:lang w:val="ru-RU"/>
        </w:rPr>
        <w:sectPr w:rsidR="00FD48C4" w:rsidRPr="002D5C0E">
          <w:pgSz w:w="11900" w:h="16840"/>
          <w:pgMar w:top="560" w:right="560" w:bottom="280" w:left="560" w:header="720" w:footer="720" w:gutter="0"/>
          <w:cols w:space="720"/>
        </w:sectPr>
      </w:pPr>
    </w:p>
    <w:tbl>
      <w:tblPr>
        <w:tblStyle w:val="TableNormal"/>
        <w:tblW w:w="10549" w:type="dxa"/>
        <w:tblInd w:w="-7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4"/>
        <w:gridCol w:w="3145"/>
        <w:gridCol w:w="732"/>
        <w:gridCol w:w="1620"/>
        <w:gridCol w:w="1668"/>
        <w:gridCol w:w="1236"/>
        <w:gridCol w:w="1644"/>
      </w:tblGrid>
      <w:tr w:rsidR="00FD48C4" w:rsidRPr="002D5C0E" w:rsidTr="00FD48C4">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lastRenderedPageBreak/>
              <w:t>96.</w:t>
            </w:r>
          </w:p>
        </w:tc>
        <w:tc>
          <w:tcPr>
            <w:tcW w:w="3145" w:type="dxa"/>
          </w:tcPr>
          <w:p w:rsidR="00FD48C4" w:rsidRPr="002D5C0E" w:rsidRDefault="00FD48C4" w:rsidP="00A67AF6">
            <w:pPr>
              <w:spacing w:before="86" w:line="292" w:lineRule="auto"/>
              <w:ind w:right="20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Сгибание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и разгибание рук</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в упоре</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лежа на полу</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раз)</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FD48C4">
        <w:trPr>
          <w:trHeight w:val="1485"/>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97.</w:t>
            </w:r>
          </w:p>
        </w:tc>
        <w:tc>
          <w:tcPr>
            <w:tcW w:w="3145" w:type="dxa"/>
          </w:tcPr>
          <w:p w:rsidR="00FD48C4" w:rsidRPr="002D5C0E" w:rsidRDefault="00FD48C4" w:rsidP="00A67AF6">
            <w:pPr>
              <w:spacing w:before="86" w:line="292" w:lineRule="auto"/>
              <w:ind w:right="259"/>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Наклон вперед из</w:t>
            </w:r>
            <w:r w:rsidRPr="002D5C0E">
              <w:rPr>
                <w:rFonts w:ascii="Times New Roman" w:eastAsia="Times New Roman" w:hAnsi="Times New Roman" w:cs="Times New Roman"/>
                <w:spacing w:val="1"/>
                <w:sz w:val="24"/>
                <w:lang w:val="ru-RU"/>
              </w:rPr>
              <w:t xml:space="preserve"> </w:t>
            </w:r>
            <w:proofErr w:type="gramStart"/>
            <w:r w:rsidRPr="002D5C0E">
              <w:rPr>
                <w:rFonts w:ascii="Times New Roman" w:eastAsia="Times New Roman" w:hAnsi="Times New Roman" w:cs="Times New Roman"/>
                <w:sz w:val="24"/>
                <w:lang w:val="ru-RU"/>
              </w:rPr>
              <w:t>положения</w:t>
            </w:r>
            <w:proofErr w:type="gramEnd"/>
            <w:r w:rsidRPr="002D5C0E">
              <w:rPr>
                <w:rFonts w:ascii="Times New Roman" w:eastAsia="Times New Roman" w:hAnsi="Times New Roman" w:cs="Times New Roman"/>
                <w:sz w:val="24"/>
                <w:lang w:val="ru-RU"/>
              </w:rPr>
              <w:t xml:space="preserve"> стоя на</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гимнастической скамье (от</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уровня</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скамьи -</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см)</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ind w:right="48"/>
              <w:jc w:val="center"/>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FD48C4" w:rsidRPr="002D5C0E" w:rsidTr="00FD48C4">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98.</w:t>
            </w:r>
          </w:p>
        </w:tc>
        <w:tc>
          <w:tcPr>
            <w:tcW w:w="3145" w:type="dxa"/>
          </w:tcPr>
          <w:p w:rsidR="00FD48C4" w:rsidRPr="002D5C0E" w:rsidRDefault="00FD48C4" w:rsidP="00A67AF6">
            <w:pPr>
              <w:spacing w:before="86" w:line="292" w:lineRule="auto"/>
              <w:ind w:right="1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Метание теннисного мяча в</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цель, дистанция 6 м</w:t>
            </w:r>
            <w:r w:rsidRPr="002D5C0E">
              <w:rPr>
                <w:rFonts w:ascii="Times New Roman" w:eastAsia="Times New Roman" w:hAnsi="Times New Roman" w:cs="Times New Roman"/>
                <w:spacing w:val="1"/>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попаданий)</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line="292" w:lineRule="auto"/>
              <w:ind w:right="125"/>
              <w:rPr>
                <w:rFonts w:ascii="Times New Roman" w:eastAsia="Times New Roman" w:hAnsi="Times New Roman" w:cs="Times New Roman"/>
                <w:sz w:val="24"/>
                <w:lang w:val="ru-RU"/>
              </w:rPr>
            </w:pPr>
            <w:r w:rsidRPr="002D5C0E">
              <w:rPr>
                <w:rFonts w:ascii="Times New Roman" w:eastAsia="Times New Roman" w:hAnsi="Times New Roman" w:cs="Times New Roman"/>
                <w:spacing w:val="-1"/>
                <w:sz w:val="24"/>
                <w:lang w:val="ru-RU"/>
              </w:rPr>
              <w:t>Практическая</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работа;</w:t>
            </w:r>
          </w:p>
        </w:tc>
      </w:tr>
      <w:tr w:rsidR="00FD48C4" w:rsidRPr="002D5C0E" w:rsidTr="00FD48C4">
        <w:trPr>
          <w:trHeight w:val="1149"/>
        </w:trPr>
        <w:tc>
          <w:tcPr>
            <w:tcW w:w="504"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99.</w:t>
            </w:r>
          </w:p>
        </w:tc>
        <w:tc>
          <w:tcPr>
            <w:tcW w:w="3145" w:type="dxa"/>
          </w:tcPr>
          <w:p w:rsidR="00FD48C4" w:rsidRPr="002D5C0E" w:rsidRDefault="00FD48C4" w:rsidP="00A67AF6">
            <w:pPr>
              <w:spacing w:before="86" w:line="292" w:lineRule="auto"/>
              <w:ind w:right="411"/>
              <w:jc w:val="both"/>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Поднимание туловища из</w:t>
            </w:r>
            <w:r w:rsidRPr="002D5C0E">
              <w:rPr>
                <w:rFonts w:ascii="Times New Roman" w:eastAsia="Times New Roman" w:hAnsi="Times New Roman" w:cs="Times New Roman"/>
                <w:spacing w:val="-57"/>
                <w:sz w:val="24"/>
                <w:lang w:val="ru-RU"/>
              </w:rPr>
              <w:t xml:space="preserve"> </w:t>
            </w:r>
            <w:proofErr w:type="gramStart"/>
            <w:r w:rsidRPr="002D5C0E">
              <w:rPr>
                <w:rFonts w:ascii="Times New Roman" w:eastAsia="Times New Roman" w:hAnsi="Times New Roman" w:cs="Times New Roman"/>
                <w:sz w:val="24"/>
                <w:lang w:val="ru-RU"/>
              </w:rPr>
              <w:t>положения</w:t>
            </w:r>
            <w:proofErr w:type="gramEnd"/>
            <w:r w:rsidRPr="002D5C0E">
              <w:rPr>
                <w:rFonts w:ascii="Times New Roman" w:eastAsia="Times New Roman" w:hAnsi="Times New Roman" w:cs="Times New Roman"/>
                <w:sz w:val="24"/>
                <w:lang w:val="ru-RU"/>
              </w:rPr>
              <w:t xml:space="preserve"> лежа на спине</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раз</w:t>
            </w:r>
            <w:r w:rsidRPr="002D5C0E">
              <w:rPr>
                <w:rFonts w:ascii="Times New Roman" w:eastAsia="Times New Roman" w:hAnsi="Times New Roman" w:cs="Times New Roman"/>
                <w:spacing w:val="-3"/>
                <w:sz w:val="24"/>
                <w:lang w:val="ru-RU"/>
              </w:rPr>
              <w:t xml:space="preserve"> </w:t>
            </w:r>
            <w:r w:rsidRPr="002D5C0E">
              <w:rPr>
                <w:rFonts w:ascii="Times New Roman" w:eastAsia="Times New Roman" w:hAnsi="Times New Roman" w:cs="Times New Roman"/>
                <w:sz w:val="24"/>
                <w:lang w:val="ru-RU"/>
              </w:rPr>
              <w:t>за</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1</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мин)</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w:t>
            </w:r>
          </w:p>
        </w:tc>
        <w:tc>
          <w:tcPr>
            <w:tcW w:w="1668"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0</w:t>
            </w:r>
          </w:p>
        </w:tc>
        <w:tc>
          <w:tcPr>
            <w:tcW w:w="1236" w:type="dxa"/>
          </w:tcPr>
          <w:p w:rsidR="00FD48C4" w:rsidRPr="002D5C0E" w:rsidRDefault="00FD48C4" w:rsidP="00A67AF6">
            <w:pPr>
              <w:spacing w:before="86"/>
              <w:ind w:right="43"/>
              <w:jc w:val="center"/>
              <w:rPr>
                <w:rFonts w:ascii="Times New Roman" w:eastAsia="Times New Roman" w:hAnsi="Times New Roman" w:cs="Times New Roman"/>
                <w:sz w:val="24"/>
                <w:lang w:val="ru-RU"/>
              </w:rPr>
            </w:pPr>
          </w:p>
        </w:tc>
        <w:tc>
          <w:tcPr>
            <w:tcW w:w="1644" w:type="dxa"/>
          </w:tcPr>
          <w:p w:rsidR="00FD48C4" w:rsidRPr="002D5C0E" w:rsidRDefault="00FD48C4" w:rsidP="00A67AF6">
            <w:pPr>
              <w:spacing w:before="86"/>
              <w:ind w:right="48"/>
              <w:jc w:val="center"/>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Тестирование;</w:t>
            </w:r>
          </w:p>
        </w:tc>
      </w:tr>
      <w:tr w:rsidR="00A735EB" w:rsidRPr="002D5C0E" w:rsidTr="00FD48C4">
        <w:trPr>
          <w:trHeight w:val="1149"/>
        </w:trPr>
        <w:tc>
          <w:tcPr>
            <w:tcW w:w="504"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100</w:t>
            </w:r>
          </w:p>
        </w:tc>
        <w:tc>
          <w:tcPr>
            <w:tcW w:w="3145" w:type="dxa"/>
          </w:tcPr>
          <w:p w:rsidR="00A735EB" w:rsidRPr="002D5C0E" w:rsidRDefault="00A735EB" w:rsidP="00A735EB">
            <w:pPr>
              <w:spacing w:before="86" w:line="292" w:lineRule="auto"/>
              <w:ind w:right="411"/>
              <w:jc w:val="both"/>
              <w:rPr>
                <w:rFonts w:ascii="Times New Roman" w:eastAsia="Times New Roman" w:hAnsi="Times New Roman" w:cs="Times New Roman"/>
                <w:sz w:val="24"/>
                <w:lang w:val="ru-RU"/>
              </w:rPr>
            </w:pPr>
            <w:proofErr w:type="spellStart"/>
            <w:r w:rsidRPr="00D14D2E">
              <w:t>Подвижная</w:t>
            </w:r>
            <w:proofErr w:type="spellEnd"/>
            <w:r w:rsidRPr="00D14D2E">
              <w:t xml:space="preserve"> </w:t>
            </w:r>
            <w:proofErr w:type="spellStart"/>
            <w:r w:rsidRPr="00D14D2E">
              <w:t>игра</w:t>
            </w:r>
            <w:proofErr w:type="spellEnd"/>
            <w:r w:rsidRPr="00D14D2E">
              <w:t xml:space="preserve"> "</w:t>
            </w:r>
            <w:proofErr w:type="spellStart"/>
            <w:r w:rsidRPr="00D14D2E">
              <w:t>Космонавты</w:t>
            </w:r>
            <w:proofErr w:type="spellEnd"/>
            <w:r w:rsidRPr="00D14D2E">
              <w:t>"</w:t>
            </w:r>
          </w:p>
        </w:tc>
        <w:tc>
          <w:tcPr>
            <w:tcW w:w="732"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620" w:type="dxa"/>
          </w:tcPr>
          <w:p w:rsidR="00A735EB" w:rsidRPr="002D5C0E" w:rsidRDefault="00A735EB" w:rsidP="00A735EB">
            <w:pPr>
              <w:spacing w:before="86"/>
              <w:rPr>
                <w:rFonts w:ascii="Times New Roman" w:eastAsia="Times New Roman" w:hAnsi="Times New Roman" w:cs="Times New Roman"/>
                <w:sz w:val="24"/>
                <w:lang w:val="ru-RU"/>
              </w:rPr>
            </w:pPr>
          </w:p>
        </w:tc>
        <w:tc>
          <w:tcPr>
            <w:tcW w:w="1668" w:type="dxa"/>
          </w:tcPr>
          <w:p w:rsidR="00A735EB" w:rsidRPr="002D5C0E" w:rsidRDefault="00A735EB" w:rsidP="00A735EB">
            <w:pPr>
              <w:spacing w:before="86"/>
              <w:rPr>
                <w:rFonts w:ascii="Times New Roman" w:eastAsia="Times New Roman" w:hAnsi="Times New Roman" w:cs="Times New Roman"/>
                <w:sz w:val="24"/>
                <w:lang w:val="ru-RU"/>
              </w:rPr>
            </w:pPr>
          </w:p>
        </w:tc>
        <w:tc>
          <w:tcPr>
            <w:tcW w:w="1236" w:type="dxa"/>
          </w:tcPr>
          <w:p w:rsidR="00A735EB" w:rsidRPr="002D5C0E" w:rsidRDefault="00A735EB" w:rsidP="00A735EB">
            <w:pPr>
              <w:spacing w:before="86"/>
              <w:ind w:right="43"/>
              <w:jc w:val="center"/>
              <w:rPr>
                <w:rFonts w:ascii="Times New Roman" w:eastAsia="Times New Roman" w:hAnsi="Times New Roman" w:cs="Times New Roman"/>
                <w:sz w:val="24"/>
                <w:lang w:val="ru-RU"/>
              </w:rPr>
            </w:pPr>
          </w:p>
        </w:tc>
        <w:tc>
          <w:tcPr>
            <w:tcW w:w="1644" w:type="dxa"/>
          </w:tcPr>
          <w:p w:rsidR="00A735EB" w:rsidRPr="002D5C0E" w:rsidRDefault="00A735EB" w:rsidP="00A735EB">
            <w:pPr>
              <w:spacing w:before="86"/>
              <w:ind w:right="48"/>
              <w:jc w:val="center"/>
              <w:rPr>
                <w:rFonts w:ascii="Times New Roman" w:eastAsia="Times New Roman" w:hAnsi="Times New Roman" w:cs="Times New Roman"/>
                <w:sz w:val="24"/>
                <w:lang w:val="ru-RU"/>
              </w:rPr>
            </w:pPr>
            <w:r w:rsidRPr="00E652B5">
              <w:rPr>
                <w:rFonts w:ascii="Times New Roman" w:eastAsia="Times New Roman" w:hAnsi="Times New Roman" w:cs="Times New Roman"/>
                <w:spacing w:val="-1"/>
                <w:sz w:val="24"/>
                <w:lang w:val="ru-RU"/>
              </w:rPr>
              <w:t>Практическая</w:t>
            </w:r>
            <w:r w:rsidRPr="00E652B5">
              <w:rPr>
                <w:rFonts w:ascii="Times New Roman" w:eastAsia="Times New Roman" w:hAnsi="Times New Roman" w:cs="Times New Roman"/>
                <w:spacing w:val="-57"/>
                <w:sz w:val="24"/>
                <w:lang w:val="ru-RU"/>
              </w:rPr>
              <w:t xml:space="preserve"> </w:t>
            </w:r>
            <w:r w:rsidRPr="00E652B5">
              <w:rPr>
                <w:rFonts w:ascii="Times New Roman" w:eastAsia="Times New Roman" w:hAnsi="Times New Roman" w:cs="Times New Roman"/>
                <w:sz w:val="24"/>
                <w:lang w:val="ru-RU"/>
              </w:rPr>
              <w:t>работа;</w:t>
            </w:r>
          </w:p>
        </w:tc>
      </w:tr>
      <w:tr w:rsidR="00A735EB" w:rsidRPr="002D5C0E" w:rsidTr="00FD48C4">
        <w:trPr>
          <w:trHeight w:val="1149"/>
        </w:trPr>
        <w:tc>
          <w:tcPr>
            <w:tcW w:w="504"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101</w:t>
            </w:r>
          </w:p>
        </w:tc>
        <w:tc>
          <w:tcPr>
            <w:tcW w:w="3145" w:type="dxa"/>
          </w:tcPr>
          <w:p w:rsidR="00A735EB" w:rsidRPr="002D5C0E" w:rsidRDefault="00A735EB" w:rsidP="00A735EB">
            <w:pPr>
              <w:spacing w:before="86" w:line="292" w:lineRule="auto"/>
              <w:ind w:right="411"/>
              <w:jc w:val="both"/>
              <w:rPr>
                <w:rFonts w:ascii="Times New Roman" w:eastAsia="Times New Roman" w:hAnsi="Times New Roman" w:cs="Times New Roman"/>
                <w:sz w:val="24"/>
                <w:lang w:val="ru-RU"/>
              </w:rPr>
            </w:pPr>
            <w:proofErr w:type="spellStart"/>
            <w:r w:rsidRPr="00D14D2E">
              <w:t>Подвижные</w:t>
            </w:r>
            <w:proofErr w:type="spellEnd"/>
            <w:r w:rsidRPr="00D14D2E">
              <w:t xml:space="preserve"> </w:t>
            </w:r>
            <w:proofErr w:type="spellStart"/>
            <w:r w:rsidRPr="00D14D2E">
              <w:t>игры</w:t>
            </w:r>
            <w:proofErr w:type="spellEnd"/>
            <w:r w:rsidRPr="00D14D2E">
              <w:t xml:space="preserve"> </w:t>
            </w:r>
            <w:proofErr w:type="spellStart"/>
            <w:r w:rsidRPr="00D14D2E">
              <w:t>разных</w:t>
            </w:r>
            <w:proofErr w:type="spellEnd"/>
            <w:r w:rsidRPr="00D14D2E">
              <w:t xml:space="preserve"> </w:t>
            </w:r>
            <w:proofErr w:type="spellStart"/>
            <w:r w:rsidRPr="00D14D2E">
              <w:t>народов</w:t>
            </w:r>
            <w:proofErr w:type="spellEnd"/>
            <w:r w:rsidRPr="00D14D2E">
              <w:t>.</w:t>
            </w:r>
          </w:p>
        </w:tc>
        <w:tc>
          <w:tcPr>
            <w:tcW w:w="732"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620" w:type="dxa"/>
          </w:tcPr>
          <w:p w:rsidR="00A735EB" w:rsidRPr="002D5C0E" w:rsidRDefault="00A735EB" w:rsidP="00A735EB">
            <w:pPr>
              <w:spacing w:before="86"/>
              <w:rPr>
                <w:rFonts w:ascii="Times New Roman" w:eastAsia="Times New Roman" w:hAnsi="Times New Roman" w:cs="Times New Roman"/>
                <w:sz w:val="24"/>
                <w:lang w:val="ru-RU"/>
              </w:rPr>
            </w:pPr>
          </w:p>
        </w:tc>
        <w:tc>
          <w:tcPr>
            <w:tcW w:w="1668" w:type="dxa"/>
          </w:tcPr>
          <w:p w:rsidR="00A735EB" w:rsidRPr="002D5C0E" w:rsidRDefault="00A735EB" w:rsidP="00A735EB">
            <w:pPr>
              <w:spacing w:before="86"/>
              <w:rPr>
                <w:rFonts w:ascii="Times New Roman" w:eastAsia="Times New Roman" w:hAnsi="Times New Roman" w:cs="Times New Roman"/>
                <w:sz w:val="24"/>
                <w:lang w:val="ru-RU"/>
              </w:rPr>
            </w:pPr>
          </w:p>
        </w:tc>
        <w:tc>
          <w:tcPr>
            <w:tcW w:w="1236" w:type="dxa"/>
          </w:tcPr>
          <w:p w:rsidR="00A735EB" w:rsidRPr="002D5C0E" w:rsidRDefault="00A735EB" w:rsidP="00A735EB">
            <w:pPr>
              <w:spacing w:before="86"/>
              <w:ind w:right="43"/>
              <w:jc w:val="center"/>
              <w:rPr>
                <w:rFonts w:ascii="Times New Roman" w:eastAsia="Times New Roman" w:hAnsi="Times New Roman" w:cs="Times New Roman"/>
                <w:sz w:val="24"/>
                <w:lang w:val="ru-RU"/>
              </w:rPr>
            </w:pPr>
          </w:p>
        </w:tc>
        <w:tc>
          <w:tcPr>
            <w:tcW w:w="1644" w:type="dxa"/>
          </w:tcPr>
          <w:p w:rsidR="00A735EB" w:rsidRPr="002D5C0E" w:rsidRDefault="00A735EB" w:rsidP="00A735EB">
            <w:pPr>
              <w:spacing w:before="86"/>
              <w:ind w:right="48"/>
              <w:jc w:val="center"/>
              <w:rPr>
                <w:rFonts w:ascii="Times New Roman" w:eastAsia="Times New Roman" w:hAnsi="Times New Roman" w:cs="Times New Roman"/>
                <w:sz w:val="24"/>
                <w:lang w:val="ru-RU"/>
              </w:rPr>
            </w:pPr>
            <w:r w:rsidRPr="00E652B5">
              <w:rPr>
                <w:rFonts w:ascii="Times New Roman" w:eastAsia="Times New Roman" w:hAnsi="Times New Roman" w:cs="Times New Roman"/>
                <w:spacing w:val="-1"/>
                <w:sz w:val="24"/>
                <w:lang w:val="ru-RU"/>
              </w:rPr>
              <w:t>Практическая</w:t>
            </w:r>
            <w:r w:rsidRPr="00E652B5">
              <w:rPr>
                <w:rFonts w:ascii="Times New Roman" w:eastAsia="Times New Roman" w:hAnsi="Times New Roman" w:cs="Times New Roman"/>
                <w:spacing w:val="-57"/>
                <w:sz w:val="24"/>
                <w:lang w:val="ru-RU"/>
              </w:rPr>
              <w:t xml:space="preserve"> </w:t>
            </w:r>
            <w:r w:rsidRPr="00E652B5">
              <w:rPr>
                <w:rFonts w:ascii="Times New Roman" w:eastAsia="Times New Roman" w:hAnsi="Times New Roman" w:cs="Times New Roman"/>
                <w:sz w:val="24"/>
                <w:lang w:val="ru-RU"/>
              </w:rPr>
              <w:t>работа;</w:t>
            </w:r>
          </w:p>
        </w:tc>
      </w:tr>
      <w:tr w:rsidR="00A735EB" w:rsidRPr="00A735EB" w:rsidTr="00FD48C4">
        <w:trPr>
          <w:trHeight w:val="1149"/>
        </w:trPr>
        <w:tc>
          <w:tcPr>
            <w:tcW w:w="504"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102</w:t>
            </w:r>
          </w:p>
        </w:tc>
        <w:tc>
          <w:tcPr>
            <w:tcW w:w="3145" w:type="dxa"/>
          </w:tcPr>
          <w:p w:rsidR="00A735EB" w:rsidRPr="002D5C0E" w:rsidRDefault="00A735EB" w:rsidP="00A735EB">
            <w:pPr>
              <w:spacing w:before="86" w:line="292" w:lineRule="auto"/>
              <w:ind w:right="411"/>
              <w:jc w:val="both"/>
              <w:rPr>
                <w:rFonts w:ascii="Times New Roman" w:eastAsia="Times New Roman" w:hAnsi="Times New Roman" w:cs="Times New Roman"/>
                <w:sz w:val="24"/>
                <w:lang w:val="ru-RU"/>
              </w:rPr>
            </w:pPr>
            <w:r w:rsidRPr="00A735EB">
              <w:rPr>
                <w:lang w:val="ru-RU"/>
              </w:rPr>
              <w:t>Подвижные игры на основе баскетбола</w:t>
            </w:r>
          </w:p>
        </w:tc>
        <w:tc>
          <w:tcPr>
            <w:tcW w:w="732" w:type="dxa"/>
          </w:tcPr>
          <w:p w:rsidR="00A735EB" w:rsidRPr="002D5C0E" w:rsidRDefault="00A735EB" w:rsidP="00A735EB">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620" w:type="dxa"/>
          </w:tcPr>
          <w:p w:rsidR="00A735EB" w:rsidRPr="002D5C0E" w:rsidRDefault="00A735EB" w:rsidP="00A735EB">
            <w:pPr>
              <w:spacing w:before="86"/>
              <w:rPr>
                <w:rFonts w:ascii="Times New Roman" w:eastAsia="Times New Roman" w:hAnsi="Times New Roman" w:cs="Times New Roman"/>
                <w:sz w:val="24"/>
                <w:lang w:val="ru-RU"/>
              </w:rPr>
            </w:pPr>
          </w:p>
        </w:tc>
        <w:tc>
          <w:tcPr>
            <w:tcW w:w="1668" w:type="dxa"/>
          </w:tcPr>
          <w:p w:rsidR="00A735EB" w:rsidRPr="002D5C0E" w:rsidRDefault="00A735EB" w:rsidP="00A735EB">
            <w:pPr>
              <w:spacing w:before="86"/>
              <w:rPr>
                <w:rFonts w:ascii="Times New Roman" w:eastAsia="Times New Roman" w:hAnsi="Times New Roman" w:cs="Times New Roman"/>
                <w:sz w:val="24"/>
                <w:lang w:val="ru-RU"/>
              </w:rPr>
            </w:pPr>
          </w:p>
        </w:tc>
        <w:tc>
          <w:tcPr>
            <w:tcW w:w="1236" w:type="dxa"/>
          </w:tcPr>
          <w:p w:rsidR="00A735EB" w:rsidRPr="002D5C0E" w:rsidRDefault="00A735EB" w:rsidP="00A735EB">
            <w:pPr>
              <w:spacing w:before="86"/>
              <w:ind w:right="43"/>
              <w:jc w:val="center"/>
              <w:rPr>
                <w:rFonts w:ascii="Times New Roman" w:eastAsia="Times New Roman" w:hAnsi="Times New Roman" w:cs="Times New Roman"/>
                <w:sz w:val="24"/>
                <w:lang w:val="ru-RU"/>
              </w:rPr>
            </w:pPr>
          </w:p>
        </w:tc>
        <w:tc>
          <w:tcPr>
            <w:tcW w:w="1644" w:type="dxa"/>
          </w:tcPr>
          <w:p w:rsidR="00A735EB" w:rsidRPr="002D5C0E" w:rsidRDefault="00A735EB" w:rsidP="00A735EB">
            <w:pPr>
              <w:spacing w:before="86"/>
              <w:ind w:right="48"/>
              <w:jc w:val="center"/>
              <w:rPr>
                <w:rFonts w:ascii="Times New Roman" w:eastAsia="Times New Roman" w:hAnsi="Times New Roman" w:cs="Times New Roman"/>
                <w:sz w:val="24"/>
                <w:lang w:val="ru-RU"/>
              </w:rPr>
            </w:pPr>
            <w:r w:rsidRPr="00E652B5">
              <w:rPr>
                <w:rFonts w:ascii="Times New Roman" w:eastAsia="Times New Roman" w:hAnsi="Times New Roman" w:cs="Times New Roman"/>
                <w:spacing w:val="-1"/>
                <w:sz w:val="24"/>
                <w:lang w:val="ru-RU"/>
              </w:rPr>
              <w:t>Практическая</w:t>
            </w:r>
            <w:r w:rsidRPr="00E652B5">
              <w:rPr>
                <w:rFonts w:ascii="Times New Roman" w:eastAsia="Times New Roman" w:hAnsi="Times New Roman" w:cs="Times New Roman"/>
                <w:spacing w:val="-57"/>
                <w:sz w:val="24"/>
                <w:lang w:val="ru-RU"/>
              </w:rPr>
              <w:t xml:space="preserve"> </w:t>
            </w:r>
            <w:r w:rsidRPr="00E652B5">
              <w:rPr>
                <w:rFonts w:ascii="Times New Roman" w:eastAsia="Times New Roman" w:hAnsi="Times New Roman" w:cs="Times New Roman"/>
                <w:sz w:val="24"/>
                <w:lang w:val="ru-RU"/>
              </w:rPr>
              <w:t>работа;</w:t>
            </w:r>
          </w:p>
        </w:tc>
      </w:tr>
      <w:tr w:rsidR="00FD48C4" w:rsidRPr="002D5C0E" w:rsidTr="00FD48C4">
        <w:trPr>
          <w:trHeight w:val="813"/>
        </w:trPr>
        <w:tc>
          <w:tcPr>
            <w:tcW w:w="3649" w:type="dxa"/>
            <w:gridSpan w:val="2"/>
          </w:tcPr>
          <w:p w:rsidR="00FD48C4" w:rsidRPr="002D5C0E" w:rsidRDefault="00FD48C4" w:rsidP="00A67AF6">
            <w:pPr>
              <w:spacing w:before="86" w:line="292" w:lineRule="auto"/>
              <w:ind w:right="152"/>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ОБЩЕЕ</w:t>
            </w:r>
            <w:r w:rsidRPr="002D5C0E">
              <w:rPr>
                <w:rFonts w:ascii="Times New Roman" w:eastAsia="Times New Roman" w:hAnsi="Times New Roman" w:cs="Times New Roman"/>
                <w:spacing w:val="-8"/>
                <w:sz w:val="24"/>
                <w:lang w:val="ru-RU"/>
              </w:rPr>
              <w:t xml:space="preserve"> </w:t>
            </w:r>
            <w:r w:rsidRPr="002D5C0E">
              <w:rPr>
                <w:rFonts w:ascii="Times New Roman" w:eastAsia="Times New Roman" w:hAnsi="Times New Roman" w:cs="Times New Roman"/>
                <w:sz w:val="24"/>
                <w:lang w:val="ru-RU"/>
              </w:rPr>
              <w:t>КОЛИЧЕСТВО</w:t>
            </w:r>
            <w:r w:rsidRPr="002D5C0E">
              <w:rPr>
                <w:rFonts w:ascii="Times New Roman" w:eastAsia="Times New Roman" w:hAnsi="Times New Roman" w:cs="Times New Roman"/>
                <w:spacing w:val="-8"/>
                <w:sz w:val="24"/>
                <w:lang w:val="ru-RU"/>
              </w:rPr>
              <w:t xml:space="preserve"> </w:t>
            </w:r>
            <w:r w:rsidRPr="002D5C0E">
              <w:rPr>
                <w:rFonts w:ascii="Times New Roman" w:eastAsia="Times New Roman" w:hAnsi="Times New Roman" w:cs="Times New Roman"/>
                <w:sz w:val="24"/>
                <w:lang w:val="ru-RU"/>
              </w:rPr>
              <w:t>ЧАСОВ</w:t>
            </w:r>
            <w:r w:rsidRPr="002D5C0E">
              <w:rPr>
                <w:rFonts w:ascii="Times New Roman" w:eastAsia="Times New Roman" w:hAnsi="Times New Roman" w:cs="Times New Roman"/>
                <w:spacing w:val="-57"/>
                <w:sz w:val="24"/>
                <w:lang w:val="ru-RU"/>
              </w:rPr>
              <w:t xml:space="preserve"> </w:t>
            </w:r>
            <w:r w:rsidRPr="002D5C0E">
              <w:rPr>
                <w:rFonts w:ascii="Times New Roman" w:eastAsia="Times New Roman" w:hAnsi="Times New Roman" w:cs="Times New Roman"/>
                <w:sz w:val="24"/>
                <w:lang w:val="ru-RU"/>
              </w:rPr>
              <w:t>ПО</w:t>
            </w:r>
            <w:r w:rsidRPr="002D5C0E">
              <w:rPr>
                <w:rFonts w:ascii="Times New Roman" w:eastAsia="Times New Roman" w:hAnsi="Times New Roman" w:cs="Times New Roman"/>
                <w:spacing w:val="-2"/>
                <w:sz w:val="24"/>
                <w:lang w:val="ru-RU"/>
              </w:rPr>
              <w:t xml:space="preserve"> </w:t>
            </w:r>
            <w:r w:rsidRPr="002D5C0E">
              <w:rPr>
                <w:rFonts w:ascii="Times New Roman" w:eastAsia="Times New Roman" w:hAnsi="Times New Roman" w:cs="Times New Roman"/>
                <w:sz w:val="24"/>
                <w:lang w:val="ru-RU"/>
              </w:rPr>
              <w:t>ПРОГРАММЕ</w:t>
            </w:r>
          </w:p>
        </w:tc>
        <w:tc>
          <w:tcPr>
            <w:tcW w:w="732" w:type="dxa"/>
          </w:tcPr>
          <w:p w:rsidR="00FD48C4" w:rsidRPr="002D5C0E" w:rsidRDefault="00FD48C4" w:rsidP="00A67AF6">
            <w:pPr>
              <w:spacing w:before="86"/>
              <w:rPr>
                <w:rFonts w:ascii="Times New Roman" w:eastAsia="Times New Roman" w:hAnsi="Times New Roman" w:cs="Times New Roman"/>
                <w:sz w:val="24"/>
                <w:lang w:val="ru-RU"/>
              </w:rPr>
            </w:pPr>
            <w:r>
              <w:rPr>
                <w:rFonts w:ascii="Times New Roman" w:eastAsia="Times New Roman" w:hAnsi="Times New Roman" w:cs="Times New Roman"/>
                <w:sz w:val="24"/>
                <w:lang w:val="ru-RU"/>
              </w:rPr>
              <w:t>102</w:t>
            </w:r>
          </w:p>
        </w:tc>
        <w:tc>
          <w:tcPr>
            <w:tcW w:w="1620" w:type="dxa"/>
          </w:tcPr>
          <w:p w:rsidR="00FD48C4" w:rsidRPr="002D5C0E" w:rsidRDefault="00FD48C4" w:rsidP="00A67AF6">
            <w:pPr>
              <w:spacing w:before="86"/>
              <w:rPr>
                <w:rFonts w:ascii="Times New Roman" w:eastAsia="Times New Roman" w:hAnsi="Times New Roman" w:cs="Times New Roman"/>
                <w:sz w:val="24"/>
                <w:lang w:val="ru-RU"/>
              </w:rPr>
            </w:pPr>
            <w:r w:rsidRPr="002D5C0E">
              <w:rPr>
                <w:rFonts w:ascii="Times New Roman" w:eastAsia="Times New Roman" w:hAnsi="Times New Roman" w:cs="Times New Roman"/>
                <w:sz w:val="24"/>
                <w:lang w:val="ru-RU"/>
              </w:rPr>
              <w:t>10</w:t>
            </w:r>
          </w:p>
        </w:tc>
        <w:tc>
          <w:tcPr>
            <w:tcW w:w="4548" w:type="dxa"/>
            <w:gridSpan w:val="3"/>
          </w:tcPr>
          <w:p w:rsidR="00FD48C4" w:rsidRPr="002D5C0E" w:rsidRDefault="00FD48C4" w:rsidP="00A67AF6">
            <w:pPr>
              <w:spacing w:before="86"/>
              <w:rPr>
                <w:rFonts w:ascii="Times New Roman" w:eastAsia="Times New Roman" w:hAnsi="Times New Roman" w:cs="Times New Roman"/>
                <w:sz w:val="24"/>
                <w:lang w:val="ru-RU"/>
              </w:rPr>
            </w:pPr>
          </w:p>
        </w:tc>
      </w:tr>
    </w:tbl>
    <w:p w:rsidR="00FD48C4" w:rsidRPr="00930EFA" w:rsidRDefault="00FD48C4" w:rsidP="00FD48C4">
      <w:pPr>
        <w:autoSpaceDE w:val="0"/>
        <w:autoSpaceDN w:val="0"/>
        <w:spacing w:after="64" w:line="220" w:lineRule="exact"/>
        <w:rPr>
          <w:lang w:val="ru-RU"/>
        </w:rPr>
      </w:pPr>
    </w:p>
    <w:p w:rsidR="00E05722" w:rsidRDefault="00E05722"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Default="00A67AF6" w:rsidP="00FD48C4">
      <w:pPr>
        <w:autoSpaceDE w:val="0"/>
        <w:autoSpaceDN w:val="0"/>
        <w:spacing w:after="78" w:line="220" w:lineRule="exact"/>
        <w:rPr>
          <w:lang w:val="ru-RU"/>
        </w:rPr>
      </w:pPr>
    </w:p>
    <w:p w:rsidR="00A67AF6" w:rsidRPr="00FD48C4" w:rsidRDefault="00E60692" w:rsidP="00FD48C4">
      <w:pPr>
        <w:autoSpaceDE w:val="0"/>
        <w:autoSpaceDN w:val="0"/>
        <w:spacing w:after="78" w:line="220" w:lineRule="exact"/>
        <w:rPr>
          <w:lang w:val="ru-RU"/>
        </w:rPr>
      </w:pPr>
      <w:r>
        <w:rPr>
          <w:noProof/>
          <w:lang w:val="ru-RU" w:eastAsia="ru-RU"/>
        </w:rPr>
        <w:lastRenderedPageBreak/>
        <w:drawing>
          <wp:anchor distT="0" distB="0" distL="114300" distR="114300" simplePos="0" relativeHeight="251662336" behindDoc="0" locked="0" layoutInCell="1" allowOverlap="1">
            <wp:simplePos x="0" y="0"/>
            <wp:positionH relativeFrom="column">
              <wp:posOffset>-876300</wp:posOffset>
            </wp:positionH>
            <wp:positionV relativeFrom="paragraph">
              <wp:posOffset>-895350</wp:posOffset>
            </wp:positionV>
            <wp:extent cx="7543800" cy="10639425"/>
            <wp:effectExtent l="19050" t="0" r="0" b="0"/>
            <wp:wrapNone/>
            <wp:docPr id="5" name="Рисунок 5" descr="C:\Users\1\Desktop\СКАНЫ\2022-11-09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СКАНЫ\2022-11-09_004.jpg"/>
                    <pic:cNvPicPr>
                      <a:picLocks noChangeAspect="1" noChangeArrowheads="1"/>
                    </pic:cNvPicPr>
                  </pic:nvPicPr>
                  <pic:blipFill>
                    <a:blip r:embed="rId10">
                      <a:lum bright="-10000" contrast="20000"/>
                    </a:blip>
                    <a:srcRect/>
                    <a:stretch>
                      <a:fillRect/>
                    </a:stretch>
                  </pic:blipFill>
                  <pic:spPr bwMode="auto">
                    <a:xfrm>
                      <a:off x="0" y="0"/>
                      <a:ext cx="7550554" cy="10648950"/>
                    </a:xfrm>
                    <a:prstGeom prst="rect">
                      <a:avLst/>
                    </a:prstGeom>
                    <a:noFill/>
                    <a:ln w="9525">
                      <a:noFill/>
                      <a:miter lim="800000"/>
                      <a:headEnd/>
                      <a:tailEnd/>
                    </a:ln>
                  </pic:spPr>
                </pic:pic>
              </a:graphicData>
            </a:graphic>
          </wp:anchor>
        </w:drawing>
      </w:r>
    </w:p>
    <w:sectPr w:rsidR="00A67AF6" w:rsidRPr="00FD48C4"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189C4CAC"/>
    <w:multiLevelType w:val="hybridMultilevel"/>
    <w:tmpl w:val="5FB8A570"/>
    <w:lvl w:ilvl="0" w:tplc="3ABCCCA8">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E146C3D6">
      <w:numFmt w:val="bullet"/>
      <w:lvlText w:val="•"/>
      <w:lvlJc w:val="left"/>
      <w:pPr>
        <w:ind w:left="1548" w:hanging="361"/>
      </w:pPr>
      <w:rPr>
        <w:rFonts w:hint="default"/>
        <w:lang w:val="ru-RU" w:eastAsia="en-US" w:bidi="ar-SA"/>
      </w:rPr>
    </w:lvl>
    <w:lvl w:ilvl="2" w:tplc="9E3C09DA">
      <w:numFmt w:val="bullet"/>
      <w:lvlText w:val="•"/>
      <w:lvlJc w:val="left"/>
      <w:pPr>
        <w:ind w:left="2576" w:hanging="361"/>
      </w:pPr>
      <w:rPr>
        <w:rFonts w:hint="default"/>
        <w:lang w:val="ru-RU" w:eastAsia="en-US" w:bidi="ar-SA"/>
      </w:rPr>
    </w:lvl>
    <w:lvl w:ilvl="3" w:tplc="4DCA8E4C">
      <w:numFmt w:val="bullet"/>
      <w:lvlText w:val="•"/>
      <w:lvlJc w:val="left"/>
      <w:pPr>
        <w:ind w:left="3604" w:hanging="361"/>
      </w:pPr>
      <w:rPr>
        <w:rFonts w:hint="default"/>
        <w:lang w:val="ru-RU" w:eastAsia="en-US" w:bidi="ar-SA"/>
      </w:rPr>
    </w:lvl>
    <w:lvl w:ilvl="4" w:tplc="9940CFAC">
      <w:numFmt w:val="bullet"/>
      <w:lvlText w:val="•"/>
      <w:lvlJc w:val="left"/>
      <w:pPr>
        <w:ind w:left="4632" w:hanging="361"/>
      </w:pPr>
      <w:rPr>
        <w:rFonts w:hint="default"/>
        <w:lang w:val="ru-RU" w:eastAsia="en-US" w:bidi="ar-SA"/>
      </w:rPr>
    </w:lvl>
    <w:lvl w:ilvl="5" w:tplc="B0AEAAF2">
      <w:numFmt w:val="bullet"/>
      <w:lvlText w:val="•"/>
      <w:lvlJc w:val="left"/>
      <w:pPr>
        <w:ind w:left="5660" w:hanging="361"/>
      </w:pPr>
      <w:rPr>
        <w:rFonts w:hint="default"/>
        <w:lang w:val="ru-RU" w:eastAsia="en-US" w:bidi="ar-SA"/>
      </w:rPr>
    </w:lvl>
    <w:lvl w:ilvl="6" w:tplc="AC048E06">
      <w:numFmt w:val="bullet"/>
      <w:lvlText w:val="•"/>
      <w:lvlJc w:val="left"/>
      <w:pPr>
        <w:ind w:left="6688" w:hanging="361"/>
      </w:pPr>
      <w:rPr>
        <w:rFonts w:hint="default"/>
        <w:lang w:val="ru-RU" w:eastAsia="en-US" w:bidi="ar-SA"/>
      </w:rPr>
    </w:lvl>
    <w:lvl w:ilvl="7" w:tplc="EBB65BEC">
      <w:numFmt w:val="bullet"/>
      <w:lvlText w:val="•"/>
      <w:lvlJc w:val="left"/>
      <w:pPr>
        <w:ind w:left="7716" w:hanging="361"/>
      </w:pPr>
      <w:rPr>
        <w:rFonts w:hint="default"/>
        <w:lang w:val="ru-RU" w:eastAsia="en-US" w:bidi="ar-SA"/>
      </w:rPr>
    </w:lvl>
    <w:lvl w:ilvl="8" w:tplc="FD0C57C0">
      <w:numFmt w:val="bullet"/>
      <w:lvlText w:val="•"/>
      <w:lvlJc w:val="left"/>
      <w:pPr>
        <w:ind w:left="8744" w:hanging="361"/>
      </w:pPr>
      <w:rPr>
        <w:rFonts w:hint="default"/>
        <w:lang w:val="ru-RU"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6063C"/>
    <w:rsid w:val="0015074B"/>
    <w:rsid w:val="0029639D"/>
    <w:rsid w:val="00326F90"/>
    <w:rsid w:val="00443411"/>
    <w:rsid w:val="00552486"/>
    <w:rsid w:val="00A67AF6"/>
    <w:rsid w:val="00A735EB"/>
    <w:rsid w:val="00AA1D8D"/>
    <w:rsid w:val="00B47730"/>
    <w:rsid w:val="00CB0664"/>
    <w:rsid w:val="00E05722"/>
    <w:rsid w:val="00E60692"/>
    <w:rsid w:val="00FC693F"/>
    <w:rsid w:val="00FD48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1"/>
    <w:qFormat/>
    <w:rsid w:val="00FC693F"/>
    <w:pPr>
      <w:ind w:left="720"/>
      <w:contextualSpacing/>
    </w:pPr>
  </w:style>
  <w:style w:type="paragraph" w:styleId="af">
    <w:name w:val="Body Text"/>
    <w:basedOn w:val="a1"/>
    <w:link w:val="af0"/>
    <w:uiPriority w:val="1"/>
    <w:unhideWhenUsed/>
    <w:qFormat/>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4">
    <w:name w:val="Нет списка1"/>
    <w:next w:val="a4"/>
    <w:uiPriority w:val="99"/>
    <w:semiHidden/>
    <w:unhideWhenUsed/>
    <w:rsid w:val="00FD48C4"/>
  </w:style>
  <w:style w:type="table" w:customStyle="1" w:styleId="TableNormal">
    <w:name w:val="Table Normal"/>
    <w:uiPriority w:val="2"/>
    <w:semiHidden/>
    <w:unhideWhenUsed/>
    <w:qFormat/>
    <w:rsid w:val="00FD48C4"/>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D48C4"/>
    <w:pPr>
      <w:widowControl w:val="0"/>
      <w:autoSpaceDE w:val="0"/>
      <w:autoSpaceDN w:val="0"/>
      <w:spacing w:before="86" w:after="0" w:line="240" w:lineRule="auto"/>
      <w:ind w:left="76"/>
    </w:pPr>
    <w:rPr>
      <w:rFonts w:ascii="Times New Roman" w:eastAsia="Times New Roman" w:hAnsi="Times New Roman" w:cs="Times New Roman"/>
      <w:lang w:val="ru-RU"/>
    </w:rPr>
  </w:style>
  <w:style w:type="paragraph" w:styleId="aff8">
    <w:name w:val="Balloon Text"/>
    <w:basedOn w:val="a1"/>
    <w:link w:val="aff9"/>
    <w:uiPriority w:val="99"/>
    <w:semiHidden/>
    <w:unhideWhenUsed/>
    <w:rsid w:val="00A67AF6"/>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A67A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PInqAWv62jA" TargetMode="External"/><Relationship Id="rId3" Type="http://schemas.openxmlformats.org/officeDocument/2006/relationships/styles" Target="styles.xml"/><Relationship Id="rId7" Type="http://schemas.openxmlformats.org/officeDocument/2006/relationships/hyperlink" Target="http://www.youtube.com/watch?v=A_b56V4SRZ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2954E-6110-4F31-BACE-4B119614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5874</Words>
  <Characters>33486</Characters>
  <Application>Microsoft Office Word</Application>
  <DocSecurity>0</DocSecurity>
  <Lines>279</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39282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cp:lastModifiedBy>
  <cp:revision>2</cp:revision>
  <dcterms:created xsi:type="dcterms:W3CDTF">2022-11-09T13:00:00Z</dcterms:created>
  <dcterms:modified xsi:type="dcterms:W3CDTF">2022-11-09T13:00:00Z</dcterms:modified>
</cp:coreProperties>
</file>