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4DB" w:rsidRDefault="00DD7339" w:rsidP="004852CF">
      <w:pPr>
        <w:pStyle w:val="1"/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-217805</wp:posOffset>
            </wp:positionV>
            <wp:extent cx="7829550" cy="10725150"/>
            <wp:effectExtent l="19050" t="0" r="0" b="0"/>
            <wp:wrapNone/>
            <wp:docPr id="2" name="Рисунок 2" descr="C:\Users\1\Desktop\СКАНЫ\2022-11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2-11-08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4DB" w:rsidRPr="00930EFA" w:rsidRDefault="00DD7339">
      <w:pPr>
        <w:autoSpaceDE w:val="0"/>
        <w:autoSpaceDN w:val="0"/>
        <w:spacing w:after="0" w:line="230" w:lineRule="auto"/>
        <w:ind w:left="1494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9B34DB" w:rsidRPr="00930EFA" w:rsidRDefault="00DD7339">
      <w:pPr>
        <w:autoSpaceDE w:val="0"/>
        <w:autoSpaceDN w:val="0"/>
        <w:spacing w:before="670" w:after="0" w:line="230" w:lineRule="auto"/>
        <w:ind w:left="19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Министерство образования, науки и молодежи Республики Крым</w:t>
      </w:r>
    </w:p>
    <w:p w:rsidR="009B34DB" w:rsidRPr="00930EFA" w:rsidRDefault="00DD7339">
      <w:pPr>
        <w:tabs>
          <w:tab w:val="left" w:pos="4892"/>
        </w:tabs>
        <w:autoSpaceDE w:val="0"/>
        <w:autoSpaceDN w:val="0"/>
        <w:spacing w:before="670" w:after="0" w:line="262" w:lineRule="auto"/>
        <w:ind w:left="22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Управление образования, молодёжи и спорта администрации Бахчисарайского района Республики </w:t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Крым</w:t>
      </w:r>
    </w:p>
    <w:p w:rsidR="009B34DB" w:rsidRDefault="00DD7339">
      <w:pPr>
        <w:autoSpaceDE w:val="0"/>
        <w:autoSpaceDN w:val="0"/>
        <w:spacing w:before="672" w:after="1376" w:line="230" w:lineRule="auto"/>
        <w:ind w:right="3102"/>
        <w:jc w:val="right"/>
      </w:pPr>
      <w:r>
        <w:rPr>
          <w:rFonts w:ascii="Times New Roman" w:eastAsia="Times New Roman" w:hAnsi="Times New Roman"/>
          <w:color w:val="000000"/>
          <w:sz w:val="24"/>
        </w:rPr>
        <w:t>МБОУ «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Железнодорожненская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СОШ»</w:t>
      </w:r>
    </w:p>
    <w:tbl>
      <w:tblPr>
        <w:tblW w:w="0" w:type="auto"/>
        <w:tblLayout w:type="fixed"/>
        <w:tblLook w:val="04A0"/>
      </w:tblPr>
      <w:tblGrid>
        <w:gridCol w:w="2502"/>
        <w:gridCol w:w="4120"/>
        <w:gridCol w:w="2780"/>
      </w:tblGrid>
      <w:tr w:rsidR="009B34DB">
        <w:trPr>
          <w:trHeight w:hRule="exact" w:val="276"/>
        </w:trPr>
        <w:tc>
          <w:tcPr>
            <w:tcW w:w="2502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5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412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50" w:after="0" w:line="230" w:lineRule="auto"/>
              <w:ind w:left="101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СОГЛАСОВАНО</w:t>
            </w:r>
          </w:p>
        </w:tc>
        <w:tc>
          <w:tcPr>
            <w:tcW w:w="278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50" w:after="0"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9B34DB">
        <w:trPr>
          <w:trHeight w:hRule="exact" w:val="274"/>
        </w:trPr>
        <w:tc>
          <w:tcPr>
            <w:tcW w:w="2502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Заседание ШМО</w:t>
            </w:r>
          </w:p>
        </w:tc>
        <w:tc>
          <w:tcPr>
            <w:tcW w:w="412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after="0" w:line="230" w:lineRule="auto"/>
              <w:ind w:left="101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Заместитель директора по УВР</w:t>
            </w:r>
          </w:p>
        </w:tc>
        <w:tc>
          <w:tcPr>
            <w:tcW w:w="278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after="0"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Директор</w:t>
            </w:r>
          </w:p>
        </w:tc>
      </w:tr>
    </w:tbl>
    <w:p w:rsidR="009B34DB" w:rsidRDefault="009B34DB">
      <w:pPr>
        <w:autoSpaceDE w:val="0"/>
        <w:autoSpaceDN w:val="0"/>
        <w:spacing w:after="0" w:line="60" w:lineRule="exact"/>
      </w:pPr>
    </w:p>
    <w:tbl>
      <w:tblPr>
        <w:tblW w:w="0" w:type="auto"/>
        <w:tblLayout w:type="fixed"/>
        <w:tblLook w:val="04A0"/>
      </w:tblPr>
      <w:tblGrid>
        <w:gridCol w:w="3082"/>
        <w:gridCol w:w="2900"/>
        <w:gridCol w:w="4100"/>
      </w:tblGrid>
      <w:tr w:rsidR="009B34DB">
        <w:trPr>
          <w:trHeight w:hRule="exact" w:val="466"/>
        </w:trPr>
        <w:tc>
          <w:tcPr>
            <w:tcW w:w="3082" w:type="dxa"/>
            <w:vMerge w:val="restart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26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Руководитель ШМО</w:t>
            </w:r>
          </w:p>
        </w:tc>
        <w:tc>
          <w:tcPr>
            <w:tcW w:w="290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60" w:after="0" w:line="230" w:lineRule="auto"/>
              <w:ind w:left="43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</w:t>
            </w:r>
          </w:p>
        </w:tc>
        <w:tc>
          <w:tcPr>
            <w:tcW w:w="410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60" w:after="0" w:line="230" w:lineRule="auto"/>
              <w:ind w:right="304"/>
              <w:jc w:val="right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______________Ермолина Н.Н.</w:t>
            </w:r>
          </w:p>
        </w:tc>
      </w:tr>
      <w:tr w:rsidR="009B34DB">
        <w:trPr>
          <w:trHeight w:hRule="exact" w:val="116"/>
        </w:trPr>
        <w:tc>
          <w:tcPr>
            <w:tcW w:w="3463" w:type="dxa"/>
            <w:vMerge/>
          </w:tcPr>
          <w:p w:rsidR="009B34DB" w:rsidRDefault="009B34DB"/>
        </w:tc>
        <w:tc>
          <w:tcPr>
            <w:tcW w:w="2900" w:type="dxa"/>
            <w:vMerge w:val="restart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2" w:after="0" w:line="230" w:lineRule="auto"/>
              <w:ind w:left="43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</w:t>
            </w:r>
          </w:p>
        </w:tc>
        <w:tc>
          <w:tcPr>
            <w:tcW w:w="4100" w:type="dxa"/>
            <w:vMerge w:val="restart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2" w:after="0" w:line="230" w:lineRule="auto"/>
              <w:ind w:right="2174"/>
              <w:jc w:val="right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 №</w:t>
            </w:r>
          </w:p>
        </w:tc>
      </w:tr>
      <w:tr w:rsidR="009B34DB">
        <w:trPr>
          <w:trHeight w:hRule="exact" w:val="304"/>
        </w:trPr>
        <w:tc>
          <w:tcPr>
            <w:tcW w:w="3082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78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______________Ермолин Д.Н.</w:t>
            </w:r>
          </w:p>
        </w:tc>
        <w:tc>
          <w:tcPr>
            <w:tcW w:w="3463" w:type="dxa"/>
            <w:vMerge/>
          </w:tcPr>
          <w:p w:rsidR="009B34DB" w:rsidRDefault="009B34DB"/>
        </w:tc>
        <w:tc>
          <w:tcPr>
            <w:tcW w:w="3463" w:type="dxa"/>
            <w:vMerge/>
          </w:tcPr>
          <w:p w:rsidR="009B34DB" w:rsidRDefault="009B34DB"/>
        </w:tc>
      </w:tr>
      <w:tr w:rsidR="009B34DB">
        <w:trPr>
          <w:trHeight w:hRule="exact" w:val="480"/>
        </w:trPr>
        <w:tc>
          <w:tcPr>
            <w:tcW w:w="3082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before="19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</w:t>
            </w:r>
          </w:p>
        </w:tc>
        <w:tc>
          <w:tcPr>
            <w:tcW w:w="290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after="0" w:line="230" w:lineRule="auto"/>
              <w:ind w:left="43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""    г.</w:t>
            </w:r>
          </w:p>
        </w:tc>
        <w:tc>
          <w:tcPr>
            <w:tcW w:w="4100" w:type="dxa"/>
            <w:tcMar>
              <w:left w:w="0" w:type="dxa"/>
              <w:right w:w="0" w:type="dxa"/>
            </w:tcMar>
          </w:tcPr>
          <w:p w:rsidR="009B34DB" w:rsidRDefault="00DD7339">
            <w:pPr>
              <w:autoSpaceDE w:val="0"/>
              <w:autoSpaceDN w:val="0"/>
              <w:spacing w:after="0" w:line="230" w:lineRule="auto"/>
              <w:ind w:right="2406"/>
              <w:jc w:val="right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""  г.</w:t>
            </w:r>
          </w:p>
        </w:tc>
      </w:tr>
    </w:tbl>
    <w:p w:rsidR="009B34DB" w:rsidRDefault="00DD7339">
      <w:pPr>
        <w:autoSpaceDE w:val="0"/>
        <w:autoSpaceDN w:val="0"/>
        <w:spacing w:before="122" w:after="0" w:line="230" w:lineRule="auto"/>
      </w:pPr>
      <w:r>
        <w:rPr>
          <w:rFonts w:ascii="Times New Roman" w:eastAsia="Times New Roman" w:hAnsi="Times New Roman"/>
          <w:color w:val="000000"/>
          <w:w w:val="102"/>
          <w:sz w:val="20"/>
        </w:rPr>
        <w:t>от "" г.</w:t>
      </w:r>
    </w:p>
    <w:p w:rsidR="009B34DB" w:rsidRDefault="00DD7339">
      <w:pPr>
        <w:autoSpaceDE w:val="0"/>
        <w:autoSpaceDN w:val="0"/>
        <w:spacing w:before="1038" w:after="0" w:line="262" w:lineRule="auto"/>
        <w:ind w:left="3744" w:right="3744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РАБОЧАЯ ПРОГРАММА </w:t>
      </w:r>
      <w:r>
        <w:br/>
      </w:r>
      <w:r>
        <w:rPr>
          <w:rFonts w:ascii="Times New Roman" w:eastAsia="Times New Roman" w:hAnsi="Times New Roman"/>
          <w:b/>
          <w:color w:val="000000"/>
          <w:sz w:val="24"/>
        </w:rPr>
        <w:t>(ID</w:t>
      </w:r>
      <w:r>
        <w:rPr>
          <w:rFonts w:ascii="Times New Roman" w:eastAsia="Times New Roman" w:hAnsi="Times New Roman"/>
          <w:b/>
          <w:color w:val="000000"/>
          <w:sz w:val="24"/>
        </w:rPr>
        <w:t xml:space="preserve"> 1485049)</w:t>
      </w:r>
    </w:p>
    <w:p w:rsidR="009B34DB" w:rsidRDefault="00DD7339">
      <w:pPr>
        <w:autoSpaceDE w:val="0"/>
        <w:autoSpaceDN w:val="0"/>
        <w:spacing w:before="166" w:after="0" w:line="262" w:lineRule="auto"/>
        <w:ind w:left="4032" w:right="3744"/>
        <w:jc w:val="center"/>
      </w:pPr>
      <w:r>
        <w:rPr>
          <w:rFonts w:ascii="Times New Roman" w:eastAsia="Times New Roman" w:hAnsi="Times New Roman"/>
          <w:color w:val="000000"/>
          <w:sz w:val="24"/>
        </w:rPr>
        <w:t>учебного предмета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«Физическая культура»</w:t>
      </w:r>
    </w:p>
    <w:p w:rsidR="009B34DB" w:rsidRPr="00930EFA" w:rsidRDefault="00DD7339">
      <w:pPr>
        <w:autoSpaceDE w:val="0"/>
        <w:autoSpaceDN w:val="0"/>
        <w:spacing w:before="670" w:after="0" w:line="262" w:lineRule="auto"/>
        <w:ind w:left="2880" w:right="2736"/>
        <w:jc w:val="center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для 1 класса начального общего образования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на 2022-2023  учебный год</w:t>
      </w:r>
    </w:p>
    <w:p w:rsidR="009B34DB" w:rsidRPr="00930EFA" w:rsidRDefault="00DD7339">
      <w:pPr>
        <w:autoSpaceDE w:val="0"/>
        <w:autoSpaceDN w:val="0"/>
        <w:spacing w:before="2112" w:after="0" w:line="262" w:lineRule="auto"/>
        <w:ind w:left="7166" w:hanging="152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Составитель: 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Акипская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Елизавета Борисовна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учитель физической культуры</w:t>
      </w:r>
    </w:p>
    <w:p w:rsidR="00930EFA" w:rsidRDefault="00930EFA" w:rsidP="00930EFA">
      <w:pPr>
        <w:autoSpaceDE w:val="0"/>
        <w:autoSpaceDN w:val="0"/>
        <w:spacing w:after="0" w:line="230" w:lineRule="auto"/>
        <w:ind w:right="315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30EFA" w:rsidRDefault="00930EFA" w:rsidP="00930EFA">
      <w:pPr>
        <w:autoSpaceDE w:val="0"/>
        <w:autoSpaceDN w:val="0"/>
        <w:spacing w:after="0" w:line="230" w:lineRule="auto"/>
        <w:ind w:right="315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30EFA" w:rsidRPr="00930EFA" w:rsidRDefault="00930EFA" w:rsidP="00930EFA">
      <w:pPr>
        <w:autoSpaceDE w:val="0"/>
        <w:autoSpaceDN w:val="0"/>
        <w:spacing w:after="0" w:line="230" w:lineRule="auto"/>
        <w:ind w:right="3150"/>
        <w:jc w:val="right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с.Железнодорожное 2022</w:t>
      </w:r>
    </w:p>
    <w:p w:rsidR="00930EFA" w:rsidRPr="00930EFA" w:rsidRDefault="00930EFA" w:rsidP="00930EFA">
      <w:pPr>
        <w:rPr>
          <w:lang w:val="ru-RU"/>
        </w:rPr>
        <w:sectPr w:rsidR="00930EFA" w:rsidRPr="00930EFA">
          <w:pgSz w:w="11900" w:h="16840"/>
          <w:pgMar w:top="298" w:right="774" w:bottom="1368" w:left="738" w:header="720" w:footer="720" w:gutter="0"/>
          <w:cols w:space="720" w:equalWidth="0">
            <w:col w:w="10388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78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30" w:lineRule="auto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ПОЯСНИТЕЛЬНАЯ 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ЗАПИСКА</w:t>
      </w:r>
    </w:p>
    <w:p w:rsidR="009B34DB" w:rsidRPr="00930EFA" w:rsidRDefault="00DD7339">
      <w:pPr>
        <w:autoSpaceDE w:val="0"/>
        <w:autoSpaceDN w:val="0"/>
        <w:spacing w:before="346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начального общего образования по физической культуре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ьном стандарте начального общего образования, а также на основе характеристики планируемых результатов духовно-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нравственного развития, воспитания и социализации обучающихся, представленной в Примерной программе воспитания (одобрена решением ФУМО от 02.06.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2020 г.).</w:t>
      </w:r>
    </w:p>
    <w:p w:rsidR="009B34DB" w:rsidRPr="00930EFA" w:rsidRDefault="00DD7339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При создании программы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уры, представляющая закономерности двигательной деятельности человека. Здоровье закладывается в детстве, и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качественное образование в части физического воспитания, физической культуры детей дошкольного и начального возраста определяет образ жизни на многи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 годы.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</w:t>
      </w:r>
    </w:p>
    <w:p w:rsidR="009B34DB" w:rsidRPr="00930EFA" w:rsidRDefault="00DD7339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ции организма, а также правильностью, красотой и координационной сложностью всех движений; игровые упражнения, состоящие из естественных видов действий (бега, бросков и т.п.), которые выполняются в разнообразных вариантах в соответствии с изменяющейся игро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вой ситуацией и оцениваются по эффективности влияния на организм в целом и по конечному результату действия; туристические физические упражнения, включающие ходьбу, бег, прыжки, преодоление препятствий, ходьбу на лыжах, езду на велосипеде, греблю в естеств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местности; спортивные упражнения объединяют ту группу действий, исполнение которых искусственно ста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ндартизировано в соответствии с Единой всесоюзной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спортивной классификацией и является предметом специализации для достижения максимальных спортивных результатов.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Основные предметные результаты по учебному предмету «Физическая культура» в соответствии с Ф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едеральным государственным образовательным стандартом начального общего образования (далее— ФГОС НОО)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шенствования, повышения физической и умственной работоспособности.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овладения жизненно важными навыками плавания. Программа включает упражнения для развития гибкости и координации, эффективность развития которых приходится на возрастной период начальной школы. Целенаправленные физические упражнения позволяют избирательно 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значительно их развить.</w:t>
      </w:r>
    </w:p>
    <w:p w:rsidR="009B34DB" w:rsidRPr="00930EFA" w:rsidRDefault="00DD7339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Программа обеспечивает «сформированность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, игровых, туристических и спортивных)».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Освоение программы обеспечивает выполнение обучающимися нормативов Всероссийского физкультурно-спортивного комплекса ГТО и другие предметные результаты ФГОС НОО, а также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98" w:right="634" w:bottom="29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96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71" w:lineRule="auto"/>
        <w:ind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позволяет решить вос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питательные задачи, изложенные в примерной программе воспитания, одобренной решением федерального учебно-методического объединения по общему образованию (протокол от 2 июня 2020 года № 2/20).</w:t>
      </w:r>
    </w:p>
    <w:p w:rsidR="009B34DB" w:rsidRPr="00930EFA" w:rsidRDefault="00DD7339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своему назначению примерная рабочая программа является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ориентиром для составления рабочих программ образовательных учреждений: она даёт представление о целях, общей стратегии обучения, воспитания и развития обучающихся в рамках учебного предмета «Физическая культура»; устанавливает обязательное предметное соде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содержания; даёт примерное распределение учебных часов по тематическим разделам и рекомендуемую после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довательность их изучения с учётом 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внутрипредметных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основной образовательной программы 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ачального общего образования, а также требований к результатам обучения физической культуре на уровне целей изучения предмета и основных видов учебно-познавательной деятельности / учебных действий ученика по освоению учебного содержания.</w:t>
      </w:r>
    </w:p>
    <w:p w:rsidR="009B34DB" w:rsidRPr="00930EFA" w:rsidRDefault="00DD7339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нашли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своё отражение: Поручение Президента Российской Федерации об обеспечении внесения в примерные основные образовательные программы дошкольного, начального общего, основного общего и среднего общего образования изменений, предусматривающих обязательное выполн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ение воспитанниками и учащимися упражнений основной гимнастики в целях их физического развития (с учётом ограничений, обусловленных состоянием здоровья); условия Концепции модернизации преподавания учебного предмета «Физическая культура» в образовательных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организациях Российской Федерации, реализующих основные общеобразовательные программы, научные и методологические подходы к изучению физической культуры в начальной школе.</w:t>
      </w:r>
    </w:p>
    <w:p w:rsidR="009B34DB" w:rsidRPr="00930EFA" w:rsidRDefault="00DD73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КУРСА «ФИЗИЧЕСКАЯ КУЛЬТУРА»</w:t>
      </w:r>
    </w:p>
    <w:p w:rsidR="009B34DB" w:rsidRPr="00930EFA" w:rsidRDefault="00DD7339">
      <w:pPr>
        <w:autoSpaceDE w:val="0"/>
        <w:autoSpaceDN w:val="0"/>
        <w:spacing w:before="190" w:after="0" w:line="286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Предметом обучения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гимнастика, игры, туризм, спорт — и упражнений по преимущественной целевой направленности их использования с учётом сенситивных периодов развития учащихся начальной школы. В процессе овладения этой деятельностью формируется костно-мышечная система, укрепля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9B34DB" w:rsidRPr="00930EFA" w:rsidRDefault="00DD7339">
      <w:pPr>
        <w:autoSpaceDE w:val="0"/>
        <w:autoSpaceDN w:val="0"/>
        <w:spacing w:before="72" w:after="0" w:line="283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«Физическая культура» обладает широкими возможностями в использовании форм, ср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едств и методов обучения. Существенным компонентом содержания учебного предмета</w:t>
      </w:r>
      <w:proofErr w:type="gram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«Ф</w:t>
      </w:r>
      <w:proofErr w:type="gram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изическая культура» является физическое воспитание граждан России. Учебный предмет</w:t>
      </w:r>
      <w:proofErr w:type="gram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«Ф</w:t>
      </w:r>
      <w:proofErr w:type="gram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изическая культура» обогащает обучающихся системой знаний о сущности и общественном значени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 физической культуры и её влиянии на всестороннее развитие личности. Такие знания обеспечивают развитие гармоничной личности, мотивацию и способность обучающихся к различным видам деятельности, повышают их общую культуру.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Программа основана на системе нау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йчивых навыков выполнения основных двигательных действий, укрепление здоровья.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 программе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316" w:right="666" w:bottom="28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96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81" w:lineRule="auto"/>
        <w:ind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образовательных организациях Российской Федерации,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опорно-двигательного аппарата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, развития гибкости, координации, моторики; получения эмоционального удовлетворения от выполнения физических упражнений в игровой деятельности.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Программа обеспечивает создание условий для высокого качества преподавания учебного предмета«Физическая культур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а» на уровне начального общего образования; выполнение требований, определённых статьёй 41 Федерального закона «Об образовании в Российской Федерации» «Охрана здоровья обучающихся», включая определение оптимальной учебной нагрузки, режима учебных занятий,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создание условий для профилактики заболеваний и оздоровления обучающихся;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способствует решению задач, определённых в Стратегии развития физической культуры и спорта в Российской Федерации на период до 2030 г. и Межотраслевой программе развития школьного с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порта до 2024 г., и направлена на достижение национальных целей развития Российской Федерации, а именно: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а) сохранение населения, здоровье и благополучие людей;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б) создание возможностей для самореализации и развития талантов.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разработана в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соответствии с требованиями Федерального государственного образовательного стандарта начального общего образования.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 основе программы лежат представления об уникальности личности каждого учащегося начальной школы, индивидуальных возможностях каждого школь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ника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учащимся в рамках единого образовательного пространс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тва Российской Федерации.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Ценностные ориентиры содержания программы направлены на воспитание творческих,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компетентных и успешных граждан России, способных к активной самореализации в личной, общественной и профессиональной деятельности. Обучение по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программе позволяет формировать у обучающихся установку на формирование, сохранение и укрепление здоровья; освоить умения, навыки ведения здорового и безопасного образа жизни; выполнить нормы ГТО.</w:t>
      </w:r>
    </w:p>
    <w:p w:rsidR="009B34DB" w:rsidRPr="00930EFA" w:rsidRDefault="00DD7339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направлено на эффективное развитие физ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ических качеств и способностей обучающихся начальной школы; на воспитание личностных качеств, включающих в себя готовность и способность к саморазвитию, самооценке, рефлексии, анализу; формирует творческое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нестандартное мышление, инициативность, целеустре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млённость; воспитывает этические чувства доброжелательности и эмоционально-нравственной отзывчивости, понимания и сопереживания чувствам других людей; учит взаимодействовать с окружающими людьми и работать в команде; проявлять лидерские качества.</w:t>
      </w:r>
    </w:p>
    <w:p w:rsidR="009B34DB" w:rsidRPr="00930EFA" w:rsidRDefault="00DD7339">
      <w:pPr>
        <w:autoSpaceDE w:val="0"/>
        <w:autoSpaceDN w:val="0"/>
        <w:spacing w:before="70" w:after="0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Содержани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 программы строится на принципах личностно-ориентированной, личностно-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ия, физическое воспитание.</w:t>
      </w:r>
    </w:p>
    <w:p w:rsidR="009B34DB" w:rsidRPr="00930EFA" w:rsidRDefault="00DD7339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Важное значение в освоении программы уделено играм и игровым заданиям как простейшей форме физкультурно-спортивной деятельности. В программе используются сюжетные и импровизационно-творческие подвижные игры, рефлексивно-метафорич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ознакомления с видами спорта в программе испо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льзуются спортивные эстафеты, спортивные упражнения и спортивные игровые задания. Для ознакомления с туристическими спортивными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316" w:right="666" w:bottom="40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66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упражнениями в программе используются туристические спортивные игры. Содержание программы обеспечивает д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остаточный объём практико-ориентированных знаний и умений.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ФГОС НОО содержание программы учебного предмета «Физическая культура</w:t>
      </w:r>
      <w:proofErr w:type="gram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»с</w:t>
      </w:r>
      <w:proofErr w:type="gram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остоит из следующих компонентов:</w:t>
      </w:r>
    </w:p>
    <w:p w:rsidR="009B34DB" w:rsidRPr="00930EFA" w:rsidRDefault="00DD733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знания о физической культуре (информационный компонент деятельности);</w:t>
      </w:r>
    </w:p>
    <w:p w:rsidR="009B34DB" w:rsidRPr="00930EFA" w:rsidRDefault="00DD7339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способы физкультурной деятельности (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операциональный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компонент деятельности);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деятельность.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180" w:after="0" w:line="286" w:lineRule="auto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Концепция программы основана на следующих принципах: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систематичности и последовательности.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Принцип систематичности и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последовательности предполагает регулярность занятий и систему чередования нагрузок с отдыхом, а также определённ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ую последовательность занятий и взаимосвязь между различными сторонами их содержания. Учебный материал программы должен быть разделён на логически завершённые части, теоретическая база знаний подкрепляется практическими навыками. Особое внимание в программ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е уделяется повторяемости. Повторяются не только отдельные физические упражнения, но и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систематичности и последовательности повышает эффективность динамики развития основных физических качеств младших школьников с учётом их сенситивного периода развития: гибкости, координации, быстроты.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Принципы непрерывности и цикличности.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Эти принципы выра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9B34DB" w:rsidRPr="00930EFA" w:rsidRDefault="00DD7339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возрастной адекватности направлений физического воспитания.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Программа учитывает возрастные и индивидуальные особенности детей младшего школьного возраста, что способствует гармоничному формированию двигательных умений и навыков.</w:t>
      </w:r>
    </w:p>
    <w:p w:rsidR="009B34DB" w:rsidRPr="00930EFA" w:rsidRDefault="00DD7339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наглядности.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Наглядность обучения и воспитания предполагает как широкое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исполь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программы. В процессе физического воспитания наглядность играет особенн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9B34DB" w:rsidRPr="00930EFA" w:rsidRDefault="00DD7339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доступности и индивидуализации.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Принцип доступности и индивидуализации означает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требование оптимального соответствия задач, средств и методов физического воспитания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преднамеренном, целеустремлённом и волевом поведении обучающихся.</w:t>
      </w:r>
    </w:p>
    <w:p w:rsidR="009B34DB" w:rsidRPr="00930EFA" w:rsidRDefault="00DD7339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ос</w:t>
      </w: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ознанности и активности.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86" w:right="680" w:bottom="332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66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30" w:lineRule="auto"/>
        <w:rPr>
          <w:lang w:val="ru-RU"/>
        </w:rPr>
      </w:pP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дозированности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объёма и интенсивности выполнения упражнений в соответствии с возможностями.</w:t>
      </w:r>
    </w:p>
    <w:p w:rsidR="009B34DB" w:rsidRPr="00930EFA" w:rsidRDefault="00DD7339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Осознавая оздоровительное воздействие физических упражнений на организм, обучающиеся учатся самостоятельно и творчески решать двигательные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задачи.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динамичности.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Принцип динамичности выражает общую тенденцию требований, предъявляемых к обучающимся в соответствии с программой, которая заключается в постановке и выполнении всё более трудных новых заданий, в постепенном нарастании объёма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 интенсивности и связанных с ними нагрузок. Программой предусмотрено регулярное обновление заданий с общей тенденцией к росту физических нагрузок.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вариативности.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Принцип вариативности программы предполагает многообразие и гибкость используемых в п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рограмме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программе. Соблюдение этих принципов позволит обучающимся достичь наиболее эффективных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результатов.</w:t>
      </w:r>
    </w:p>
    <w:p w:rsidR="009B34DB" w:rsidRPr="00930EFA" w:rsidRDefault="00DD7339">
      <w:pPr>
        <w:autoSpaceDE w:val="0"/>
        <w:autoSpaceDN w:val="0"/>
        <w:spacing w:before="70" w:after="0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Освоение программы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ических знаний, практических умений и навыков в учебной и самостоятельной физкультурной, оздоровительной деятельности.</w:t>
      </w:r>
    </w:p>
    <w:p w:rsidR="009B34DB" w:rsidRPr="00930EFA" w:rsidRDefault="00DD7339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 основе программы лежит системно-деятельностный подход, целью которого является формирование у обучающихся полного представления о возмо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жностях физической культуры. В содержании программы учитывается взаимосвязь изучаемых явлений и процессов, что позволит успешно достигнуть планируемых результатов — предметных, метапредметных и личностных.</w:t>
      </w:r>
    </w:p>
    <w:p w:rsidR="009B34DB" w:rsidRPr="00930EFA" w:rsidRDefault="00DD73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ЦЕЛИ ИЗУЧЕНИЯ УЧЕБНОГО ПРЕДМЕТА «ФИЗИЧЕСКАЯ 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КУЛЬТУРА»</w:t>
      </w:r>
    </w:p>
    <w:p w:rsidR="009B34DB" w:rsidRPr="00930EFA" w:rsidRDefault="00DD7339">
      <w:pPr>
        <w:autoSpaceDE w:val="0"/>
        <w:autoSpaceDN w:val="0"/>
        <w:spacing w:before="190" w:after="0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Цели изучения учебного предмета «Физическая культура» —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трудовой деятельности и организации активного отдыха.</w:t>
      </w:r>
    </w:p>
    <w:p w:rsidR="009B34DB" w:rsidRPr="00930EFA" w:rsidRDefault="00DD7339">
      <w:pPr>
        <w:autoSpaceDE w:val="0"/>
        <w:autoSpaceDN w:val="0"/>
        <w:spacing w:before="70" w:after="0" w:line="271" w:lineRule="auto"/>
        <w:ind w:right="1008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Цели и задачи программы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9B34DB" w:rsidRPr="00930EFA" w:rsidRDefault="00DD7339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 направл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ению первостепенной значимости при реализации образовательных функций учебного предмета «Физическая культура» традиционно относят формирование знаний основ физической культуры как науки области знаний о человеке, прикладных умениях и навыках, основанных на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Используемые в образов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образования.</w:t>
      </w:r>
    </w:p>
    <w:p w:rsidR="009B34DB" w:rsidRPr="00930EFA" w:rsidRDefault="00DD7339">
      <w:pPr>
        <w:autoSpaceDE w:val="0"/>
        <w:autoSpaceDN w:val="0"/>
        <w:spacing w:before="70" w:after="0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 содержании программы учтены основные направления развития познавательной активности человека, включая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Задача учебного предмета состоит в формировании системы физку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гимнастики, плавания как жизненно важных навыков человек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а; овладение умениями организовывать 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здоровьесберегающую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жизнедеятельность (распорядок дня, утренняя гимнастика, гимнастические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86" w:right="668" w:bottom="31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66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71" w:lineRule="auto"/>
        <w:ind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минутки, подвижные и общеразвивающие игры и т.д.); умении применять правила безопасности при выполнении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физических упражнений и различных форм двигательной деятельности и как результат— физическое воспитание, формирование здоровья и здорового образа жизни.</w:t>
      </w:r>
    </w:p>
    <w:p w:rsidR="009B34DB" w:rsidRPr="00930EFA" w:rsidRDefault="00DD73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Наряду с этим программа обеспечивает:</w:t>
      </w:r>
    </w:p>
    <w:p w:rsidR="009B34DB" w:rsidRPr="00930EFA" w:rsidRDefault="00DD7339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единство образовательного пространства на территории Российско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й Федерации с целью реализации равных возможностей получения качественного начального общего образования;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преемственность основных образовательных программ дошкольного, начального общего и основного общего образования;</w:t>
      </w:r>
    </w:p>
    <w:p w:rsidR="009B34DB" w:rsidRPr="00930EFA" w:rsidRDefault="00DD7339">
      <w:pPr>
        <w:autoSpaceDE w:val="0"/>
        <w:autoSpaceDN w:val="0"/>
        <w:spacing w:before="240" w:after="0" w:line="271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возможности формирования индиви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государственные гарантии качества начального общего образования, ли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чностного развития обучающихся;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та;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освоение обучающимися технологий командной работы на 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 индивидуального подхода в обучении позволяет обучающимся осваивать программу в соответствии с возможностями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каждого.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Универсальными компетенциями учащихся на этапе начального образования по программе являются:</w:t>
      </w:r>
    </w:p>
    <w:p w:rsidR="009B34DB" w:rsidRPr="00930EFA" w:rsidRDefault="00DD7339">
      <w:pPr>
        <w:autoSpaceDE w:val="0"/>
        <w:autoSpaceDN w:val="0"/>
        <w:spacing w:before="178" w:after="0" w:line="274" w:lineRule="auto"/>
        <w:ind w:left="420" w:right="86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развития и физического совершенствования;</w:t>
      </w:r>
    </w:p>
    <w:p w:rsidR="009B34DB" w:rsidRPr="00930EFA" w:rsidRDefault="00DD7339">
      <w:pPr>
        <w:autoSpaceDE w:val="0"/>
        <w:autoSpaceDN w:val="0"/>
        <w:spacing w:before="238" w:after="0"/>
        <w:ind w:left="420"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вочном процессе, взаимопомощь при изучении и выполнении физических упражнений;</w:t>
      </w:r>
    </w:p>
    <w:p w:rsidR="009B34DB" w:rsidRPr="00930EFA" w:rsidRDefault="00DD7339">
      <w:pPr>
        <w:autoSpaceDE w:val="0"/>
        <w:autoSpaceDN w:val="0"/>
        <w:spacing w:before="238" w:after="0" w:line="281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на заданную тему </w:t>
      </w:r>
      <w:proofErr w:type="gram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общим</w:t>
      </w:r>
      <w:proofErr w:type="gram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умение работать над ошибками, в том числе при выполнении физических упражне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86" w:right="712" w:bottom="302" w:left="666" w:header="720" w:footer="720" w:gutter="0"/>
          <w:cols w:space="720" w:equalWidth="0">
            <w:col w:w="10522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138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«Физическая культура» в учебном плане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Обще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 число часов, отведённых на изучение предмета «Физическая культура» в 1 классе, составляет 99 часов.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358" w:right="832" w:bottom="1440" w:left="666" w:header="720" w:footer="720" w:gutter="0"/>
          <w:cols w:space="720" w:equalWidth="0">
            <w:col w:w="10402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78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30" w:lineRule="auto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346" w:after="0" w:line="262" w:lineRule="auto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Физическая культура. Культура движения. Гимнастика. Регулярные занятия физической культурой в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рамках учебной и внеурочной деятельности. Основные разделы урока.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Исходные положения в физических упражнениях: стойки, упоры, седы, положения лёжа, сидя, у опоры.</w:t>
      </w:r>
    </w:p>
    <w:p w:rsidR="009B34DB" w:rsidRPr="00930EFA" w:rsidRDefault="00DD733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Правила поведения на уроках физической культуры. Общие принципы выполнения гимнастических уп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ражнений. Гимнастический шаг. Гимнастический (мягкий) бег. Основные хореографические позиции.</w:t>
      </w:r>
    </w:p>
    <w:p w:rsidR="009B34DB" w:rsidRPr="00930EFA" w:rsidRDefault="00DD7339">
      <w:pPr>
        <w:autoSpaceDE w:val="0"/>
        <w:autoSpaceDN w:val="0"/>
        <w:spacing w:before="70" w:after="0" w:line="274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физических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упражнений, проведении игр и спортивных эстафет.</w:t>
      </w:r>
    </w:p>
    <w:p w:rsidR="009B34DB" w:rsidRPr="00930EFA" w:rsidRDefault="00DD73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Распорядок дня. Личная гигиена. Основные правила личной гигиены.</w:t>
      </w:r>
    </w:p>
    <w:p w:rsidR="009B34DB" w:rsidRPr="00930EFA" w:rsidRDefault="00DD73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Самоконтроль. Строевые команды, построение, расчёт.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Физические упражнения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Упражнения по видам разминки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Общая разминка.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еский шаг), шаги с продвижением вперёд на 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полупальцах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и пятках («казачок»), шаги с продвижением вперёд на 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полупальцах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с выпрямленными коленями и в полуприседе («жираф»), шаги с продвижением вперёд, сочетаемые с отведением рук назад на горизонтальном уровне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(«конькобежец»). Освоение танцевальных позиций у опоры.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Партерная разминка.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вижности суставов («лягушонок»); упражнения для растяжки задней поверхности мышц бедра и формирования 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выворотности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стоп («крестик»); упражнения для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укрепления мышц ног, увеличения подвижности тазобедренных, коленных и голеностопных суставов («велосипед»).</w:t>
      </w:r>
    </w:p>
    <w:p w:rsidR="009B34DB" w:rsidRPr="00930EFA" w:rsidRDefault="00DD7339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Упражнения для укрепления мышц тела и развития гибкости позвоночника, упражнения для разогревания методом скручивания мышц спины («верёвочка»); упражнения для укрепления мышц спины и увеличения их эластичности («рыбка»); упражнения для развития гибкости п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озвоночника и плечевого пояса («мост») из положения лёжа.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2" w:after="0" w:line="271" w:lineRule="auto"/>
        <w:ind w:right="144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Подводящие упражнения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Группировка, кувырок в сторону; освоение подводящих упражнений к выполнению продольных и поперечных шпагатов («ящерка»).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Упражнения для развития моторики и координации с гимнастическим предметом </w:t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Удержание скакалки. Вращение кистью руки скакалки, сложенной вчетверо, — перед собой, сложенной вдвое — поочерёдно в лицевой, боковой плоскостях. Подскоки через скакалку вперёд, наз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ад. Прыжки через скакалку вперёд, назад. Игровые задания со скакалкой.</w:t>
      </w:r>
    </w:p>
    <w:p w:rsidR="009B34DB" w:rsidRPr="00930EFA" w:rsidRDefault="00DD73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Удержание гимнастического мяча. Баланс мяча на ладони, передача мяча из руки в руку.</w:t>
      </w:r>
    </w:p>
    <w:p w:rsidR="009B34DB" w:rsidRPr="00930EFA" w:rsidRDefault="00DD7339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Одиночный отбив мяча от пола. Переброска мяча с ладони на тыльную сторону руки и обратно. Перекат мя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ча по полу, по рукам. Бросок и ловля мяча. Игровые задания с мячом.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Упражнения для развития координации и развития жизненно важных навыков и умений </w:t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Равновесие — колено вперёд попеременно каждой ногой. Равновесие («арабеск») попеременно каждой ногой. Пово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98" w:right="638" w:bottom="290" w:left="666" w:header="720" w:footer="720" w:gutter="0"/>
          <w:cols w:space="720" w:equalWidth="0">
            <w:col w:w="10596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96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Освоение танцевальных шагов: «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буратино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», «</w:t>
      </w:r>
      <w:proofErr w:type="spellStart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ковырялочка</w:t>
      </w:r>
      <w:proofErr w:type="spellEnd"/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», «верёвочка».</w:t>
      </w:r>
    </w:p>
    <w:p w:rsidR="009B34DB" w:rsidRPr="00930EFA" w:rsidRDefault="00DD73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Бег,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сочетаемый с круговыми движениями руками.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930EFA">
        <w:rPr>
          <w:lang w:val="ru-RU"/>
        </w:rPr>
        <w:tab/>
      </w:r>
      <w:proofErr w:type="spellStart"/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Игрыиигровыезадания</w:t>
      </w:r>
      <w:proofErr w:type="spellEnd"/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, </w:t>
      </w:r>
      <w:proofErr w:type="spellStart"/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спортивныеэстафеты</w:t>
      </w:r>
      <w:proofErr w:type="spellEnd"/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Музыкально-сценические игры. Игровые задания. Спортивные эстафеты с мячом, со скакалкой. Спортивные игры с элементами единоборства.</w:t>
      </w:r>
    </w:p>
    <w:p w:rsidR="009B34DB" w:rsidRPr="00930EFA" w:rsidRDefault="00DD7339">
      <w:pPr>
        <w:autoSpaceDE w:val="0"/>
        <w:autoSpaceDN w:val="0"/>
        <w:spacing w:before="70" w:after="0" w:line="262" w:lineRule="auto"/>
        <w:ind w:left="180" w:right="2160"/>
        <w:rPr>
          <w:lang w:val="ru-RU"/>
        </w:rPr>
      </w:pPr>
      <w:proofErr w:type="spellStart"/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Организующиекомандыиприёмы</w:t>
      </w:r>
      <w:proofErr w:type="spellEnd"/>
      <w:r w:rsidRPr="00930EF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Освоение ун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иверсальных умений при выполнении организующих команд.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316" w:right="1156" w:bottom="1440" w:left="666" w:header="720" w:footer="720" w:gutter="0"/>
          <w:cols w:space="720" w:equalWidth="0">
            <w:col w:w="10078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78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30" w:lineRule="auto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9B34DB" w:rsidRPr="00930EFA" w:rsidRDefault="00DD7339">
      <w:pPr>
        <w:autoSpaceDE w:val="0"/>
        <w:autoSpaceDN w:val="0"/>
        <w:spacing w:before="346" w:after="0" w:line="271" w:lineRule="auto"/>
        <w:ind w:right="720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к результатам освоения основных образовательных программ начального общего образования ФГОС программа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направлена на достижение обучающимися личностных, метапредметных и предметных результатов по физической культуре.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начального общего образования достигаются в ходе обучения физической культур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вития и социализации обучающихся.</w:t>
      </w:r>
    </w:p>
    <w:p w:rsidR="009B34DB" w:rsidRPr="00930EFA" w:rsidRDefault="00DD7339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предмета «Физическая культура» в начальной школе отражают готовность обучающихся руководствоваться ценностями и приобретение первоначального опыта деятельности на их основе.</w:t>
      </w:r>
    </w:p>
    <w:p w:rsidR="009B34DB" w:rsidRPr="00930EFA" w:rsidRDefault="00DD73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Патриотическое во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спитание:</w:t>
      </w:r>
    </w:p>
    <w:p w:rsidR="009B34DB" w:rsidRPr="00930EFA" w:rsidRDefault="00DD7339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</w:p>
    <w:p w:rsidR="009B34DB" w:rsidRPr="00930EFA" w:rsidRDefault="00DD73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Гражданское воспитание:</w:t>
      </w:r>
    </w:p>
    <w:p w:rsidR="009B34DB" w:rsidRPr="00930EFA" w:rsidRDefault="00DD7339">
      <w:pPr>
        <w:autoSpaceDE w:val="0"/>
        <w:autoSpaceDN w:val="0"/>
        <w:spacing w:before="178" w:after="0" w:line="286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представление о социальных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поступков; оказание посильной помощи и моральной поддержки сверстникам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при выполнении учебных заданий, доброжелательное и уважительное отношение при объяснении ошибок и способов их устранения.</w:t>
      </w:r>
    </w:p>
    <w:p w:rsidR="009B34DB" w:rsidRPr="00930EFA" w:rsidRDefault="00DD7339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9B34DB" w:rsidRPr="00930EFA" w:rsidRDefault="00DD7339">
      <w:pPr>
        <w:autoSpaceDE w:val="0"/>
        <w:autoSpaceDN w:val="0"/>
        <w:spacing w:before="180" w:after="0" w:line="262" w:lineRule="auto"/>
        <w:ind w:left="420" w:right="576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знание истории развития представлений о физическом развитии и воспитании человека в российской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культурно-педагогической традиции;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познавательная 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информационная культура, в том числе навыки самостоятельной работы с учебными текстами, справочной литературой, доступными техническими средствами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информационных технологий;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интерес к обучению и познанию, любознательность, готовность и способность к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самообразованию, исследовательской деятельности, к осознанному выбору направленности и уровня обучения в дальнейшем.</w:t>
      </w:r>
    </w:p>
    <w:p w:rsidR="009B34DB" w:rsidRPr="00930EFA" w:rsidRDefault="00DD73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Формирование культуры здоровья: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108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81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своего здоровья для себя, общества, государства; ответственно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е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умений; установка на здоровый образ жизни, необходимость соблюдения правил безопасности при занятиях физическо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й культурой и спортом.</w:t>
      </w:r>
    </w:p>
    <w:p w:rsidR="009B34DB" w:rsidRPr="00930EFA" w:rsidRDefault="00DD73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Экологическое воспитание:</w:t>
      </w:r>
    </w:p>
    <w:p w:rsidR="009B34DB" w:rsidRPr="00930EFA" w:rsidRDefault="00DD7339">
      <w:pPr>
        <w:autoSpaceDE w:val="0"/>
        <w:autoSpaceDN w:val="0"/>
        <w:spacing w:before="178" w:after="0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экологически целесообразное отношение к природе, внимательное отношение к человеку, его потребностям в жизнеобеспечивающих двигательных действиях; ответственное отношение к собственному физическому и псих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9B34DB" w:rsidRPr="00930EFA" w:rsidRDefault="00DD7339">
      <w:pPr>
        <w:autoSpaceDE w:val="0"/>
        <w:autoSpaceDN w:val="0"/>
        <w:spacing w:before="240" w:after="0" w:line="262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экологическое мышление, умение руководствоваться им в познавательной, коммуникативной и социальной практике.</w:t>
      </w:r>
    </w:p>
    <w:p w:rsidR="009B34DB" w:rsidRPr="00930EFA" w:rsidRDefault="00DD7339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РЕЗУЛЬТАТЫ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190" w:after="0" w:line="262" w:lineRule="auto"/>
        <w:ind w:right="864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 освоения образовательной программы по физической культуре отражают овладение универсальными познавательными действиями.</w:t>
      </w:r>
    </w:p>
    <w:p w:rsidR="009B34DB" w:rsidRPr="00930EFA" w:rsidRDefault="00DD7339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В составе метапредметных результатов выделяют такие значимые для формирования мировоззрения формы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научного познания, как научный факт, гипотеза, теория, закон, понятие, проблема, идея, категория,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/>
        <w:ind w:right="864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 освоения образовательн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ой программы по физической культуре отражают овладение универсальными учебными действиями, в том числе: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1) 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, отражающие методы познания окружающего мира:</w:t>
      </w:r>
    </w:p>
    <w:p w:rsidR="009B34DB" w:rsidRPr="00930EFA" w:rsidRDefault="00DD7339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терминах и понятиях, используемых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 физической культуре (в пределах изученного), применять изученную терминологию в своих устных и письменных высказываниях;</w:t>
      </w:r>
    </w:p>
    <w:p w:rsidR="009B34DB" w:rsidRPr="00930EFA" w:rsidRDefault="00DD7339">
      <w:pPr>
        <w:autoSpaceDE w:val="0"/>
        <w:autoSpaceDN w:val="0"/>
        <w:spacing w:before="240" w:after="0" w:line="262" w:lineRule="auto"/>
        <w:ind w:left="420" w:right="86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выявлять признаки положительного влияния занятий физической культурой на работу организма, сохранение его здоровья и эмоциональног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 благополучия;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правила безопасного поведения при освоении физических упражнений, плавании;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115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связь между физическими упражнениями и их влиянием на развитие физических качеств;</w:t>
      </w:r>
    </w:p>
    <w:p w:rsidR="009B34DB" w:rsidRPr="00930EFA" w:rsidRDefault="00DD7339">
      <w:pPr>
        <w:autoSpaceDE w:val="0"/>
        <w:autoSpaceDN w:val="0"/>
        <w:spacing w:before="238" w:after="0"/>
        <w:ind w:left="420"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классифицировать виды физических упражнений в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преимущественному воздействию на развитие отдельных качеств (способно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стей) человека;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упражнений;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328" w:right="658" w:bottom="398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72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9B34DB" w:rsidRPr="00930EFA" w:rsidRDefault="00DD7339">
      <w:pPr>
        <w:autoSpaceDE w:val="0"/>
        <w:autoSpaceDN w:val="0"/>
        <w:spacing w:before="238" w:after="0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формировать умение понимать причины успеха / неуспеха уче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бной деятельности, в том числе для целей эффективного развития физических качеств и способностей в соответствии с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сенситивными периодами развития, способности конструктивно находить решение и действовать даже в ситуациях неуспеха;</w:t>
      </w:r>
    </w:p>
    <w:p w:rsidR="009B34DB" w:rsidRPr="00930EFA" w:rsidRDefault="00DD7339">
      <w:pPr>
        <w:autoSpaceDE w:val="0"/>
        <w:autoSpaceDN w:val="0"/>
        <w:spacing w:before="238" w:after="0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овладевать базовыми п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редметными и межпредметными понятиями, отражающими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существенные связи и отношения между объектами и процессами;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9B34DB" w:rsidRPr="00930EFA" w:rsidRDefault="00DD7339">
      <w:pPr>
        <w:autoSpaceDE w:val="0"/>
        <w:autoSpaceDN w:val="0"/>
        <w:spacing w:before="240" w:after="0" w:line="271" w:lineRule="auto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использова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ть информацию, полученную посредством наблюдений, просмотра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9B34DB" w:rsidRPr="00930EFA" w:rsidRDefault="00DD7339">
      <w:pPr>
        <w:autoSpaceDE w:val="0"/>
        <w:autoSpaceDN w:val="0"/>
        <w:spacing w:before="238" w:after="0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средств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а информационно-коммуникационных технологий для решения учебных и практических задач (в том числе Интернет с контролируемым выходом), оценивать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объективность информации и возможности её использования для решения конкретных учебных задач.</w:t>
      </w:r>
    </w:p>
    <w:p w:rsidR="009B34DB" w:rsidRPr="00930EFA" w:rsidRDefault="00DD7339">
      <w:pPr>
        <w:autoSpaceDE w:val="0"/>
        <w:autoSpaceDN w:val="0"/>
        <w:spacing w:before="178" w:after="0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2) 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е универсальные учебные действия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, отражающие способность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обучающегося осуществлять коммуникативную деятельность, использовать правила общения в конкретных учебных и внеучебных ситуациях; самостоятельную организацию речевой деятельности в устной и письменн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ой форме:</w:t>
      </w:r>
    </w:p>
    <w:p w:rsidR="009B34DB" w:rsidRPr="00930EFA" w:rsidRDefault="00DD7339">
      <w:pPr>
        <w:autoSpaceDE w:val="0"/>
        <w:autoSpaceDN w:val="0"/>
        <w:spacing w:before="178" w:after="0" w:line="271" w:lineRule="auto"/>
        <w:ind w:left="420" w:right="86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описывать влияние физиче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ской культуры на здоровье и эмоциональное благополучие человека;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100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9B34DB" w:rsidRPr="00930EFA" w:rsidRDefault="00DD7339">
      <w:pPr>
        <w:autoSpaceDE w:val="0"/>
        <w:autoSpaceDN w:val="0"/>
        <w:spacing w:before="240" w:after="0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деятельности, распределение ролей, выполнение функциональных обязанностей, осуществлени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 действий для достижения результата;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86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продуктивно сотрудничать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9B34DB" w:rsidRPr="00930EFA" w:rsidRDefault="00DD7339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конструктивно разрешать конфликты посредством учёта интересов сторон 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сотрудничества.</w:t>
      </w:r>
    </w:p>
    <w:p w:rsidR="009B34DB" w:rsidRPr="00930EFA" w:rsidRDefault="00DD73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3) 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, отражающие способности обучающегося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92" w:right="666" w:bottom="43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66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62" w:lineRule="auto"/>
        <w:ind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строить учебно-познавательную деятельность, учитывая все её компоненты (цель, мотив, прогноз, средства, контроль, оценка):</w:t>
      </w:r>
    </w:p>
    <w:p w:rsidR="009B34DB" w:rsidRPr="00930EFA" w:rsidRDefault="00DD733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оцени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состояние организма на уроках физической культуры и в самостоятельной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повседневной физической деятельности по показателям частоты пульса и самочувствия;</w:t>
      </w:r>
    </w:p>
    <w:p w:rsidR="009B34DB" w:rsidRPr="00930EFA" w:rsidRDefault="00DD7339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предусматривать возникновение возможных ситуаций, опасных для здоровья и жизни;</w:t>
      </w:r>
    </w:p>
    <w:p w:rsidR="009B34DB" w:rsidRPr="00930EFA" w:rsidRDefault="00DD7339">
      <w:pPr>
        <w:autoSpaceDE w:val="0"/>
        <w:autoSpaceDN w:val="0"/>
        <w:spacing w:before="238" w:after="0" w:line="274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проявлять волевую саморегуляцию при планировании и выполнении намеченных планов организ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ации своей жизнедеятельности; проявлять стремление к успешной образовательной, в том числе физкультурно-спортивной, деятельности; анализировать свои ошибки;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1296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информационную, познавательную и практическую деятельность с использованием различн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ых средств информации и коммуникации.</w:t>
      </w:r>
    </w:p>
    <w:p w:rsidR="009B34DB" w:rsidRPr="00930EFA" w:rsidRDefault="00DD7339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изучения учебного предмета «Физическая культура» отражают опыт учащихся в физкультурной деятельности.</w:t>
      </w:r>
    </w:p>
    <w:p w:rsidR="009B34DB" w:rsidRPr="00930EFA" w:rsidRDefault="00DD73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В составе предметных результатов по освоению обязательного содержания,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установленного данной программой, выделяются: полученные знания, освоенные обучающимися; умения и способы действий, специфические для предметной области «Физическая культура» периода развития детей возраста начальной школы; виды деятельности по получению 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овых знаний, их интерпретации, преобразованию и применению в различных учебных и новых ситуациях.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9B34DB" w:rsidRPr="00930EFA" w:rsidRDefault="00DD7339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гимнастические упражнения, характеризующиеся многообр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9B34DB" w:rsidRPr="00930EFA" w:rsidRDefault="00DD7339">
      <w:pPr>
        <w:autoSpaceDE w:val="0"/>
        <w:autoSpaceDN w:val="0"/>
        <w:spacing w:before="238" w:after="0" w:line="281" w:lineRule="auto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игровые упражнения, состоящие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из естественных видов действий (элементарных движений, бега, бросков и т. п.),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у действия (точнее бросить, быстрее добежать, выполнить в соответствии с предлагаемой техникой выполнения или конечным результатом задания и т. п.);</w:t>
      </w:r>
    </w:p>
    <w:p w:rsidR="009B34DB" w:rsidRPr="00930EFA" w:rsidRDefault="00DD7339">
      <w:pPr>
        <w:autoSpaceDE w:val="0"/>
        <w:autoSpaceDN w:val="0"/>
        <w:spacing w:before="238" w:after="0"/>
        <w:ind w:left="420" w:right="576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туристические физические упражнения, включающие ходьбу, бег, прыжки, преодоление препятствий, ходьбу на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9B34DB" w:rsidRPr="00930EFA" w:rsidRDefault="00DD7339">
      <w:pPr>
        <w:autoSpaceDE w:val="0"/>
        <w:autoSpaceDN w:val="0"/>
        <w:spacing w:before="238" w:after="0" w:line="281" w:lineRule="auto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спортивные упражнения объединяют ту группу действий, исполнение которых искусственно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условно относятся некоторые физические упражнения первых т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рёх трупп, если им присущи перечисленные признаки (спортивные гимнастические упражнения,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спортивные игровые упражнения, спортивные туристические упражнения).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86" w:right="706" w:bottom="408" w:left="666" w:header="720" w:footer="720" w:gutter="0"/>
          <w:cols w:space="720" w:equalWidth="0">
            <w:col w:w="10528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78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62" w:lineRule="auto"/>
        <w:ind w:left="180" w:right="432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отражают сформированность у обучающихся определённы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х умений. 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1) Знания о физической культуре:</w:t>
      </w:r>
    </w:p>
    <w:p w:rsidR="009B34DB" w:rsidRPr="00930EFA" w:rsidRDefault="00DD7339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различать основные предметные области физической культуры (гимнастика, игры, туризм, спорт);</w:t>
      </w:r>
    </w:p>
    <w:p w:rsidR="009B34DB" w:rsidRPr="00930EFA" w:rsidRDefault="00DD7339">
      <w:pPr>
        <w:autoSpaceDE w:val="0"/>
        <w:autoSpaceDN w:val="0"/>
        <w:spacing w:before="238" w:after="0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правила составления распорядка дня с использованием знаний принципов личной гигиены, требований к од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ежде и обуви для занятий физическими упражнениями в зале и на улице; иметь представление о здоровом образе жизни, о важности ведения активного образа жизни;</w:t>
      </w:r>
    </w:p>
    <w:p w:rsidR="009B34DB" w:rsidRPr="00930EFA" w:rsidRDefault="00DD7339">
      <w:pPr>
        <w:autoSpaceDE w:val="0"/>
        <w:autoSpaceDN w:val="0"/>
        <w:spacing w:before="240" w:after="0" w:line="262" w:lineRule="auto"/>
        <w:ind w:left="420" w:right="100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знать и формулировать основные правила безопасного поведения в местах занятий физическими упражн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ениями (в спортивном зале, на спортивной площадке, в бассейне);</w:t>
      </w:r>
    </w:p>
    <w:p w:rsidR="009B34DB" w:rsidRPr="00930EFA" w:rsidRDefault="00DD7339">
      <w:pPr>
        <w:autoSpaceDE w:val="0"/>
        <w:autoSpaceDN w:val="0"/>
        <w:spacing w:before="240" w:after="0" w:line="281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формулировать простейшие правила закаливания и организации самостоятельных занятий физическими упражнениями, уметь применять их в повседневной жизни; понимать и раскрывать значение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регулярного выполнения гимнастических упражнений для гармоничного развития; знать и описывать формы наблюдения за динамикой развития гибкости и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координационных способностей;</w:t>
      </w:r>
    </w:p>
    <w:p w:rsidR="009B34DB" w:rsidRPr="00930EFA" w:rsidRDefault="00DD7339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знать основные виды разминки.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178" w:after="0" w:line="271" w:lineRule="auto"/>
        <w:ind w:right="1152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2) Способы физкультурной деятельности: </w:t>
      </w:r>
      <w:r w:rsidRPr="00930EFA">
        <w:rPr>
          <w:lang w:val="ru-RU"/>
        </w:rPr>
        <w:br/>
      </w: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Самостоятельные занятия </w:t>
      </w:r>
      <w:proofErr w:type="spellStart"/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>общеразвивающими</w:t>
      </w:r>
      <w:proofErr w:type="spellEnd"/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и </w:t>
      </w:r>
      <w:proofErr w:type="spellStart"/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>здоровьеформирующими</w:t>
      </w:r>
      <w:proofErr w:type="spellEnd"/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физическими упражнениями:</w:t>
      </w:r>
    </w:p>
    <w:p w:rsidR="009B34DB" w:rsidRPr="00930EFA" w:rsidRDefault="00DD7339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выбирать гимнастические упражнения для формирования стопы, осанки в положении стоя, сидя и при ходьбе; упражнения для развития гибкости и координации;</w:t>
      </w:r>
    </w:p>
    <w:p w:rsidR="009B34DB" w:rsidRPr="00930EFA" w:rsidRDefault="00DD7339">
      <w:pPr>
        <w:autoSpaceDE w:val="0"/>
        <w:autoSpaceDN w:val="0"/>
        <w:spacing w:before="238" w:after="0"/>
        <w:ind w:left="420" w:right="7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составлят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ь и выполнять индивидуальный распорядок дня с включением утренней гимнастики, физкультминуток, выполнения упражнений гимнастики; измерять и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в записи индивидуальные показатели длины и массы тела, сравнивать их значения с рекомендуемыми для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гармоничного развития значениями.</w:t>
      </w:r>
    </w:p>
    <w:p w:rsidR="009B34DB" w:rsidRPr="00930EFA" w:rsidRDefault="00DD7339">
      <w:pPr>
        <w:tabs>
          <w:tab w:val="left" w:pos="180"/>
        </w:tabs>
        <w:autoSpaceDE w:val="0"/>
        <w:autoSpaceDN w:val="0"/>
        <w:spacing w:before="178" w:after="0" w:line="262" w:lineRule="auto"/>
        <w:ind w:right="1296"/>
        <w:rPr>
          <w:lang w:val="ru-RU"/>
        </w:rPr>
      </w:pPr>
      <w:r w:rsidRPr="00930EFA">
        <w:rPr>
          <w:lang w:val="ru-RU"/>
        </w:rPr>
        <w:tab/>
      </w: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>Самостоятельные развивающие, подвижные игры и спортивные эстафеты, строевые упражнения:</w:t>
      </w:r>
    </w:p>
    <w:p w:rsidR="009B34DB" w:rsidRPr="00930EFA" w:rsidRDefault="00DD7339">
      <w:pPr>
        <w:autoSpaceDE w:val="0"/>
        <w:autoSpaceDN w:val="0"/>
        <w:spacing w:before="180" w:after="0" w:line="281" w:lineRule="auto"/>
        <w:ind w:left="420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спортивных эстафетах, развивающих подвижных играх, в том числе ролевых, с заданиями на выполнение движений под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музыку и с использованием танцевальных шагов; выполнять игровые задания для знакомства с видами спорта, плаванием, основами туристической деятельности; общаться и взаимодействовать в игровой деятельности; выполнять команды и строевые упражнения.</w:t>
      </w:r>
    </w:p>
    <w:p w:rsidR="009B34DB" w:rsidRPr="00930EFA" w:rsidRDefault="00DD7339">
      <w:pPr>
        <w:autoSpaceDE w:val="0"/>
        <w:autoSpaceDN w:val="0"/>
        <w:spacing w:before="178" w:after="0" w:line="262" w:lineRule="auto"/>
        <w:ind w:left="180" w:right="5328"/>
        <w:rPr>
          <w:lang w:val="ru-RU"/>
        </w:rPr>
      </w:pP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>3) Физичес</w:t>
      </w:r>
      <w:r w:rsidRPr="00930EF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кое совершенствование: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i/>
          <w:color w:val="000000"/>
          <w:sz w:val="24"/>
          <w:lang w:val="ru-RU"/>
        </w:rPr>
        <w:t>Физкультурно-оздоровительная деятельность:</w:t>
      </w:r>
    </w:p>
    <w:p w:rsidR="009B34DB" w:rsidRPr="00930EFA" w:rsidRDefault="00DD7339">
      <w:pPr>
        <w:autoSpaceDE w:val="0"/>
        <w:autoSpaceDN w:val="0"/>
        <w:spacing w:before="178" w:after="0" w:line="262" w:lineRule="auto"/>
        <w:ind w:left="420" w:right="576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осваивать технику выполнения гимнастических упражнений для формирования опорно-двигательного аппарата, включая гимнастический шаг, мягкий бег;</w:t>
      </w:r>
    </w:p>
    <w:p w:rsidR="009B34DB" w:rsidRPr="00930EFA" w:rsidRDefault="00DD7339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упражнения основной гимнастики на развит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ие физических качеств (гибкость, координация), эффективность развития которых приходится на возрастной период начальной школы, и развития силы, основанной на удержании собственного веса;</w:t>
      </w:r>
    </w:p>
    <w:p w:rsidR="009B34DB" w:rsidRPr="00930EFA" w:rsidRDefault="00DD7339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гимнастические упражнения на развитие моторики,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координационно-скоростных способностей, в том числе с использованием гимнастических предметов (скакалка, мяч);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98" w:right="710" w:bottom="302" w:left="666" w:header="720" w:footer="720" w:gutter="0"/>
          <w:cols w:space="720" w:equalWidth="0">
            <w:col w:w="10524" w:space="0"/>
          </w:cols>
          <w:docGrid w:linePitch="360"/>
        </w:sectPr>
      </w:pPr>
    </w:p>
    <w:p w:rsidR="009B34DB" w:rsidRPr="00930EFA" w:rsidRDefault="009B34DB">
      <w:pPr>
        <w:autoSpaceDE w:val="0"/>
        <w:autoSpaceDN w:val="0"/>
        <w:spacing w:after="168" w:line="220" w:lineRule="exact"/>
        <w:rPr>
          <w:lang w:val="ru-RU"/>
        </w:rPr>
      </w:pPr>
    </w:p>
    <w:p w:rsidR="009B34DB" w:rsidRPr="00930EFA" w:rsidRDefault="00DD7339">
      <w:pPr>
        <w:autoSpaceDE w:val="0"/>
        <w:autoSpaceDN w:val="0"/>
        <w:spacing w:after="0" w:line="271" w:lineRule="auto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гимнастические упражнения, направленные на развитие жизненно важных навыков и умений (группировка, кувырки; </w:t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 xml:space="preserve">повороты в обе стороны; равновесие на каждой ноге </w:t>
      </w:r>
      <w:r w:rsidRPr="00930EFA">
        <w:rPr>
          <w:lang w:val="ru-RU"/>
        </w:rPr>
        <w:br/>
      </w: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попеременно; прыжки толчком с двух ног вперёд, назад, с поворотом в обе стороны;</w:t>
      </w:r>
    </w:p>
    <w:p w:rsidR="009B34DB" w:rsidRPr="00930EFA" w:rsidRDefault="00DD7339">
      <w:pPr>
        <w:autoSpaceDE w:val="0"/>
        <w:autoSpaceDN w:val="0"/>
        <w:spacing w:before="238" w:after="0" w:line="230" w:lineRule="auto"/>
        <w:rPr>
          <w:lang w:val="ru-RU"/>
        </w:rPr>
      </w:pPr>
      <w:r w:rsidRPr="00930EFA">
        <w:rPr>
          <w:rFonts w:ascii="Times New Roman" w:eastAsia="Times New Roman" w:hAnsi="Times New Roman"/>
          <w:color w:val="000000"/>
          <w:sz w:val="24"/>
          <w:lang w:val="ru-RU"/>
        </w:rPr>
        <w:t>—  осваивать способы игровой деятельности.</w:t>
      </w:r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388" w:right="754" w:bottom="1440" w:left="1086" w:header="720" w:footer="720" w:gutter="0"/>
          <w:cols w:space="720" w:equalWidth="0">
            <w:col w:w="10059" w:space="0"/>
          </w:cols>
          <w:docGrid w:linePitch="360"/>
        </w:sectPr>
      </w:pPr>
    </w:p>
    <w:p w:rsidR="002D5C0E" w:rsidRPr="002D5C0E" w:rsidRDefault="00DB106B" w:rsidP="002D5C0E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b/>
          <w:sz w:val="19"/>
          <w:lang w:val="ru-RU"/>
        </w:rPr>
      </w:pPr>
      <w:r w:rsidRPr="00DB106B">
        <w:rPr>
          <w:rFonts w:ascii="Times New Roman" w:eastAsia="Times New Roman" w:hAnsi="Times New Roman" w:cs="Times New Roman"/>
          <w:noProof/>
          <w:lang w:val="ru-RU"/>
        </w:rPr>
        <w:lastRenderedPageBreak/>
        <w:pict>
          <v:rect id="Прямоугольник 5" o:spid="_x0000_s1026" style="position:absolute;margin-left:33.3pt;margin-top:17.65pt;width:775.65pt;height:.6pt;z-index:-251655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" fillcolor="black" stroked="f">
            <w10:wrap type="topAndBottom" anchorx="page"/>
          </v:rect>
        </w:pict>
      </w:r>
      <w:bookmarkStart w:id="0" w:name="ТЕМАТИЧЕСКОЕ_ПЛАНИРОВАНИЕ"/>
      <w:bookmarkEnd w:id="0"/>
      <w:r w:rsidR="002D5C0E" w:rsidRPr="002D5C0E">
        <w:rPr>
          <w:rFonts w:ascii="Times New Roman" w:eastAsia="Times New Roman" w:hAnsi="Times New Roman" w:cs="Times New Roman"/>
          <w:b/>
          <w:sz w:val="19"/>
          <w:lang w:val="ru-RU"/>
        </w:rPr>
        <w:t>ТЕМАТИЧЕСКОЕ</w:t>
      </w:r>
      <w:r w:rsidR="002D5C0E" w:rsidRPr="002D5C0E">
        <w:rPr>
          <w:rFonts w:ascii="Times New Roman" w:eastAsia="Times New Roman" w:hAnsi="Times New Roman" w:cs="Times New Roman"/>
          <w:b/>
          <w:spacing w:val="20"/>
          <w:sz w:val="19"/>
          <w:lang w:val="ru-RU"/>
        </w:rPr>
        <w:t xml:space="preserve"> </w:t>
      </w:r>
      <w:r w:rsidR="002D5C0E" w:rsidRPr="002D5C0E">
        <w:rPr>
          <w:rFonts w:ascii="Times New Roman" w:eastAsia="Times New Roman" w:hAnsi="Times New Roman" w:cs="Times New Roman"/>
          <w:b/>
          <w:sz w:val="19"/>
          <w:lang w:val="ru-RU"/>
        </w:rPr>
        <w:t>ПЛАНИРОВАНИЕ</w:t>
      </w:r>
    </w:p>
    <w:p w:rsidR="002D5C0E" w:rsidRPr="002D5C0E" w:rsidRDefault="002D5C0E" w:rsidP="002D5C0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4"/>
          <w:szCs w:val="24"/>
          <w:lang w:val="ru-RU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2929"/>
        <w:gridCol w:w="528"/>
        <w:gridCol w:w="1104"/>
        <w:gridCol w:w="1140"/>
        <w:gridCol w:w="864"/>
        <w:gridCol w:w="3914"/>
        <w:gridCol w:w="1116"/>
        <w:gridCol w:w="3469"/>
      </w:tblGrid>
      <w:tr w:rsidR="002D5C0E" w:rsidRPr="002D5C0E" w:rsidTr="001A22FB">
        <w:trPr>
          <w:trHeight w:val="333"/>
        </w:trPr>
        <w:tc>
          <w:tcPr>
            <w:tcW w:w="432" w:type="dxa"/>
            <w:vMerge w:val="restart"/>
          </w:tcPr>
          <w:p w:rsidR="002D5C0E" w:rsidRPr="002D5C0E" w:rsidRDefault="002D5C0E" w:rsidP="002D5C0E">
            <w:pPr>
              <w:spacing w:before="74" w:line="266" w:lineRule="auto"/>
              <w:ind w:right="98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№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п/п</w:t>
            </w:r>
          </w:p>
        </w:tc>
        <w:tc>
          <w:tcPr>
            <w:tcW w:w="2929" w:type="dxa"/>
            <w:vMerge w:val="restart"/>
          </w:tcPr>
          <w:p w:rsidR="002D5C0E" w:rsidRPr="002D5C0E" w:rsidRDefault="002D5C0E" w:rsidP="002D5C0E">
            <w:pPr>
              <w:spacing w:before="74" w:line="266" w:lineRule="auto"/>
              <w:ind w:right="702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Наименование</w:t>
            </w:r>
            <w:r w:rsidRPr="002D5C0E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разделов</w:t>
            </w:r>
            <w:r w:rsidRPr="002D5C0E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тем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Количество</w:t>
            </w:r>
            <w:r w:rsidRPr="002D5C0E">
              <w:rPr>
                <w:rFonts w:ascii="Times New Roman" w:eastAsia="Times New Roman" w:hAnsi="Times New Roman" w:cs="Times New Roman"/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часов</w:t>
            </w:r>
          </w:p>
        </w:tc>
        <w:tc>
          <w:tcPr>
            <w:tcW w:w="864" w:type="dxa"/>
            <w:vMerge w:val="restart"/>
          </w:tcPr>
          <w:p w:rsidR="002D5C0E" w:rsidRPr="002D5C0E" w:rsidRDefault="002D5C0E" w:rsidP="002D5C0E">
            <w:pPr>
              <w:spacing w:before="74" w:line="266" w:lineRule="auto"/>
              <w:ind w:right="99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Дата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изучения</w:t>
            </w:r>
          </w:p>
        </w:tc>
        <w:tc>
          <w:tcPr>
            <w:tcW w:w="3914" w:type="dxa"/>
            <w:vMerge w:val="restart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Виды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2D5C0E" w:rsidRPr="002D5C0E" w:rsidRDefault="002D5C0E" w:rsidP="002D5C0E">
            <w:pPr>
              <w:spacing w:before="74" w:line="266" w:lineRule="auto"/>
              <w:ind w:right="332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Виды,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формы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контроля</w:t>
            </w:r>
          </w:p>
        </w:tc>
        <w:tc>
          <w:tcPr>
            <w:tcW w:w="3469" w:type="dxa"/>
            <w:vMerge w:val="restart"/>
          </w:tcPr>
          <w:p w:rsidR="002D5C0E" w:rsidRPr="002D5C0E" w:rsidRDefault="002D5C0E" w:rsidP="002D5C0E">
            <w:pPr>
              <w:spacing w:before="74" w:line="266" w:lineRule="auto"/>
              <w:ind w:right="267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Электронные (цифровые) образовательные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ресурсы</w:t>
            </w:r>
          </w:p>
        </w:tc>
      </w:tr>
      <w:tr w:rsidR="002D5C0E" w:rsidRPr="002D5C0E" w:rsidTr="001A22FB">
        <w:trPr>
          <w:trHeight w:val="525"/>
        </w:trPr>
        <w:tc>
          <w:tcPr>
            <w:tcW w:w="432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всего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74" w:line="266" w:lineRule="auto"/>
              <w:ind w:right="43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контрольные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работы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74" w:line="266" w:lineRule="auto"/>
              <w:ind w:right="43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практические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914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D5C0E" w:rsidRPr="00DD7339" w:rsidTr="001A22FB">
        <w:trPr>
          <w:trHeight w:val="333"/>
        </w:trPr>
        <w:tc>
          <w:tcPr>
            <w:tcW w:w="15496" w:type="dxa"/>
            <w:gridSpan w:val="9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Раздел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1.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Знания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о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физической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культуре</w:t>
            </w:r>
          </w:p>
        </w:tc>
      </w:tr>
      <w:tr w:rsidR="002D5C0E" w:rsidRPr="00DD7339" w:rsidTr="001A22FB">
        <w:trPr>
          <w:trHeight w:val="1101"/>
        </w:trPr>
        <w:tc>
          <w:tcPr>
            <w:tcW w:w="432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1.1.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74" w:line="266" w:lineRule="auto"/>
              <w:ind w:right="533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Что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понимается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под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физической</w:t>
            </w:r>
            <w:r w:rsidRPr="002D5C0E">
              <w:rPr>
                <w:rFonts w:ascii="Times New Roman" w:eastAsia="Times New Roman" w:hAnsi="Times New Roman" w:cs="Times New Roman"/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культурой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2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2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02.09.2022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05.09.2022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7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обсуждают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рассказ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учителя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видах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спорта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занятиях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физическими упражнениями, которым обучают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школьников на уроках физической культуры,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рассказывают об известных видах спорта и проводят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примеры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упражнений,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которые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умеют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выполнять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74" w:line="266" w:lineRule="auto"/>
              <w:ind w:right="483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опрос;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7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https://resh.edu.ru/subject/lesson/5733/start/168855/</w:t>
            </w:r>
          </w:p>
        </w:tc>
      </w:tr>
      <w:tr w:rsidR="002D5C0E" w:rsidRPr="002D5C0E" w:rsidTr="001A22FB">
        <w:trPr>
          <w:trHeight w:val="333"/>
        </w:trPr>
        <w:tc>
          <w:tcPr>
            <w:tcW w:w="3361" w:type="dxa"/>
            <w:gridSpan w:val="2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Итого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разделу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2</w:t>
            </w:r>
          </w:p>
        </w:tc>
        <w:tc>
          <w:tcPr>
            <w:tcW w:w="11607" w:type="dxa"/>
            <w:gridSpan w:val="6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</w:tr>
      <w:tr w:rsidR="002D5C0E" w:rsidRPr="002D5C0E" w:rsidTr="001A22FB">
        <w:trPr>
          <w:trHeight w:val="333"/>
        </w:trPr>
        <w:tc>
          <w:tcPr>
            <w:tcW w:w="15496" w:type="dxa"/>
            <w:gridSpan w:val="9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Раздел</w:t>
            </w:r>
            <w:r w:rsidRPr="002D5C0E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2.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Способы</w:t>
            </w:r>
            <w:r w:rsidRPr="002D5C0E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самостоятельной</w:t>
            </w:r>
            <w:r w:rsidRPr="002D5C0E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деятельности</w:t>
            </w:r>
          </w:p>
        </w:tc>
      </w:tr>
      <w:tr w:rsidR="002D5C0E" w:rsidRPr="00DD7339" w:rsidTr="001A22FB">
        <w:trPr>
          <w:trHeight w:val="717"/>
        </w:trPr>
        <w:tc>
          <w:tcPr>
            <w:tcW w:w="432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2.1.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Режим</w:t>
            </w:r>
            <w:r w:rsidRPr="002D5C0E">
              <w:rPr>
                <w:rFonts w:ascii="Times New Roman" w:eastAsia="Times New Roman" w:hAnsi="Times New Roman" w:cs="Times New Roman"/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дня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школьника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2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07.09.2022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09.09.2022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7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обсуждают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предназначение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режима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дня,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определяют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основные дневные мероприятия первоклассника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распределяют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их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часам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утра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до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вечера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74" w:line="266" w:lineRule="auto"/>
              <w:ind w:right="8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7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https://resh.edu.ru/subject/lesson/5736/start/168916/</w:t>
            </w:r>
          </w:p>
        </w:tc>
      </w:tr>
      <w:tr w:rsidR="002D5C0E" w:rsidRPr="002D5C0E" w:rsidTr="001A22FB">
        <w:trPr>
          <w:trHeight w:val="333"/>
        </w:trPr>
        <w:tc>
          <w:tcPr>
            <w:tcW w:w="3361" w:type="dxa"/>
            <w:gridSpan w:val="2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Итого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разделу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2</w:t>
            </w:r>
          </w:p>
        </w:tc>
        <w:tc>
          <w:tcPr>
            <w:tcW w:w="11607" w:type="dxa"/>
            <w:gridSpan w:val="6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</w:tr>
      <w:tr w:rsidR="002D5C0E" w:rsidRPr="002D5C0E" w:rsidTr="001A22FB">
        <w:trPr>
          <w:trHeight w:val="333"/>
        </w:trPr>
        <w:tc>
          <w:tcPr>
            <w:tcW w:w="15496" w:type="dxa"/>
            <w:gridSpan w:val="9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  <w:t>ФИЗИЧЕСКОЕ</w:t>
            </w:r>
            <w:r w:rsidRPr="002D5C0E">
              <w:rPr>
                <w:rFonts w:ascii="Times New Roman" w:eastAsia="Times New Roman" w:hAnsi="Times New Roman" w:cs="Times New Roman"/>
                <w:b/>
                <w:spacing w:val="4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  <w:t>СОВЕРШЕНСТВОВАНИЕ</w:t>
            </w:r>
          </w:p>
        </w:tc>
      </w:tr>
      <w:tr w:rsidR="002D5C0E" w:rsidRPr="002D5C0E" w:rsidTr="001A22FB">
        <w:trPr>
          <w:trHeight w:val="333"/>
        </w:trPr>
        <w:tc>
          <w:tcPr>
            <w:tcW w:w="15496" w:type="dxa"/>
            <w:gridSpan w:val="9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Раздел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3.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Оздоровительная</w:t>
            </w:r>
            <w:r w:rsidRPr="002D5C0E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физическая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культура</w:t>
            </w:r>
          </w:p>
        </w:tc>
      </w:tr>
      <w:tr w:rsidR="002D5C0E" w:rsidRPr="00DD7339" w:rsidTr="001A22FB">
        <w:trPr>
          <w:trHeight w:val="717"/>
        </w:trPr>
        <w:tc>
          <w:tcPr>
            <w:tcW w:w="432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3.1.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74" w:line="266" w:lineRule="auto"/>
              <w:ind w:right="477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Личная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гигиена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гигиенические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процедуры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74"/>
              <w:ind w:right="44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12.09.2022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7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знакомятся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понятием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«личная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гигиена»,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обсуждают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положительную связь личной гигиены с состоянием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здоровья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человека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74" w:line="266" w:lineRule="auto"/>
              <w:ind w:right="483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опрос;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7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https://resh.edu.ru/subject/lesson/5097/start/168957/</w:t>
            </w:r>
          </w:p>
        </w:tc>
      </w:tr>
      <w:tr w:rsidR="002D5C0E" w:rsidRPr="00DD7339" w:rsidTr="001A22FB">
        <w:trPr>
          <w:trHeight w:val="717"/>
        </w:trPr>
        <w:tc>
          <w:tcPr>
            <w:tcW w:w="432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3.2.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Осанка</w:t>
            </w:r>
            <w:r w:rsidRPr="002D5C0E">
              <w:rPr>
                <w:rFonts w:ascii="Times New Roman" w:eastAsia="Times New Roman" w:hAnsi="Times New Roman" w:cs="Times New Roman"/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человека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74"/>
              <w:ind w:right="44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14.09.2022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74" w:line="266" w:lineRule="auto"/>
              <w:ind w:right="14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знакомятся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понятием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«осанка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человека»,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правильной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 неправильной формой осанки, обсуждают её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отличительные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признаки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74" w:line="266" w:lineRule="auto"/>
              <w:ind w:right="483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опрос;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7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https://resh.edu.ru/subject/lesson/5566/start/168978/</w:t>
            </w:r>
          </w:p>
        </w:tc>
      </w:tr>
      <w:tr w:rsidR="002D5C0E" w:rsidRPr="00DD7339" w:rsidTr="001A22FB">
        <w:trPr>
          <w:trHeight w:val="525"/>
        </w:trPr>
        <w:tc>
          <w:tcPr>
            <w:tcW w:w="432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3.3.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74" w:line="266" w:lineRule="auto"/>
              <w:ind w:right="68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Утренняя зарядка и физкультминутки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режиме</w:t>
            </w:r>
            <w:r w:rsidRPr="002D5C0E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дня</w:t>
            </w:r>
            <w:r w:rsidRPr="002D5C0E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школьника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74"/>
              <w:ind w:right="44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16.09.2022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7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обсуждают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рассказ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учителя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пользе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утренней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зарядки,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правилах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выполнения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входящих</w:t>
            </w:r>
            <w:r w:rsidRPr="002D5C0E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неё</w:t>
            </w:r>
            <w:r w:rsidRPr="002D5C0E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упражнений;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74" w:line="266" w:lineRule="auto"/>
              <w:ind w:right="483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опрос;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7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https://resh.edu.ru/subject/lesson/5736/main/168926/</w:t>
            </w:r>
          </w:p>
        </w:tc>
      </w:tr>
      <w:tr w:rsidR="002D5C0E" w:rsidRPr="002D5C0E" w:rsidTr="001A22FB">
        <w:trPr>
          <w:trHeight w:val="333"/>
        </w:trPr>
        <w:tc>
          <w:tcPr>
            <w:tcW w:w="3361" w:type="dxa"/>
            <w:gridSpan w:val="2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Итого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разделу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3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1140" w:type="dxa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864" w:type="dxa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3914" w:type="dxa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1116" w:type="dxa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3469" w:type="dxa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</w:tr>
      <w:tr w:rsidR="002D5C0E" w:rsidRPr="00DD7339" w:rsidTr="001A22FB">
        <w:trPr>
          <w:trHeight w:val="333"/>
        </w:trPr>
        <w:tc>
          <w:tcPr>
            <w:tcW w:w="15496" w:type="dxa"/>
            <w:gridSpan w:val="9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Раздел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4.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Спортивно-оздоровительная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физическая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культура</w:t>
            </w:r>
          </w:p>
        </w:tc>
      </w:tr>
      <w:tr w:rsidR="002D5C0E" w:rsidRPr="00DD7339" w:rsidTr="001A22FB">
        <w:trPr>
          <w:trHeight w:val="717"/>
        </w:trPr>
        <w:tc>
          <w:tcPr>
            <w:tcW w:w="432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4.1.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74" w:line="266" w:lineRule="auto"/>
              <w:ind w:right="275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Модуль "Гимнастика с основами</w:t>
            </w:r>
            <w:r w:rsidRPr="002D5C0E">
              <w:rPr>
                <w:rFonts w:ascii="Times New Roman" w:eastAsia="Times New Roman" w:hAnsi="Times New Roman" w:cs="Times New Roman"/>
                <w:i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акробатики".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Правила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поведения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уроках</w:t>
            </w:r>
            <w:r w:rsidRPr="002D5C0E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физической</w:t>
            </w:r>
            <w:r w:rsidRPr="002D5C0E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культуры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7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74"/>
              <w:ind w:right="44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19.09.2022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74" w:line="266" w:lineRule="auto"/>
              <w:ind w:right="14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знакомятся с правилами поведения на уроках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физической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культуры,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требованиями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обязательному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их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соблюдению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74" w:line="266" w:lineRule="auto"/>
              <w:ind w:right="483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опрос;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74"/>
              <w:ind w:right="84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</w:t>
            </w:r>
            <w:hyperlink r:id="rId7">
              <w:r w:rsidRPr="002D5C0E">
                <w:rPr>
                  <w:rFonts w:ascii="Times New Roman" w:eastAsia="Times New Roman" w:hAnsi="Times New Roman" w:cs="Times New Roman"/>
                  <w:w w:val="105"/>
                  <w:sz w:val="15"/>
                  <w:lang w:val="ru-RU"/>
                </w:rPr>
                <w:t>www.youtube.com/watch?v=A_b56V4SRZg</w:t>
              </w:r>
            </w:hyperlink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5"/>
          <w:lang w:val="ru-RU"/>
        </w:rPr>
        <w:sectPr w:rsidR="002D5C0E" w:rsidRPr="002D5C0E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2929"/>
        <w:gridCol w:w="528"/>
        <w:gridCol w:w="1104"/>
        <w:gridCol w:w="1140"/>
        <w:gridCol w:w="864"/>
        <w:gridCol w:w="3914"/>
        <w:gridCol w:w="1116"/>
        <w:gridCol w:w="3469"/>
      </w:tblGrid>
      <w:tr w:rsidR="002D5C0E" w:rsidRPr="002D5C0E" w:rsidTr="001A22FB">
        <w:trPr>
          <w:trHeight w:val="2062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lastRenderedPageBreak/>
              <w:t>4.2.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233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Модуль "Гимнастика с основами</w:t>
            </w:r>
            <w:r w:rsidRPr="002D5C0E">
              <w:rPr>
                <w:rFonts w:ascii="Times New Roman" w:eastAsia="Times New Roman" w:hAnsi="Times New Roman" w:cs="Times New Roman"/>
                <w:i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акробатики".</w:t>
            </w:r>
            <w:r w:rsidRPr="002D5C0E">
              <w:rPr>
                <w:rFonts w:ascii="Times New Roman" w:eastAsia="Times New Roman" w:hAnsi="Times New Roman" w:cs="Times New Roman"/>
                <w:i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Исходные</w:t>
            </w:r>
            <w:r w:rsidRPr="002D5C0E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положения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физических</w:t>
            </w:r>
            <w:r w:rsidRPr="002D5C0E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упражнениях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3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3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21.09.2022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26.09.2022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знакомятся с понятием «исходное положение»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значением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исходного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положения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для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последующего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выполнения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упражнения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2D5C0E" w:rsidRPr="002D5C0E" w:rsidRDefault="002D5C0E" w:rsidP="002D5C0E">
            <w:pPr>
              <w:spacing w:before="2" w:line="266" w:lineRule="auto"/>
              <w:ind w:right="612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наблюдают образец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техники учителя, уточняют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требования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к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выполнению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отдельных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исходных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положений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2D5C0E" w:rsidRPr="002D5C0E" w:rsidRDefault="002D5C0E" w:rsidP="002D5C0E">
            <w:pPr>
              <w:spacing w:before="2" w:line="266" w:lineRule="auto"/>
              <w:ind w:right="14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основные исходные положения для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выполнения гимнастических упражнений,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их названия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 требования к выполнению (стойки; упоры; седы,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положения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лёжа);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8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 w:line="266" w:lineRule="auto"/>
              <w:ind w:right="299"/>
              <w:rPr>
                <w:rFonts w:ascii="Times New Roman" w:eastAsia="Times New Roman" w:hAnsi="Times New Roman" w:cs="Times New Roman"/>
                <w:sz w:val="15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</w:rPr>
              <w:t>https://infourok.ru/ishodnye-polozheniya-v-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fizicheskih-uprazhneniyah-1-klass-6160079.html</w:t>
            </w:r>
          </w:p>
        </w:tc>
      </w:tr>
      <w:tr w:rsidR="002D5C0E" w:rsidRPr="00DD7339" w:rsidTr="001A22FB">
        <w:trPr>
          <w:trHeight w:val="1870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4.3.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149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Модуль "Гимнастика с основами</w:t>
            </w:r>
            <w:r w:rsidRPr="002D5C0E">
              <w:rPr>
                <w:rFonts w:ascii="Times New Roman" w:eastAsia="Times New Roman" w:hAnsi="Times New Roman" w:cs="Times New Roman"/>
                <w:i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акробатики".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Строевые</w:t>
            </w:r>
            <w:r w:rsidRPr="002D5C0E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упражнения</w:t>
            </w:r>
            <w:r w:rsidRPr="002D5C0E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организующие команды на уроках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физической</w:t>
            </w:r>
            <w:r w:rsidRPr="002D5C0E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культуры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5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5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28.09.2022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07.10.2022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наблюдают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анализируют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образец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техники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учителя,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уточняют выполнение отдельных технических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элементов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2D5C0E" w:rsidRPr="002D5C0E" w:rsidRDefault="002D5C0E" w:rsidP="002D5C0E">
            <w:pPr>
              <w:spacing w:before="2" w:line="266" w:lineRule="auto"/>
              <w:ind w:right="48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 xml:space="preserve">разучивают способы 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построения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 xml:space="preserve"> стоя на месте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(шеренга,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колонна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одному,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две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шеренги,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колонна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два);;</w:t>
            </w:r>
          </w:p>
          <w:p w:rsidR="002D5C0E" w:rsidRPr="002D5C0E" w:rsidRDefault="002D5C0E" w:rsidP="002D5C0E">
            <w:pPr>
              <w:spacing w:before="2" w:line="266" w:lineRule="auto"/>
              <w:ind w:right="14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повороты,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стоя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месте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(вправо,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влево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передвижение ходьбой в колонне по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равномерной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скоростью;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8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https://resh.edu.ru/subject/lesson/4102/start/189523/</w:t>
            </w:r>
          </w:p>
        </w:tc>
      </w:tr>
      <w:tr w:rsidR="002D5C0E" w:rsidRPr="00DD7339" w:rsidTr="001A22FB">
        <w:trPr>
          <w:trHeight w:val="3983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4.4.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626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Модуль</w:t>
            </w:r>
            <w:r w:rsidRPr="002D5C0E">
              <w:rPr>
                <w:rFonts w:ascii="Times New Roman" w:eastAsia="Times New Roman" w:hAnsi="Times New Roman" w:cs="Times New Roman"/>
                <w:i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"Гимнастика</w:t>
            </w:r>
            <w:r w:rsidRPr="002D5C0E">
              <w:rPr>
                <w:rFonts w:ascii="Times New Roman" w:eastAsia="Times New Roman" w:hAnsi="Times New Roman" w:cs="Times New Roman"/>
                <w:i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i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основами</w:t>
            </w:r>
            <w:r w:rsidRPr="002D5C0E">
              <w:rPr>
                <w:rFonts w:ascii="Times New Roman" w:eastAsia="Times New Roman" w:hAnsi="Times New Roman" w:cs="Times New Roman"/>
                <w:i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 xml:space="preserve">акробатики".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Гимнастические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упражнения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6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5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10.10.2022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21.10.2022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ind w:right="58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наблюдают и анализируют образцы техники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гимнастических упражнений учителя,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уточняют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выполнение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отдельных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элементов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2D5C0E" w:rsidRPr="002D5C0E" w:rsidRDefault="002D5C0E" w:rsidP="002D5C0E">
            <w:pPr>
              <w:spacing w:before="2" w:line="266" w:lineRule="auto"/>
              <w:ind w:right="48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стилизованные передвижения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(гимнастический шаг; гимнастический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бег; чередование</w:t>
            </w:r>
            <w:r w:rsidRPr="002D5C0E">
              <w:rPr>
                <w:rFonts w:ascii="Times New Roman" w:eastAsia="Times New Roman" w:hAnsi="Times New Roman" w:cs="Times New Roman"/>
                <w:spacing w:val="-3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гимнастической ходьбы с гимнастическим бегом);;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упражнения с гимнастическим мячом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(подбрасывание одной рукой и двумя руками;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перекладывание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одной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руки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другую;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прокатывание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 xml:space="preserve">под ногами; поднимание ногами из 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положения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 xml:space="preserve"> лёжа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полу);;</w:t>
            </w:r>
          </w:p>
          <w:p w:rsidR="002D5C0E" w:rsidRPr="002D5C0E" w:rsidRDefault="002D5C0E" w:rsidP="002D5C0E">
            <w:pPr>
              <w:spacing w:before="5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разучивают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упражнения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со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скакалкой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(перешагивание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перепрыгивание через скакалку, лежащую на полу;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поочерёдное и последовательное вращение сложенной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вдвое скакалкой одной рукой с правого и левого бока,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двумя руками с правого и левого бока, перед собой);;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упражнения в гимнастических прыжках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(прыжки в высоту с разведением рук и ног в сторону; с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приземлением в полуприседе; с поворотом в правую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левую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сторону);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8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https://resh.edu.ru/subject/lesson/5745/main/223826/</w:t>
            </w:r>
          </w:p>
        </w:tc>
      </w:tr>
      <w:tr w:rsidR="002D5C0E" w:rsidRPr="00DD7339" w:rsidTr="001A22FB">
        <w:trPr>
          <w:trHeight w:val="2254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4.5.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626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Модуль</w:t>
            </w:r>
            <w:r w:rsidRPr="002D5C0E">
              <w:rPr>
                <w:rFonts w:ascii="Times New Roman" w:eastAsia="Times New Roman" w:hAnsi="Times New Roman" w:cs="Times New Roman"/>
                <w:i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"Гимнастика</w:t>
            </w:r>
            <w:r w:rsidRPr="002D5C0E">
              <w:rPr>
                <w:rFonts w:ascii="Times New Roman" w:eastAsia="Times New Roman" w:hAnsi="Times New Roman" w:cs="Times New Roman"/>
                <w:i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i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основами</w:t>
            </w:r>
            <w:r w:rsidRPr="002D5C0E">
              <w:rPr>
                <w:rFonts w:ascii="Times New Roman" w:eastAsia="Times New Roman" w:hAnsi="Times New Roman" w:cs="Times New Roman"/>
                <w:i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 xml:space="preserve">акробатики".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Акробатические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упражнения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6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5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07.11.2022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18.11.2022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наблюдают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анализируют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образцы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техники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учителя,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контролируют её выполнение другими учащимися,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помогают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им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исправлять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ошибки;</w:t>
            </w:r>
          </w:p>
          <w:p w:rsidR="002D5C0E" w:rsidRPr="002D5C0E" w:rsidRDefault="002D5C0E" w:rsidP="002D5C0E">
            <w:pPr>
              <w:spacing w:before="2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подъёму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туловища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из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положения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лёжа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спине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животе;;</w:t>
            </w:r>
          </w:p>
          <w:p w:rsidR="002D5C0E" w:rsidRPr="002D5C0E" w:rsidRDefault="002D5C0E" w:rsidP="002D5C0E">
            <w:pPr>
              <w:spacing w:before="2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подъёму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ног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из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положения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лёжа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животе;;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 сгибанию рук в положении упор лёжа;;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прыжки в группировке, толчком двумя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ногами;;</w:t>
            </w:r>
          </w:p>
          <w:p w:rsidR="002D5C0E" w:rsidRPr="002D5C0E" w:rsidRDefault="002D5C0E" w:rsidP="002D5C0E">
            <w:pPr>
              <w:spacing w:before="2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прыжки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упоре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руках,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толчком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двумя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ногами;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8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ind w:right="145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https://resh.edu.ru/subject/lesson/4192/start/61590/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5"/>
          <w:lang w:val="ru-RU"/>
        </w:rPr>
        <w:sectPr w:rsidR="002D5C0E" w:rsidRPr="002D5C0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2929"/>
        <w:gridCol w:w="528"/>
        <w:gridCol w:w="1104"/>
        <w:gridCol w:w="1140"/>
        <w:gridCol w:w="864"/>
        <w:gridCol w:w="3914"/>
        <w:gridCol w:w="1116"/>
        <w:gridCol w:w="3469"/>
      </w:tblGrid>
      <w:tr w:rsidR="002D5C0E" w:rsidRPr="00DD7339" w:rsidTr="001A22FB">
        <w:trPr>
          <w:trHeight w:val="1101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lastRenderedPageBreak/>
              <w:t>4.6.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7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Модуль "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 xml:space="preserve"> Подвижные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спортивные</w:t>
            </w:r>
            <w:r w:rsidRPr="002D5C0E">
              <w:rPr>
                <w:rFonts w:ascii="Times New Roman" w:eastAsia="Times New Roman" w:hAnsi="Times New Roman" w:cs="Times New Roman"/>
                <w:i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игры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»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3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3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21.11.2022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25.11.2022</w:t>
            </w:r>
          </w:p>
        </w:tc>
        <w:tc>
          <w:tcPr>
            <w:tcW w:w="3914" w:type="dxa"/>
          </w:tcPr>
          <w:p w:rsidR="00FE6909" w:rsidRPr="002D5C0E" w:rsidRDefault="00FE6909" w:rsidP="00FE6909">
            <w:pPr>
              <w:spacing w:before="64" w:line="266" w:lineRule="auto"/>
              <w:ind w:right="306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разучивают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игровые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действия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правила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подвижных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игр, обучаются способам организации и подготовки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игровых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площадок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FE6909" w:rsidRPr="002D5C0E" w:rsidRDefault="00FE6909" w:rsidP="00FE6909">
            <w:pPr>
              <w:spacing w:before="2" w:line="266" w:lineRule="auto"/>
              <w:ind w:right="83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обучаются самостоятельной организации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 проведению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подвижных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(по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учебным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группам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proofErr w:type="gramEnd"/>
          </w:p>
          <w:p w:rsidR="002D5C0E" w:rsidRPr="002D5C0E" w:rsidRDefault="00FE6909" w:rsidP="00FE6909">
            <w:pPr>
              <w:spacing w:before="2" w:line="266" w:lineRule="auto"/>
              <w:ind w:right="2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играют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разученные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подвижные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игры;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369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опрос;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Работа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https://resh.edu.ru/subject/lesson/5740/start/223641/</w:t>
            </w:r>
          </w:p>
        </w:tc>
      </w:tr>
      <w:tr w:rsidR="002D5C0E" w:rsidRPr="00DD7339" w:rsidTr="001A22FB">
        <w:trPr>
          <w:trHeight w:val="4091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4.7.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Модуль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"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 xml:space="preserve"> Подвижные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спортивные</w:t>
            </w:r>
            <w:r w:rsidRPr="002D5C0E">
              <w:rPr>
                <w:rFonts w:ascii="Times New Roman" w:eastAsia="Times New Roman" w:hAnsi="Times New Roman" w:cs="Times New Roman"/>
                <w:i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игры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»</w:t>
            </w:r>
          </w:p>
          <w:p w:rsidR="002D5C0E" w:rsidRPr="002D5C0E" w:rsidRDefault="002D5C0E" w:rsidP="002D5C0E">
            <w:pPr>
              <w:spacing w:before="20" w:line="266" w:lineRule="auto"/>
              <w:ind w:right="282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18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17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28.11.2022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20.01.2023</w:t>
            </w:r>
          </w:p>
        </w:tc>
        <w:tc>
          <w:tcPr>
            <w:tcW w:w="3914" w:type="dxa"/>
          </w:tcPr>
          <w:p w:rsidR="00FE6909" w:rsidRPr="002D5C0E" w:rsidRDefault="00FE6909" w:rsidP="00FE6909">
            <w:pPr>
              <w:spacing w:before="64" w:line="266" w:lineRule="auto"/>
              <w:ind w:right="306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разучивают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игровые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действия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правила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подвижных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игр, обучаются способам организации и подготовки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игровых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площадок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FE6909" w:rsidRPr="002D5C0E" w:rsidRDefault="00FE6909" w:rsidP="00FE6909">
            <w:pPr>
              <w:spacing w:before="2" w:line="266" w:lineRule="auto"/>
              <w:ind w:right="83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обучаются самостоятельной организации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 проведению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подвижных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(по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учебным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группам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proofErr w:type="gramEnd"/>
          </w:p>
          <w:p w:rsidR="002D5C0E" w:rsidRPr="002D5C0E" w:rsidRDefault="00FE6909" w:rsidP="00FE6909">
            <w:pPr>
              <w:spacing w:before="2" w:line="266" w:lineRule="auto"/>
              <w:ind w:right="14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играют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разученные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подвижные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игры;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41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Тестирование;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https://resh.edu.ru/subject/lesson/5742/start/223801/</w:t>
            </w:r>
          </w:p>
        </w:tc>
      </w:tr>
      <w:tr w:rsidR="002D5C0E" w:rsidRPr="00DD7339" w:rsidTr="001A22FB">
        <w:trPr>
          <w:trHeight w:val="3214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4.8.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i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Модуль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"Лёгкая</w:t>
            </w:r>
          </w:p>
          <w:p w:rsidR="002D5C0E" w:rsidRPr="002D5C0E" w:rsidRDefault="002D5C0E" w:rsidP="002D5C0E">
            <w:pPr>
              <w:spacing w:before="20" w:line="266" w:lineRule="auto"/>
              <w:ind w:right="49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 xml:space="preserve">атлетика".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Равномерное передвижение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ходьбе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беге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10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10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23.01.2023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20.02.2023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 равномерной ходьбе в колоне по одному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использованием лидера (передвижение учителя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равномерной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ходьбе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колонне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изменением скорости передвижения (по команде);;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 равномерному бегу в колонне по одному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невысокой скоростью с использованием лидера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(передвижение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учителя);;</w:t>
            </w:r>
          </w:p>
          <w:p w:rsidR="002D5C0E" w:rsidRPr="002D5C0E" w:rsidRDefault="002D5C0E" w:rsidP="002D5C0E">
            <w:pPr>
              <w:spacing w:before="5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равномерному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бегу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колонне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невысокой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скоростью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2D5C0E" w:rsidRPr="002D5C0E" w:rsidRDefault="002D5C0E" w:rsidP="002D5C0E">
            <w:pPr>
              <w:spacing w:before="1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равномерному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бегу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колонне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разной скоростью передвижения с использованием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лидера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2D5C0E" w:rsidRPr="002D5C0E" w:rsidRDefault="002D5C0E" w:rsidP="002D5C0E">
            <w:pPr>
              <w:spacing w:before="2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равномерному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бегу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колонне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разной скоростью передвижения (по команде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обучаются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равномерному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бегу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колонне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одному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чередовании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равномерной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ходьбой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(по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команде);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369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Работа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https://resh.edu.ru/subject/lesson/5738/start/168896/</w:t>
            </w:r>
          </w:p>
        </w:tc>
      </w:tr>
      <w:tr w:rsidR="002D5C0E" w:rsidRPr="00DD7339" w:rsidTr="001A22FB">
        <w:trPr>
          <w:trHeight w:val="1677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4.9.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189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Модуль</w:t>
            </w:r>
            <w:r w:rsidRPr="002D5C0E">
              <w:rPr>
                <w:rFonts w:ascii="Times New Roman" w:eastAsia="Times New Roman" w:hAnsi="Times New Roman" w:cs="Times New Roman"/>
                <w:i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"Лёгкая</w:t>
            </w:r>
            <w:r w:rsidRPr="002D5C0E">
              <w:rPr>
                <w:rFonts w:ascii="Times New Roman" w:eastAsia="Times New Roman" w:hAnsi="Times New Roman" w:cs="Times New Roman"/>
                <w:i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атлетика".</w:t>
            </w:r>
            <w:r w:rsidRPr="002D5C0E">
              <w:rPr>
                <w:rFonts w:ascii="Times New Roman" w:eastAsia="Times New Roman" w:hAnsi="Times New Roman" w:cs="Times New Roman"/>
                <w:i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Прыжок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длину</w:t>
            </w:r>
            <w:r w:rsidRPr="002D5C0E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места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4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1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3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22.02.2023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01.03.2023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ind w:right="48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знакомятся с образцом учителя и правилами его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выполнения (расположение у стартовой линии,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принятие исходного положения перед прыжком;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выполнение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приземления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после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фазы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полёта;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измерение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результата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после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приземления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proofErr w:type="gramEnd"/>
          </w:p>
          <w:p w:rsidR="002D5C0E" w:rsidRPr="002D5C0E" w:rsidRDefault="002D5C0E" w:rsidP="002D5C0E">
            <w:pPr>
              <w:spacing w:before="4" w:line="266" w:lineRule="auto"/>
              <w:ind w:right="69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разучивают одновременное отталкивание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двумя ногами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(прыжки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вверх</w:t>
            </w:r>
            <w:r w:rsidRPr="002D5C0E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из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полуприседа</w:t>
            </w:r>
            <w:r w:rsidRPr="002D5C0E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месте;</w:t>
            </w:r>
            <w:r w:rsidRPr="002D5C0E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поворотом</w:t>
            </w:r>
          </w:p>
          <w:p w:rsidR="002D5C0E" w:rsidRPr="002D5C0E" w:rsidRDefault="002D5C0E" w:rsidP="002D5C0E">
            <w:pPr>
              <w:spacing w:before="1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правую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левую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сторону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proofErr w:type="gramEnd"/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41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Тестирование;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ind w:right="2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https://resh.edu.ru/subject/lesson/4078/start/169103/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5"/>
          <w:lang w:val="ru-RU"/>
        </w:rPr>
        <w:sectPr w:rsidR="002D5C0E" w:rsidRPr="002D5C0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2929"/>
        <w:gridCol w:w="528"/>
        <w:gridCol w:w="1104"/>
        <w:gridCol w:w="1140"/>
        <w:gridCol w:w="864"/>
        <w:gridCol w:w="3914"/>
        <w:gridCol w:w="1116"/>
        <w:gridCol w:w="3469"/>
      </w:tblGrid>
      <w:tr w:rsidR="002D5C0E" w:rsidRPr="00DD7339" w:rsidTr="001A22FB">
        <w:trPr>
          <w:trHeight w:val="2638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lastRenderedPageBreak/>
              <w:t>4.10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189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Модуль</w:t>
            </w:r>
            <w:r w:rsidRPr="002D5C0E">
              <w:rPr>
                <w:rFonts w:ascii="Times New Roman" w:eastAsia="Times New Roman" w:hAnsi="Times New Roman" w:cs="Times New Roman"/>
                <w:i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"Лёгкая</w:t>
            </w:r>
            <w:r w:rsidRPr="002D5C0E">
              <w:rPr>
                <w:rFonts w:ascii="Times New Roman" w:eastAsia="Times New Roman" w:hAnsi="Times New Roman" w:cs="Times New Roman"/>
                <w:i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атлетика".</w:t>
            </w:r>
            <w:r w:rsidRPr="002D5C0E">
              <w:rPr>
                <w:rFonts w:ascii="Times New Roman" w:eastAsia="Times New Roman" w:hAnsi="Times New Roman" w:cs="Times New Roman"/>
                <w:i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Прыжок</w:t>
            </w:r>
            <w:r w:rsidRPr="002D5C0E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длину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высоту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прямого</w:t>
            </w:r>
            <w:r w:rsidRPr="002D5C0E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разбега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6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6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03.03.2023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15.03.2023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ind w:right="14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наблюдают выполнение образца техники прыжка в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высоту с прямого разбега, анализируют основные его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фазы (разбег, отталкивание, полёт, приземление);;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фазу приземления (после прыжка вверх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толчком двумя ногами; после прыжка вверх-вперёд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толчком двумя ногами с невысокой площадки);;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фазу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отталкивания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(прыжки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одной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ноге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 xml:space="preserve">по разметкам,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многоскоки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, прыжки толчком одной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ногой вперёд-вверх с места и с разбега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приземлением);;</w:t>
            </w:r>
          </w:p>
          <w:p w:rsidR="002D5C0E" w:rsidRPr="002D5C0E" w:rsidRDefault="002D5C0E" w:rsidP="002D5C0E">
            <w:pPr>
              <w:spacing w:before="7" w:line="266" w:lineRule="auto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разучивают фазы разбега (бег по разметкам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ускорением;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бег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ускорением</w:t>
            </w:r>
            <w:r w:rsidRPr="002D5C0E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последующим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отталкиванием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proofErr w:type="gramEnd"/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369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Работа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</w:t>
            </w:r>
            <w:hyperlink r:id="rId8">
              <w:r w:rsidRPr="002D5C0E">
                <w:rPr>
                  <w:rFonts w:ascii="Times New Roman" w:eastAsia="Times New Roman" w:hAnsi="Times New Roman" w:cs="Times New Roman"/>
                  <w:w w:val="105"/>
                  <w:sz w:val="15"/>
                  <w:lang w:val="ru-RU"/>
                </w:rPr>
                <w:t>www.youtube.com/watch?v=PInqAWv62jA</w:t>
              </w:r>
            </w:hyperlink>
          </w:p>
        </w:tc>
      </w:tr>
      <w:tr w:rsidR="002D5C0E" w:rsidRPr="00DD7339" w:rsidTr="001A22FB">
        <w:trPr>
          <w:trHeight w:val="1293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4.11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449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Модуль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>"Подвижные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i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спортивные</w:t>
            </w:r>
            <w:r w:rsidRPr="002D5C0E">
              <w:rPr>
                <w:rFonts w:ascii="Times New Roman" w:eastAsia="Times New Roman" w:hAnsi="Times New Roman" w:cs="Times New Roman"/>
                <w:i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i/>
                <w:w w:val="105"/>
                <w:sz w:val="15"/>
                <w:lang w:val="ru-RU"/>
              </w:rPr>
              <w:t>игры".</w:t>
            </w:r>
            <w:r w:rsidRPr="002D5C0E"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Подвижные</w:t>
            </w:r>
            <w:r w:rsidRPr="002D5C0E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игры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20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20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17.03.2023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08.05.2023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ind w:right="306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разучивают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игровые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действия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правила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подвижных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игр, обучаются способам организации и подготовки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игровых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площадок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;;</w:t>
            </w:r>
            <w:proofErr w:type="gramEnd"/>
          </w:p>
          <w:p w:rsidR="002D5C0E" w:rsidRPr="002D5C0E" w:rsidRDefault="002D5C0E" w:rsidP="002D5C0E">
            <w:pPr>
              <w:spacing w:before="2" w:line="266" w:lineRule="auto"/>
              <w:ind w:right="83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 xml:space="preserve">обучаются самостоятельной организации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 проведению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подвижных</w:t>
            </w:r>
            <w:r w:rsidRPr="002D5C0E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(по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учебным</w:t>
            </w: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группам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);;</w:t>
            </w:r>
            <w:proofErr w:type="gramEnd"/>
          </w:p>
          <w:p w:rsidR="002D5C0E" w:rsidRPr="002D5C0E" w:rsidRDefault="002D5C0E" w:rsidP="002D5C0E">
            <w:pPr>
              <w:spacing w:before="2"/>
              <w:jc w:val="both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играют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разученные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подвижные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игры;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369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lang w:val="ru-RU"/>
              </w:rPr>
              <w:t xml:space="preserve">Работа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https://resh.edu.ru/subject/lesson/4144/start/189765/</w:t>
            </w:r>
          </w:p>
        </w:tc>
      </w:tr>
      <w:tr w:rsidR="002D5C0E" w:rsidRPr="002D5C0E" w:rsidTr="001A22FB">
        <w:trPr>
          <w:trHeight w:val="333"/>
        </w:trPr>
        <w:tc>
          <w:tcPr>
            <w:tcW w:w="3361" w:type="dxa"/>
            <w:gridSpan w:val="2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Итого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разделу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82</w:t>
            </w:r>
          </w:p>
        </w:tc>
        <w:tc>
          <w:tcPr>
            <w:tcW w:w="11607" w:type="dxa"/>
            <w:gridSpan w:val="6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</w:tr>
      <w:tr w:rsidR="002D5C0E" w:rsidRPr="00DD7339" w:rsidTr="001A22FB">
        <w:trPr>
          <w:trHeight w:val="333"/>
        </w:trPr>
        <w:tc>
          <w:tcPr>
            <w:tcW w:w="15496" w:type="dxa"/>
            <w:gridSpan w:val="9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Раздел</w:t>
            </w:r>
            <w:r w:rsidRPr="002D5C0E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5.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Прикладно-ориентированная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физическая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культура</w:t>
            </w:r>
          </w:p>
        </w:tc>
      </w:tr>
      <w:tr w:rsidR="002D5C0E" w:rsidRPr="002D5C0E" w:rsidTr="001A22FB">
        <w:trPr>
          <w:trHeight w:val="909"/>
        </w:trPr>
        <w:tc>
          <w:tcPr>
            <w:tcW w:w="432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5.1.</w:t>
            </w:r>
          </w:p>
        </w:tc>
        <w:tc>
          <w:tcPr>
            <w:tcW w:w="2929" w:type="dxa"/>
          </w:tcPr>
          <w:p w:rsidR="002D5C0E" w:rsidRPr="002D5C0E" w:rsidRDefault="002D5C0E" w:rsidP="002D5C0E">
            <w:pPr>
              <w:spacing w:before="64" w:line="266" w:lineRule="auto"/>
              <w:ind w:right="59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Рефлексия: демонстрация прироста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показателей физических качеств к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  <w:lang w:val="ru-RU"/>
              </w:rPr>
              <w:t>нормативным требованиям комплекса</w:t>
            </w:r>
            <w:r w:rsidRPr="002D5C0E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w w:val="105"/>
                <w:sz w:val="15"/>
                <w:lang w:val="ru-RU"/>
              </w:rPr>
              <w:t>ГТО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10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5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4"/>
                <w:sz w:val="15"/>
                <w:lang w:val="ru-RU"/>
              </w:rPr>
              <w:t>5</w:t>
            </w:r>
          </w:p>
        </w:tc>
        <w:tc>
          <w:tcPr>
            <w:tcW w:w="86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10.05.2023</w:t>
            </w:r>
          </w:p>
          <w:p w:rsidR="002D5C0E" w:rsidRPr="002D5C0E" w:rsidRDefault="002D5C0E" w:rsidP="002D5C0E">
            <w:pPr>
              <w:spacing w:before="2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31.05.2023</w:t>
            </w:r>
          </w:p>
        </w:tc>
        <w:tc>
          <w:tcPr>
            <w:tcW w:w="3914" w:type="dxa"/>
          </w:tcPr>
          <w:p w:rsidR="002D5C0E" w:rsidRPr="002D5C0E" w:rsidRDefault="002D5C0E" w:rsidP="002D5C0E">
            <w:pPr>
              <w:spacing w:before="64" w:line="266" w:lineRule="auto"/>
              <w:ind w:right="147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демонстрация прироста показателей физических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качеств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к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нормативным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требованиям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комплекса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ГТО;</w:t>
            </w:r>
          </w:p>
        </w:tc>
        <w:tc>
          <w:tcPr>
            <w:tcW w:w="1116" w:type="dxa"/>
          </w:tcPr>
          <w:p w:rsidR="002D5C0E" w:rsidRPr="002D5C0E" w:rsidRDefault="002D5C0E" w:rsidP="002D5C0E">
            <w:pPr>
              <w:spacing w:before="64" w:line="266" w:lineRule="auto"/>
              <w:ind w:right="41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Тестирование;</w:t>
            </w:r>
            <w:r w:rsidRPr="002D5C0E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уроке;</w:t>
            </w:r>
          </w:p>
        </w:tc>
        <w:tc>
          <w:tcPr>
            <w:tcW w:w="3469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https://</w:t>
            </w:r>
            <w:hyperlink r:id="rId9">
              <w:r w:rsidRPr="002D5C0E">
                <w:rPr>
                  <w:rFonts w:ascii="Times New Roman" w:eastAsia="Times New Roman" w:hAnsi="Times New Roman" w:cs="Times New Roman"/>
                  <w:w w:val="105"/>
                  <w:sz w:val="15"/>
                  <w:lang w:val="ru-RU"/>
                </w:rPr>
                <w:t>www.gto.ru/</w:t>
              </w:r>
            </w:hyperlink>
          </w:p>
        </w:tc>
      </w:tr>
      <w:tr w:rsidR="002D5C0E" w:rsidRPr="002D5C0E" w:rsidTr="001A22FB">
        <w:trPr>
          <w:trHeight w:val="333"/>
        </w:trPr>
        <w:tc>
          <w:tcPr>
            <w:tcW w:w="3361" w:type="dxa"/>
            <w:gridSpan w:val="2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Итого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разделу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10</w:t>
            </w:r>
          </w:p>
        </w:tc>
        <w:tc>
          <w:tcPr>
            <w:tcW w:w="11607" w:type="dxa"/>
            <w:gridSpan w:val="6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</w:tr>
      <w:tr w:rsidR="002D5C0E" w:rsidRPr="002D5C0E" w:rsidTr="001A22FB">
        <w:trPr>
          <w:trHeight w:val="525"/>
        </w:trPr>
        <w:tc>
          <w:tcPr>
            <w:tcW w:w="3361" w:type="dxa"/>
            <w:gridSpan w:val="2"/>
          </w:tcPr>
          <w:p w:rsidR="002D5C0E" w:rsidRPr="002D5C0E" w:rsidRDefault="002D5C0E" w:rsidP="002D5C0E">
            <w:pPr>
              <w:spacing w:before="64" w:line="266" w:lineRule="auto"/>
              <w:ind w:right="790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ОБЩЕЕ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lang w:val="ru-RU"/>
              </w:rPr>
              <w:t>КОЛИЧЕСТВО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ЧАСОВ</w:t>
            </w:r>
            <w:r w:rsidRPr="002D5C0E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ПРОГРАММЕ</w:t>
            </w:r>
          </w:p>
        </w:tc>
        <w:tc>
          <w:tcPr>
            <w:tcW w:w="528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99</w:t>
            </w:r>
          </w:p>
        </w:tc>
        <w:tc>
          <w:tcPr>
            <w:tcW w:w="1104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10</w:t>
            </w:r>
          </w:p>
        </w:tc>
        <w:tc>
          <w:tcPr>
            <w:tcW w:w="1140" w:type="dxa"/>
          </w:tcPr>
          <w:p w:rsidR="002D5C0E" w:rsidRPr="002D5C0E" w:rsidRDefault="002D5C0E" w:rsidP="002D5C0E">
            <w:pPr>
              <w:spacing w:before="64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w w:val="105"/>
                <w:sz w:val="15"/>
                <w:lang w:val="ru-RU"/>
              </w:rPr>
              <w:t>89</w:t>
            </w:r>
          </w:p>
        </w:tc>
        <w:tc>
          <w:tcPr>
            <w:tcW w:w="9363" w:type="dxa"/>
            <w:gridSpan w:val="4"/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lang w:val="ru-RU"/>
        </w:rPr>
        <w:sectPr w:rsidR="002D5C0E" w:rsidRPr="002D5C0E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2D5C0E" w:rsidRPr="002D5C0E" w:rsidRDefault="00DB106B" w:rsidP="002D5C0E">
      <w:pPr>
        <w:widowControl w:val="0"/>
        <w:autoSpaceDE w:val="0"/>
        <w:autoSpaceDN w:val="0"/>
        <w:spacing w:before="6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/>
        </w:rPr>
        <w:lastRenderedPageBreak/>
        <w:pict>
          <v:rect id="Прямоугольник 4" o:spid="_x0000_s1030" style="position:absolute;margin-left:33.3pt;margin-top:22.9pt;width:528.15pt;height:.6pt;z-index:-2516541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DWsSAM3wAAAAkBAAAPAAAAAAAAAAAAAAAAAD8EAABkcnMvZG93bnJldi54&#10;bWxQSwUGAAAAAAQABADzAAAASwUAAAAA&#10;" fillcolor="black" stroked="f">
            <w10:wrap type="topAndBottom" anchorx="page"/>
          </v:rect>
        </w:pict>
      </w:r>
      <w:bookmarkStart w:id="1" w:name="ПОУРОЧНОЕ_ПЛАНИРОВАНИЕ"/>
      <w:bookmarkEnd w:id="1"/>
      <w:r w:rsidR="002D5C0E" w:rsidRPr="002D5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ПОУРОЧНОЕ</w:t>
      </w:r>
      <w:r w:rsidR="002D5C0E" w:rsidRPr="002D5C0E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="002D5C0E"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ПЛАНИРОВАНИЕ</w:t>
      </w:r>
    </w:p>
    <w:p w:rsidR="002D5C0E" w:rsidRPr="002D5C0E" w:rsidRDefault="002D5C0E" w:rsidP="002D5C0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4"/>
          <w:szCs w:val="24"/>
          <w:lang w:val="ru-RU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477"/>
        </w:trPr>
        <w:tc>
          <w:tcPr>
            <w:tcW w:w="504" w:type="dxa"/>
            <w:vMerge w:val="restart"/>
          </w:tcPr>
          <w:p w:rsidR="002D5C0E" w:rsidRPr="002D5C0E" w:rsidRDefault="002D5C0E" w:rsidP="002D5C0E">
            <w:pPr>
              <w:spacing w:before="86" w:line="292" w:lineRule="auto"/>
              <w:ind w:right="4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п/п</w:t>
            </w:r>
          </w:p>
        </w:tc>
        <w:tc>
          <w:tcPr>
            <w:tcW w:w="3145" w:type="dxa"/>
            <w:vMerge w:val="restart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</w:t>
            </w:r>
            <w:r w:rsidRPr="002D5C0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урока</w:t>
            </w:r>
          </w:p>
        </w:tc>
        <w:tc>
          <w:tcPr>
            <w:tcW w:w="4020" w:type="dxa"/>
            <w:gridSpan w:val="3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2D5C0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2D5C0E" w:rsidRPr="002D5C0E" w:rsidRDefault="002D5C0E" w:rsidP="002D5C0E">
            <w:pPr>
              <w:spacing w:before="86" w:line="292" w:lineRule="auto"/>
              <w:ind w:right="12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644" w:type="dxa"/>
            <w:vMerge w:val="restart"/>
          </w:tcPr>
          <w:p w:rsidR="002D5C0E" w:rsidRPr="002D5C0E" w:rsidRDefault="002D5C0E" w:rsidP="002D5C0E">
            <w:pPr>
              <w:spacing w:before="86" w:line="292" w:lineRule="auto"/>
              <w:ind w:right="49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Виды,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формы</w:t>
            </w:r>
            <w:r w:rsidRPr="002D5C0E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контроля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всего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 w:line="292" w:lineRule="auto"/>
              <w:ind w:right="5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контрольные</w:t>
            </w:r>
            <w:r w:rsidRPr="002D5C0E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 w:line="292" w:lineRule="auto"/>
              <w:ind w:right="5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практические</w:t>
            </w:r>
            <w:r w:rsidRPr="002D5C0E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2D5C0E" w:rsidRPr="002D5C0E" w:rsidRDefault="002D5C0E" w:rsidP="002D5C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2D5C0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 поведения на уроке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6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 комплекса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 утренней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гимнастики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2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Контрольная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DD7339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правила личной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гигиены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уроке;</w:t>
            </w:r>
          </w:p>
        </w:tc>
      </w:tr>
      <w:tr w:rsidR="002D5C0E" w:rsidRPr="00DD7339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6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 упражнений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утренней гимнастики: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гимнастической</w:t>
            </w:r>
            <w:r w:rsidRPr="002D5C0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палкой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уроке;</w:t>
            </w:r>
          </w:p>
        </w:tc>
      </w:tr>
      <w:tr w:rsidR="002D5C0E" w:rsidRPr="00DD7339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7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 упражнений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утренней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гимнастики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уроке;</w:t>
            </w:r>
          </w:p>
        </w:tc>
      </w:tr>
      <w:tr w:rsidR="002D5C0E" w:rsidRPr="002D5C0E" w:rsidTr="001A22FB">
        <w:trPr>
          <w:trHeight w:val="249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 для занятий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физическими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упражнениями. Спортивное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 и инвентарь.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Одежда для занятий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физическими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упражнениями.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Техника безопасности при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 физических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упражнений, проведении игр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эстафет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DD7339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10.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Физические упражнения: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исходные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на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уроке;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Общие принципы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гимнастических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</w:p>
        </w:tc>
      </w:tr>
      <w:tr w:rsidR="002D5C0E" w:rsidRPr="002D5C0E" w:rsidTr="001A22FB">
        <w:trPr>
          <w:trHeight w:val="249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Организующие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команды:</w:t>
            </w:r>
          </w:p>
          <w:p w:rsidR="002D5C0E" w:rsidRPr="002D5C0E" w:rsidRDefault="002D5C0E" w:rsidP="002D5C0E">
            <w:pPr>
              <w:spacing w:before="60" w:line="292" w:lineRule="auto"/>
              <w:ind w:right="2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«Стройся», «Смирно», «На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первый, второй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рассчитайсь»,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«Вольно»,</w:t>
            </w:r>
          </w:p>
          <w:p w:rsidR="002D5C0E" w:rsidRPr="002D5C0E" w:rsidRDefault="002D5C0E" w:rsidP="002D5C0E">
            <w:pPr>
              <w:spacing w:line="292" w:lineRule="auto"/>
              <w:ind w:right="2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«Шагом марш», «На месте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стой,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раз,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два»,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«Равняйсь»,</w:t>
            </w:r>
          </w:p>
          <w:p w:rsidR="002D5C0E" w:rsidRPr="002D5C0E" w:rsidRDefault="002D5C0E" w:rsidP="002D5C0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«В</w:t>
            </w:r>
            <w:r w:rsidRPr="002D5C0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шеренги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становись»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316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Отработка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наыков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организующих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команд: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«Стройся»,</w:t>
            </w:r>
          </w:p>
          <w:p w:rsidR="002D5C0E" w:rsidRPr="002D5C0E" w:rsidRDefault="002D5C0E" w:rsidP="002D5C0E">
            <w:pPr>
              <w:spacing w:line="292" w:lineRule="auto"/>
              <w:ind w:right="5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«Смирно», «На первый,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второй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рассчитайсь»,</w:t>
            </w:r>
          </w:p>
          <w:p w:rsidR="002D5C0E" w:rsidRPr="002D5C0E" w:rsidRDefault="002D5C0E" w:rsidP="002D5C0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«Вольно»,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«Шагом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марш»,</w:t>
            </w:r>
          </w:p>
          <w:p w:rsidR="002D5C0E" w:rsidRPr="002D5C0E" w:rsidRDefault="002D5C0E" w:rsidP="002D5C0E">
            <w:pPr>
              <w:spacing w:before="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стой,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раз,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два»,</w:t>
            </w:r>
          </w:p>
          <w:p w:rsidR="002D5C0E" w:rsidRPr="002D5C0E" w:rsidRDefault="002D5C0E" w:rsidP="002D5C0E">
            <w:pPr>
              <w:spacing w:before="60" w:line="29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«Равняйсь», «В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 шеренги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становись»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Освоение техники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упражнений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 разминки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контролем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15.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общей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разминки: приставные шаги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вперёд на полной стопе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(гимнастический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821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общей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разминки: шаги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продвижением вперёд на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полупальцах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пятках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(«казачок»)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2157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общей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разминки: шаги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продвижением вперёд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полупальцах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выпрямленными коленями и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полуприседе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(«жираф»)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249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18.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общей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разминки: шаги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продвижением вперёд,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сочетаемые с отведением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 назад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горизонтальном уровне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(«конькобежец»)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2157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19.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Партерная разминка: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для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 и укрепления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мышц стопы, развития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гибкости и подвижности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суставов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("лягушонок")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2157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20.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Партерная разминка: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для растяжки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задней поверхности мышц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бедра и формирования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выворотности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стоп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(«крестик»);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249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Партерная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разминка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:у</w:t>
            </w:r>
            <w:proofErr w:type="gram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пражнения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для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 мышц ног,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увеличения подвижности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тазобедренных, коленных и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голеностопных суставов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(«велосипед»)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 выполнения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 общей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разминки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2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Контрольная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2157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для укрепления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мышц тела и развития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гибкости позвоночника,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для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разогревания (скручивания)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мышц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спины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(«верёвочка»)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</w:t>
            </w:r>
            <w:r w:rsidRPr="002D5C0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укрепления мышц спины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 увеличения их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эластичности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(«рыбка»)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4"/>
        </w:trPr>
        <w:tc>
          <w:tcPr>
            <w:tcW w:w="504" w:type="dxa"/>
            <w:tcBorders>
              <w:bottom w:val="single" w:sz="2" w:space="0" w:color="000000"/>
            </w:tcBorders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25.</w:t>
            </w:r>
          </w:p>
        </w:tc>
        <w:tc>
          <w:tcPr>
            <w:tcW w:w="3145" w:type="dxa"/>
            <w:tcBorders>
              <w:bottom w:val="single" w:sz="2" w:space="0" w:color="000000"/>
            </w:tcBorders>
          </w:tcPr>
          <w:p w:rsidR="002D5C0E" w:rsidRPr="002D5C0E" w:rsidRDefault="002D5C0E" w:rsidP="002D5C0E">
            <w:pPr>
              <w:spacing w:before="86" w:line="292" w:lineRule="auto"/>
              <w:ind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для развития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гибкости позвоночника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плечевого пояса («мост») из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положения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лёжа</w:t>
            </w:r>
          </w:p>
        </w:tc>
        <w:tc>
          <w:tcPr>
            <w:tcW w:w="732" w:type="dxa"/>
            <w:tcBorders>
              <w:bottom w:val="single" w:sz="2" w:space="0" w:color="000000"/>
            </w:tcBorders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bottom w:val="single" w:sz="2" w:space="0" w:color="000000"/>
            </w:tcBorders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bottom w:val="single" w:sz="2" w:space="0" w:color="000000"/>
            </w:tcBorders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  <w:tcBorders>
              <w:bottom w:val="single" w:sz="2" w:space="0" w:color="000000"/>
            </w:tcBorders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60" w:right="560" w:bottom="280" w:left="560" w:header="720" w:footer="720" w:gutter="0"/>
          <w:cols w:space="720"/>
        </w:sectPr>
      </w:pPr>
    </w:p>
    <w:p w:rsidR="002D5C0E" w:rsidRPr="002D5C0E" w:rsidRDefault="00DB106B" w:rsidP="002D5C0E">
      <w:pPr>
        <w:widowControl w:val="0"/>
        <w:autoSpaceDE w:val="0"/>
        <w:autoSpaceDN w:val="0"/>
        <w:spacing w:after="0" w:line="20" w:lineRule="exact"/>
        <w:rPr>
          <w:rFonts w:ascii="Times New Roman" w:eastAsia="Times New Roman" w:hAnsi="Times New Roman" w:cs="Times New Roman"/>
          <w:sz w:val="2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"/>
          <w:szCs w:val="24"/>
          <w:lang w:val="ru-RU"/>
        </w:rPr>
      </w:r>
      <w:r>
        <w:rPr>
          <w:rFonts w:ascii="Times New Roman" w:eastAsia="Times New Roman" w:hAnsi="Times New Roman" w:cs="Times New Roman"/>
          <w:noProof/>
          <w:sz w:val="2"/>
          <w:szCs w:val="24"/>
          <w:lang w:val="ru-RU"/>
        </w:rPr>
        <w:pict>
          <v:group id="Группа 2" o:spid="_x0000_s1029" style="width:528.15pt;height:.6pt;mso-position-horizontal-relative:char;mso-position-vertical-relative:line" coordsize="10563,12">
            <v:shape id="Freeform 4" o:spid="_x0000_s1027" style="position:absolute;width:10563;height:13;visibility:visible;mso-wrap-style:square;v-text-anchor:top" coordsize="1056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" path="m10563,r,l,,,12r12,l504,12r10059,l10563,xe" fillcolor="black" stroked="f">
              <v:path arrowok="t" o:connecttype="custom" o:connectlocs="10563,0;10563,0;0,0;0,12;12,12;504,12;10563,12;10563,0" o:connectangles="0,0,0,0,0,0,0,0"/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Группировка, кувырок в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сторону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Освоение подводящих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 к выполнению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продольных и поперечных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шпагатов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(«ящерка»)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 техники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подводящих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  <w:tr w:rsidR="00FE6909" w:rsidRPr="002D5C0E" w:rsidTr="001A22FB">
        <w:trPr>
          <w:trHeight w:val="1485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29.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Волейбол. Упражнения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мячом.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«Кто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точнее?»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Устный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30.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Баскетбол. Ведение мяча.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«Белочки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собачки»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31.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Специальные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 без мяча.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32.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1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 игра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"Космонавты"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33.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разных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34.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на основе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баскетбола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35.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3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Броски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корзину.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36.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3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Разновидности приема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передачи мяча. Подвижная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«Лиса и зайцы»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37.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Эстафета с баскетбольным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38.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4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разных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ночь»</w:t>
            </w:r>
          </w:p>
          <w:p w:rsidR="00FE6909" w:rsidRPr="002D5C0E" w:rsidRDefault="00FE6909" w:rsidP="00FE6909">
            <w:pPr>
              <w:spacing w:before="86" w:line="292" w:lineRule="auto"/>
              <w:ind w:right="1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«Салки-догонялки»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39.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4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разных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ночь»</w:t>
            </w:r>
          </w:p>
          <w:p w:rsidR="002D5C0E" w:rsidRPr="002D5C0E" w:rsidRDefault="00FE6909" w:rsidP="00FE6909">
            <w:pPr>
              <w:spacing w:before="86" w:line="292" w:lineRule="auto"/>
              <w:ind w:right="3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«Салки-догонялки»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40.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3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Волейбол. Упражнения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мячом.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«Кто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точнее?»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41.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1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Баскетбол. Ведение мяча.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«Белочки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собачки»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42.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35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Специальные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 без мяча.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43.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3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 игра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"Космонавты"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44.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разных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45.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на основе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баскетбола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46.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3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Броски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корзину.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821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47.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Разновидности приема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передачи мяча. Подвижная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«Лиса и зайцы»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1149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48.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Эстафета с баскетбольным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мячом.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FE6909" w:rsidRPr="002D5C0E" w:rsidTr="001A22FB">
        <w:trPr>
          <w:trHeight w:val="813"/>
        </w:trPr>
        <w:tc>
          <w:tcPr>
            <w:tcW w:w="50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49.</w:t>
            </w:r>
          </w:p>
        </w:tc>
        <w:tc>
          <w:tcPr>
            <w:tcW w:w="3145" w:type="dxa"/>
          </w:tcPr>
          <w:p w:rsidR="00FE6909" w:rsidRPr="002D5C0E" w:rsidRDefault="00FE6909" w:rsidP="00FE6909">
            <w:pPr>
              <w:spacing w:before="86" w:line="292" w:lineRule="auto"/>
              <w:ind w:right="4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разных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ночь»</w:t>
            </w:r>
          </w:p>
          <w:p w:rsidR="00FE6909" w:rsidRPr="002D5C0E" w:rsidRDefault="00FE6909" w:rsidP="00FE6909">
            <w:pPr>
              <w:spacing w:before="86" w:line="292" w:lineRule="auto"/>
              <w:ind w:right="4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«Салки-догонялки»</w:t>
            </w:r>
          </w:p>
        </w:tc>
        <w:tc>
          <w:tcPr>
            <w:tcW w:w="732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FE6909" w:rsidRPr="002D5C0E" w:rsidRDefault="00FE6909" w:rsidP="00FE6909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FE6909" w:rsidRPr="002D5C0E" w:rsidRDefault="00FE6909" w:rsidP="00FE6909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50.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История Олимпийских игр.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Олимпийские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 безопасности на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легкой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атлетики.</w:t>
            </w:r>
          </w:p>
          <w:p w:rsidR="002D5C0E" w:rsidRPr="002D5C0E" w:rsidRDefault="002D5C0E" w:rsidP="002D5C0E">
            <w:pPr>
              <w:spacing w:line="292" w:lineRule="auto"/>
              <w:ind w:right="2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Техника челночного бега с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высокого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старта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52.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Лёгкая</w:t>
            </w:r>
          </w:p>
          <w:p w:rsidR="002D5C0E" w:rsidRPr="002D5C0E" w:rsidRDefault="002D5C0E" w:rsidP="002D5C0E">
            <w:pPr>
              <w:spacing w:before="60" w:line="292" w:lineRule="auto"/>
              <w:ind w:right="4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атлетика. Равномерное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передвижение в ходьбе и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беге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Музыкально-сценическая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"Танцуем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вместе".</w:t>
            </w:r>
          </w:p>
          <w:p w:rsidR="002D5C0E" w:rsidRPr="002D5C0E" w:rsidRDefault="002D5C0E" w:rsidP="002D5C0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2D5C0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Музыкально-сценическая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 "Музыкальный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паровозик": способы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55.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Танцевальные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шаги:</w:t>
            </w:r>
          </w:p>
          <w:p w:rsidR="002D5C0E" w:rsidRPr="002D5C0E" w:rsidRDefault="002D5C0E" w:rsidP="002D5C0E">
            <w:pPr>
              <w:spacing w:befor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полечка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Танцевальные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шаги:</w:t>
            </w:r>
          </w:p>
          <w:p w:rsidR="002D5C0E" w:rsidRPr="002D5C0E" w:rsidRDefault="002D5C0E" w:rsidP="002D5C0E">
            <w:pPr>
              <w:spacing w:befor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ковырялочка</w:t>
            </w:r>
            <w:proofErr w:type="spell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Музыкально-сценическая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 "Маленькие мышки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прячутся от кошки: способы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Музыкально-сценическая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"Весёлый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круг".</w:t>
            </w:r>
          </w:p>
          <w:p w:rsidR="002D5C0E" w:rsidRPr="002D5C0E" w:rsidRDefault="002D5C0E" w:rsidP="002D5C0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59.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Бег, сочетаемый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круговыми движениями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руками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(«стрекоза»)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60.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Лёгкая атлетика. Прыжок в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длину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 места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Прыжки толчком с двух ног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вперёд, назад, с поворотом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45°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 90°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 стороны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821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Отработка навыков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прыжков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толчком с двух ног вперёд,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назад, с поворотом на 45° и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90°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 стороны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для развития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силы. Прыжок в длину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места. Игра «Быстро по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местам».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64.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0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Лёгкая атлетика. Прыжок в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длину и в высоту с прямого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разбега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65.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Подскоки через скакалку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вперёд,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назад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Отработка навыков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подскоков через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скакалку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вперёд,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назад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Прыжки через скакалку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вперёд,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назад.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Отработка навыков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прыжков через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скакалку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вперёд,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назад.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69.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 техники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прыжка в длину и в высоту с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прямого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разбега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70.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 спортивные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игры.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Т.Б.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8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Бросок и ловля мяча.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Отработка навыков броска и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ловли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Одиночный отбив мяча от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пола.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Отработка навыков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одиночного отбива мяча от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пола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75.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 навыков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упражнений с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Игровые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Музыкально-сценические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игры: "Бабочка".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Волейбол. Подбрасывание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мяча.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«Волк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рву»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79.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 и передача мяча.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«Гонка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мячей»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80.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Волейбол. Упражнения с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мячом.</w:t>
            </w:r>
            <w:r w:rsidRPr="002D5C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«Кто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точнее?»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Баскетбол. Ведение мяча.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«Белочки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собачки»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Специальные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передвижения без мяча.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3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 игра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"Космонавты"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разных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85.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на основе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баскетбола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Броски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корзину.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Разновидности приема и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передачи мяча. Подвижная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«Лиса и зайцы»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Эстафета с баскетбольным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89.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 игры разных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ночь»</w:t>
            </w:r>
          </w:p>
          <w:p w:rsidR="002D5C0E" w:rsidRPr="002D5C0E" w:rsidRDefault="002D5C0E" w:rsidP="002D5C0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«Салки-догонялки»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821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90.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Демонстрация прироста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показателей физических</w:t>
            </w:r>
            <w:r w:rsidRPr="002D5C0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 к нормативным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 комплекса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ГТО.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477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91.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30 м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(с)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  <w:tr w:rsidR="002D5C0E" w:rsidRPr="002D5C0E" w:rsidTr="001A22FB">
        <w:trPr>
          <w:trHeight w:val="813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92.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3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Смешанное передвижение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1000 м (</w:t>
            </w:r>
            <w:proofErr w:type="spell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</w:t>
            </w:r>
            <w:proofErr w:type="gramStart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,с</w:t>
            </w:r>
            <w:proofErr w:type="spellEnd"/>
            <w:proofErr w:type="gramEnd"/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477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93.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Челночный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3х10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(с)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94.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Подтягивание из виса на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высокой перекладине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(количество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95.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Подтягивание из виса лежа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низкой перекладине 90 см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(количество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</w:tbl>
    <w:p w:rsidR="002D5C0E" w:rsidRPr="002D5C0E" w:rsidRDefault="002D5C0E" w:rsidP="002D5C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  <w:sectPr w:rsidR="002D5C0E" w:rsidRPr="002D5C0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96.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Сгибание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и разгибание рук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в упоре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лежа на полу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(количество</w:t>
            </w: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485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97.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2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Наклон вперед из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положения стоя на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гимнастической скамье (от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скамьи -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см)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98.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1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Метание теннисного мяча в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цель, дистанция 6 м</w:t>
            </w:r>
            <w:r w:rsidRPr="002D5C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(количество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попаданий)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 w:line="292" w:lineRule="auto"/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Практическая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работа;</w:t>
            </w:r>
          </w:p>
        </w:tc>
      </w:tr>
      <w:tr w:rsidR="002D5C0E" w:rsidRPr="002D5C0E" w:rsidTr="001A22FB">
        <w:trPr>
          <w:trHeight w:val="1149"/>
        </w:trPr>
        <w:tc>
          <w:tcPr>
            <w:tcW w:w="504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99.</w:t>
            </w:r>
          </w:p>
        </w:tc>
        <w:tc>
          <w:tcPr>
            <w:tcW w:w="3145" w:type="dxa"/>
          </w:tcPr>
          <w:p w:rsidR="002D5C0E" w:rsidRPr="002D5C0E" w:rsidRDefault="002D5C0E" w:rsidP="002D5C0E">
            <w:pPr>
              <w:spacing w:before="86" w:line="292" w:lineRule="auto"/>
              <w:ind w:right="41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Поднимание туловища из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положения лежа на спине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(количество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2D5C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мин)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236" w:type="dxa"/>
          </w:tcPr>
          <w:p w:rsidR="002D5C0E" w:rsidRPr="002D5C0E" w:rsidRDefault="002D5C0E" w:rsidP="002D5C0E">
            <w:pPr>
              <w:spacing w:before="86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44" w:type="dxa"/>
          </w:tcPr>
          <w:p w:rsidR="002D5C0E" w:rsidRPr="002D5C0E" w:rsidRDefault="002D5C0E" w:rsidP="002D5C0E">
            <w:pPr>
              <w:spacing w:before="86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Тестирование;</w:t>
            </w:r>
          </w:p>
        </w:tc>
      </w:tr>
      <w:tr w:rsidR="002D5C0E" w:rsidRPr="002D5C0E" w:rsidTr="001A22FB">
        <w:trPr>
          <w:trHeight w:val="813"/>
        </w:trPr>
        <w:tc>
          <w:tcPr>
            <w:tcW w:w="3649" w:type="dxa"/>
            <w:gridSpan w:val="2"/>
          </w:tcPr>
          <w:p w:rsidR="002D5C0E" w:rsidRPr="002D5C0E" w:rsidRDefault="002D5C0E" w:rsidP="002D5C0E">
            <w:pPr>
              <w:spacing w:before="86" w:line="292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ОБЩЕЕ</w:t>
            </w:r>
            <w:r w:rsidRPr="002D5C0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2D5C0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  <w:r w:rsidRPr="002D5C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D5C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</w:p>
        </w:tc>
        <w:tc>
          <w:tcPr>
            <w:tcW w:w="732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99</w:t>
            </w:r>
          </w:p>
        </w:tc>
        <w:tc>
          <w:tcPr>
            <w:tcW w:w="1620" w:type="dxa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D5C0E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4548" w:type="dxa"/>
            <w:gridSpan w:val="3"/>
          </w:tcPr>
          <w:p w:rsidR="002D5C0E" w:rsidRPr="002D5C0E" w:rsidRDefault="002D5C0E" w:rsidP="002D5C0E">
            <w:pPr>
              <w:spacing w:befor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9B34DB" w:rsidRPr="00930EFA" w:rsidRDefault="009B34DB">
      <w:pPr>
        <w:autoSpaceDE w:val="0"/>
        <w:autoSpaceDN w:val="0"/>
        <w:spacing w:after="64" w:line="220" w:lineRule="exact"/>
        <w:rPr>
          <w:lang w:val="ru-RU"/>
        </w:rPr>
      </w:pPr>
    </w:p>
    <w:p w:rsidR="009B34DB" w:rsidRPr="002D5C0E" w:rsidRDefault="009B34DB">
      <w:pPr>
        <w:rPr>
          <w:lang w:val="ru-RU"/>
        </w:rPr>
        <w:sectPr w:rsidR="009B34DB" w:rsidRPr="002D5C0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34DB" w:rsidRPr="002D5C0E" w:rsidRDefault="009B34DB">
      <w:pPr>
        <w:autoSpaceDE w:val="0"/>
        <w:autoSpaceDN w:val="0"/>
        <w:spacing w:after="78" w:line="220" w:lineRule="exact"/>
        <w:rPr>
          <w:lang w:val="ru-RU"/>
        </w:rPr>
      </w:pPr>
    </w:p>
    <w:p w:rsidR="002D5C0E" w:rsidRPr="002D5C0E" w:rsidRDefault="00DB106B" w:rsidP="002D5C0E">
      <w:pPr>
        <w:widowControl w:val="0"/>
        <w:autoSpaceDE w:val="0"/>
        <w:autoSpaceDN w:val="0"/>
        <w:spacing w:before="66" w:after="0" w:line="240" w:lineRule="auto"/>
        <w:ind w:left="106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B106B">
        <w:rPr>
          <w:rFonts w:ascii="Times New Roman" w:eastAsia="Times New Roman" w:hAnsi="Times New Roman" w:cs="Times New Roman"/>
          <w:noProof/>
          <w:lang w:val="ru-RU"/>
        </w:rPr>
        <w:pict>
          <v:rect id="Прямоугольник 1" o:spid="_x0000_s1028" style="position:absolute;left:0;text-align:left;margin-left:33.3pt;margin-top:22.9pt;width:528.15pt;height:.6pt;z-index:-251657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DWsSAM3wAAAAkBAAAPAAAAAAAAAAAAAAAAAD8EAABkcnMvZG93bnJldi54&#10;bWxQSwUGAAAAAAQABADzAAAASwUAAAAA&#10;" fillcolor="black" stroked="f">
            <w10:wrap type="topAndBottom" anchorx="page"/>
          </v:rect>
        </w:pict>
      </w:r>
      <w:bookmarkStart w:id="2" w:name="УЧЕБНО-МЕТОДИЧЕСКОЕ_ОБЕСПЕЧЕНИЕ_ОБРАЗОВА"/>
      <w:bookmarkStart w:id="3" w:name="ОБЯЗАТЕЛЬНЫЕ_УЧЕБНЫЕ_МАТЕРИАЛЫ_ДЛЯ_УЧЕНИ"/>
      <w:bookmarkStart w:id="4" w:name="МЕТОДИЧЕСКИЕ_МАТЕРИАЛЫ_ДЛЯ_УЧИТЕЛЯ"/>
      <w:bookmarkStart w:id="5" w:name="ЦИФРОВЫЕ_ОБРАЗОВАТЕЛЬНЫЕ_РЕСУРСЫ_И_РЕСУР"/>
      <w:bookmarkEnd w:id="2"/>
      <w:bookmarkEnd w:id="3"/>
      <w:bookmarkEnd w:id="4"/>
      <w:bookmarkEnd w:id="5"/>
      <w:r w:rsidR="002D5C0E" w:rsidRPr="002D5C0E">
        <w:rPr>
          <w:rFonts w:ascii="Times New Roman" w:eastAsia="Times New Roman" w:hAnsi="Times New Roman" w:cs="Times New Roman"/>
          <w:b/>
          <w:spacing w:val="-1"/>
          <w:sz w:val="24"/>
          <w:lang w:val="ru-RU"/>
        </w:rPr>
        <w:t>УЧЕБНО-МЕТОДИЧЕСКОЕ</w:t>
      </w:r>
      <w:r w:rsidR="002D5C0E" w:rsidRPr="002D5C0E">
        <w:rPr>
          <w:rFonts w:ascii="Times New Roman" w:eastAsia="Times New Roman" w:hAnsi="Times New Roman" w:cs="Times New Roman"/>
          <w:b/>
          <w:spacing w:val="-12"/>
          <w:sz w:val="24"/>
          <w:lang w:val="ru-RU"/>
        </w:rPr>
        <w:t xml:space="preserve"> </w:t>
      </w:r>
      <w:r w:rsidR="002D5C0E" w:rsidRPr="002D5C0E">
        <w:rPr>
          <w:rFonts w:ascii="Times New Roman" w:eastAsia="Times New Roman" w:hAnsi="Times New Roman" w:cs="Times New Roman"/>
          <w:b/>
          <w:sz w:val="24"/>
          <w:lang w:val="ru-RU"/>
        </w:rPr>
        <w:t>ОБЕСПЕЧЕНИЕ</w:t>
      </w:r>
      <w:r w:rsidR="002D5C0E" w:rsidRPr="002D5C0E">
        <w:rPr>
          <w:rFonts w:ascii="Times New Roman" w:eastAsia="Times New Roman" w:hAnsi="Times New Roman" w:cs="Times New Roman"/>
          <w:b/>
          <w:spacing w:val="-11"/>
          <w:sz w:val="24"/>
          <w:lang w:val="ru-RU"/>
        </w:rPr>
        <w:t xml:space="preserve"> </w:t>
      </w:r>
      <w:r w:rsidR="002D5C0E" w:rsidRPr="002D5C0E">
        <w:rPr>
          <w:rFonts w:ascii="Times New Roman" w:eastAsia="Times New Roman" w:hAnsi="Times New Roman" w:cs="Times New Roman"/>
          <w:b/>
          <w:sz w:val="24"/>
          <w:lang w:val="ru-RU"/>
        </w:rPr>
        <w:t>ОБРАЗОВАТЕЛЬНОГО</w:t>
      </w:r>
      <w:r w:rsidR="002D5C0E" w:rsidRPr="002D5C0E">
        <w:rPr>
          <w:rFonts w:ascii="Times New Roman" w:eastAsia="Times New Roman" w:hAnsi="Times New Roman" w:cs="Times New Roman"/>
          <w:b/>
          <w:spacing w:val="-11"/>
          <w:sz w:val="24"/>
          <w:lang w:val="ru-RU"/>
        </w:rPr>
        <w:t xml:space="preserve"> </w:t>
      </w:r>
      <w:r w:rsidR="002D5C0E" w:rsidRPr="002D5C0E">
        <w:rPr>
          <w:rFonts w:ascii="Times New Roman" w:eastAsia="Times New Roman" w:hAnsi="Times New Roman" w:cs="Times New Roman"/>
          <w:b/>
          <w:sz w:val="24"/>
          <w:lang w:val="ru-RU"/>
        </w:rPr>
        <w:t>ПРОЦЕССА</w:t>
      </w:r>
    </w:p>
    <w:p w:rsidR="002D5C0E" w:rsidRPr="002D5C0E" w:rsidRDefault="002D5C0E" w:rsidP="002D5C0E">
      <w:pPr>
        <w:widowControl w:val="0"/>
        <w:autoSpaceDE w:val="0"/>
        <w:autoSpaceDN w:val="0"/>
        <w:spacing w:before="179" w:after="0" w:line="240" w:lineRule="auto"/>
        <w:ind w:left="10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ОБЯЗАТЕЛЬНЫЕ</w:t>
      </w:r>
      <w:r w:rsidRPr="002D5C0E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УЧЕБНЫЕ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УЧЕНИКА</w:t>
      </w:r>
    </w:p>
    <w:p w:rsidR="002D5C0E" w:rsidRPr="002D5C0E" w:rsidRDefault="002D5C0E" w:rsidP="002D5C0E">
      <w:pPr>
        <w:widowControl w:val="0"/>
        <w:autoSpaceDE w:val="0"/>
        <w:autoSpaceDN w:val="0"/>
        <w:spacing w:before="156" w:after="0" w:line="292" w:lineRule="auto"/>
        <w:ind w:left="1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Физическая</w:t>
      </w:r>
      <w:r w:rsidRPr="002D5C0E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культура,</w:t>
      </w:r>
      <w:r w:rsidRPr="002D5C0E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1-4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класс/Лях</w:t>
      </w:r>
      <w:r w:rsidRPr="002D5C0E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В.И.,</w:t>
      </w:r>
      <w:r w:rsidRPr="002D5C0E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Акционерное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</w:t>
      </w:r>
      <w:r w:rsidRPr="002D5C0E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«Издательство</w:t>
      </w:r>
      <w:r w:rsidRPr="002D5C0E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«Просвещение»;</w:t>
      </w:r>
      <w:r w:rsidRPr="002D5C0E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Введите</w:t>
      </w:r>
      <w:r w:rsidRPr="002D5C0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свой вариант:</w:t>
      </w:r>
    </w:p>
    <w:p w:rsidR="002D5C0E" w:rsidRPr="002D5C0E" w:rsidRDefault="002D5C0E" w:rsidP="002D5C0E">
      <w:pPr>
        <w:widowControl w:val="0"/>
        <w:autoSpaceDE w:val="0"/>
        <w:autoSpaceDN w:val="0"/>
        <w:spacing w:before="191" w:after="0" w:line="240" w:lineRule="auto"/>
        <w:ind w:left="10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</w:t>
      </w:r>
      <w:r w:rsidRPr="002D5C0E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УЧИТЕЛЯ</w:t>
      </w:r>
    </w:p>
    <w:p w:rsidR="002D5C0E" w:rsidRPr="002D5C0E" w:rsidRDefault="002D5C0E" w:rsidP="002D5C0E">
      <w:pPr>
        <w:widowControl w:val="0"/>
        <w:autoSpaceDE w:val="0"/>
        <w:autoSpaceDN w:val="0"/>
        <w:spacing w:before="156" w:after="0" w:line="292" w:lineRule="auto"/>
        <w:ind w:left="106" w:right="5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https://infourok.ru/user/bazuev-valerij-aleksandrovich</w:t>
      </w:r>
      <w:r w:rsidRPr="002D5C0E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https://infourok.ru/user/mashkovcev-aleksey-ivanovich</w:t>
      </w:r>
    </w:p>
    <w:p w:rsidR="002D5C0E" w:rsidRPr="002D5C0E" w:rsidRDefault="002D5C0E" w:rsidP="002D5C0E">
      <w:pPr>
        <w:widowControl w:val="0"/>
        <w:autoSpaceDE w:val="0"/>
        <w:autoSpaceDN w:val="0"/>
        <w:spacing w:before="191" w:after="0" w:line="240" w:lineRule="auto"/>
        <w:ind w:left="10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ЦИФРОВЫЕ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ОБРАЗОВАТЕЛЬНЫЕ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СЕТИ</w:t>
      </w:r>
      <w:r w:rsidRPr="002D5C0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ИНТЕРНЕТ</w:t>
      </w:r>
    </w:p>
    <w:p w:rsidR="002D5C0E" w:rsidRPr="002D5C0E" w:rsidRDefault="002D5C0E" w:rsidP="002D5C0E">
      <w:pPr>
        <w:widowControl w:val="0"/>
        <w:autoSpaceDE w:val="0"/>
        <w:autoSpaceDN w:val="0"/>
        <w:spacing w:before="156" w:after="0" w:line="240" w:lineRule="auto"/>
        <w:ind w:left="1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РОССИЙСКАЯ</w:t>
      </w:r>
      <w:r w:rsidRPr="002D5C0E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ЭЛЕКТРОННАЯ</w:t>
      </w:r>
      <w:r w:rsidRPr="002D5C0E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ШКОЛА</w:t>
      </w:r>
    </w:p>
    <w:p w:rsidR="002D5C0E" w:rsidRPr="002D5C0E" w:rsidRDefault="002D5C0E" w:rsidP="002D5C0E">
      <w:pPr>
        <w:widowControl w:val="0"/>
        <w:autoSpaceDE w:val="0"/>
        <w:autoSpaceDN w:val="0"/>
        <w:spacing w:before="60" w:after="0" w:line="240" w:lineRule="auto"/>
        <w:ind w:left="1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https://resh.edu.ru/subject/9/1/</w:t>
      </w:r>
    </w:p>
    <w:p w:rsidR="002D5C0E" w:rsidRPr="002D5C0E" w:rsidRDefault="002D5C0E" w:rsidP="002D5C0E">
      <w:pPr>
        <w:widowControl w:val="0"/>
        <w:autoSpaceDE w:val="0"/>
        <w:autoSpaceDN w:val="0"/>
        <w:spacing w:before="60" w:after="0" w:line="292" w:lineRule="auto"/>
        <w:ind w:left="106" w:right="697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«Открытый урок. Первое сентября»</w:t>
      </w:r>
      <w:r w:rsidRPr="002D5C0E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https://urok.1sept.ru/sport</w:t>
      </w:r>
    </w:p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ind w:left="106" w:right="297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</w:t>
      </w:r>
      <w:r w:rsidRPr="002D5C0E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сайта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корпорации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«Российский</w:t>
      </w:r>
      <w:r w:rsidRPr="002D5C0E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учебник»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«Начальное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образование»</w:t>
      </w:r>
      <w:r w:rsidRPr="002D5C0E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https://rosuchebnik.ru/metodicheskaja-pomosch/nachalnoe-obrazovanie/</w:t>
      </w:r>
    </w:p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ind w:left="106" w:right="5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База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разработок</w:t>
      </w:r>
      <w:r w:rsidRPr="002D5C0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2D5C0E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учителей</w:t>
      </w:r>
      <w:r w:rsidRPr="002D5C0E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начальных</w:t>
      </w:r>
      <w:r w:rsidRPr="002D5C0E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2D5C0E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hyperlink r:id="rId10">
        <w:r w:rsidRPr="002D5C0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http://pedsovet.su</w:t>
        </w:r>
      </w:hyperlink>
    </w:p>
    <w:p w:rsidR="002D5C0E" w:rsidRPr="002D5C0E" w:rsidRDefault="002D5C0E" w:rsidP="002D5C0E">
      <w:pPr>
        <w:widowControl w:val="0"/>
        <w:autoSpaceDE w:val="0"/>
        <w:autoSpaceDN w:val="0"/>
        <w:spacing w:after="0" w:line="292" w:lineRule="auto"/>
        <w:ind w:left="106" w:right="23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Бесплатное поурочное планирование, сценарии, разработки уроков, внеклассные</w:t>
      </w:r>
      <w:r w:rsidRPr="002D5C0E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мероприятия</w:t>
      </w:r>
      <w:r w:rsidRPr="002D5C0E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2D5C0E">
        <w:rPr>
          <w:rFonts w:ascii="Times New Roman" w:eastAsia="Times New Roman" w:hAnsi="Times New Roman" w:cs="Times New Roman"/>
          <w:sz w:val="24"/>
          <w:szCs w:val="24"/>
          <w:lang w:val="ru-RU"/>
        </w:rPr>
        <w:t>и др.</w:t>
      </w:r>
    </w:p>
    <w:p w:rsidR="002D5C0E" w:rsidRPr="002D5C0E" w:rsidRDefault="00DB106B" w:rsidP="002D5C0E">
      <w:pPr>
        <w:widowControl w:val="0"/>
        <w:autoSpaceDE w:val="0"/>
        <w:autoSpaceDN w:val="0"/>
        <w:spacing w:after="0" w:line="275" w:lineRule="exact"/>
        <w:ind w:left="1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1">
        <w:r w:rsidR="002D5C0E" w:rsidRPr="002D5C0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http://www.uroki.net</w:t>
        </w:r>
      </w:hyperlink>
    </w:p>
    <w:p w:rsidR="009B34DB" w:rsidRPr="00930EFA" w:rsidRDefault="009B34DB">
      <w:pPr>
        <w:rPr>
          <w:lang w:val="ru-RU"/>
        </w:rPr>
        <w:sectPr w:rsidR="009B34DB" w:rsidRPr="00930EF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34DB" w:rsidRPr="00930EFA" w:rsidRDefault="00DD7339">
      <w:pPr>
        <w:rPr>
          <w:lang w:val="ru-RU"/>
        </w:rPr>
        <w:sectPr w:rsidR="009B34DB" w:rsidRPr="00930EF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-160655</wp:posOffset>
            </wp:positionV>
            <wp:extent cx="7667625" cy="10648950"/>
            <wp:effectExtent l="19050" t="0" r="9525" b="0"/>
            <wp:wrapNone/>
            <wp:docPr id="4" name="Рисунок 4" descr="C:\Users\1\Desktop\СКАНЫ\2022-11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2022-11-08_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99A" w:rsidRPr="00930EFA" w:rsidRDefault="004D199A">
      <w:pPr>
        <w:rPr>
          <w:lang w:val="ru-RU"/>
        </w:rPr>
      </w:pPr>
    </w:p>
    <w:sectPr w:rsidR="004D199A" w:rsidRPr="00930EF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89C4CAC"/>
    <w:multiLevelType w:val="hybridMultilevel"/>
    <w:tmpl w:val="5FB8A570"/>
    <w:lvl w:ilvl="0" w:tplc="3ABCCCA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6C3D6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9E3C09DA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4DCA8E4C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9940CFAC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B0AEAAF2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AC048E06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EBB65BEC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FD0C57C0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2C455B"/>
    <w:rsid w:val="002D5C0E"/>
    <w:rsid w:val="003026D4"/>
    <w:rsid w:val="00326F90"/>
    <w:rsid w:val="004852CF"/>
    <w:rsid w:val="004D199A"/>
    <w:rsid w:val="00930EFA"/>
    <w:rsid w:val="009B34DB"/>
    <w:rsid w:val="00AA1D8D"/>
    <w:rsid w:val="00B47730"/>
    <w:rsid w:val="00BB297E"/>
    <w:rsid w:val="00CB0664"/>
    <w:rsid w:val="00D64135"/>
    <w:rsid w:val="00DB106B"/>
    <w:rsid w:val="00DD7339"/>
    <w:rsid w:val="00E91601"/>
    <w:rsid w:val="00FC693F"/>
    <w:rsid w:val="00FE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14">
    <w:name w:val="Нет списка1"/>
    <w:next w:val="a4"/>
    <w:uiPriority w:val="99"/>
    <w:semiHidden/>
    <w:unhideWhenUsed/>
    <w:rsid w:val="002D5C0E"/>
  </w:style>
  <w:style w:type="table" w:customStyle="1" w:styleId="TableNormal">
    <w:name w:val="Table Normal"/>
    <w:uiPriority w:val="2"/>
    <w:semiHidden/>
    <w:unhideWhenUsed/>
    <w:qFormat/>
    <w:rsid w:val="002D5C0E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2D5C0E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ru-RU"/>
    </w:rPr>
  </w:style>
  <w:style w:type="paragraph" w:styleId="aff8">
    <w:name w:val="Balloon Text"/>
    <w:basedOn w:val="a1"/>
    <w:link w:val="aff9"/>
    <w:uiPriority w:val="99"/>
    <w:semiHidden/>
    <w:unhideWhenUsed/>
    <w:rsid w:val="00DD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D7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PInqAWv62j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youtube.com/watch?v=A_b56V4SRZg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uroki.ne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edsovet.s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to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9CF59B-A3AD-4E25-BF53-35A14EC44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32</Pages>
  <Words>8976</Words>
  <Characters>51166</Characters>
  <Application>Microsoft Office Word</Application>
  <DocSecurity>0</DocSecurity>
  <Lines>426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60022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</cp:lastModifiedBy>
  <cp:revision>10</cp:revision>
  <dcterms:created xsi:type="dcterms:W3CDTF">2013-12-23T23:15:00Z</dcterms:created>
  <dcterms:modified xsi:type="dcterms:W3CDTF">2022-11-08T08:32:00Z</dcterms:modified>
  <cp:category/>
</cp:coreProperties>
</file>